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5E7" w:rsidRPr="00805CA5" w:rsidRDefault="002335E7" w:rsidP="002335E7">
      <w:pPr>
        <w:jc w:val="center"/>
        <w:rPr>
          <w:b/>
          <w:sz w:val="44"/>
          <w:szCs w:val="44"/>
        </w:rPr>
      </w:pPr>
      <w:r w:rsidRPr="00805CA5">
        <w:rPr>
          <w:b/>
          <w:sz w:val="44"/>
          <w:szCs w:val="44"/>
        </w:rPr>
        <w:t>GOVERNMENT DIGVIJAY AUTONOMOUS P</w:t>
      </w:r>
      <w:r w:rsidR="00FF6CA7" w:rsidRPr="00805CA5">
        <w:rPr>
          <w:b/>
          <w:sz w:val="44"/>
          <w:szCs w:val="44"/>
        </w:rPr>
        <w:t>.</w:t>
      </w:r>
      <w:r w:rsidRPr="00805CA5">
        <w:rPr>
          <w:b/>
          <w:sz w:val="44"/>
          <w:szCs w:val="44"/>
        </w:rPr>
        <w:t>G</w:t>
      </w:r>
      <w:r w:rsidR="00FF6CA7" w:rsidRPr="00805CA5">
        <w:rPr>
          <w:b/>
          <w:sz w:val="44"/>
          <w:szCs w:val="44"/>
        </w:rPr>
        <w:t>.</w:t>
      </w:r>
      <w:r w:rsidRPr="00805CA5">
        <w:rPr>
          <w:b/>
          <w:sz w:val="44"/>
          <w:szCs w:val="44"/>
        </w:rPr>
        <w:t xml:space="preserve"> COLLEGE</w:t>
      </w:r>
      <w:r w:rsidR="00805CA5" w:rsidRPr="00805CA5">
        <w:rPr>
          <w:b/>
          <w:sz w:val="44"/>
          <w:szCs w:val="44"/>
        </w:rPr>
        <w:t xml:space="preserve">, </w:t>
      </w:r>
      <w:r w:rsidRPr="00805CA5">
        <w:rPr>
          <w:b/>
          <w:sz w:val="44"/>
          <w:szCs w:val="44"/>
        </w:rPr>
        <w:t>RAJNANDGAON (C.G.)</w:t>
      </w:r>
    </w:p>
    <w:p w:rsidR="005664C8" w:rsidRPr="00D73AFF" w:rsidRDefault="00AC45A6">
      <w:pPr>
        <w:jc w:val="center"/>
        <w:rPr>
          <w:sz w:val="24"/>
          <w:szCs w:val="24"/>
        </w:rPr>
      </w:pPr>
      <w:r w:rsidRPr="00D73AFF">
        <w:rPr>
          <w:sz w:val="24"/>
          <w:szCs w:val="24"/>
        </w:rPr>
        <w:t xml:space="preserve">(Affiliated to </w:t>
      </w:r>
      <w:proofErr w:type="spellStart"/>
      <w:r w:rsidRPr="00D73AFF">
        <w:rPr>
          <w:sz w:val="24"/>
          <w:szCs w:val="24"/>
        </w:rPr>
        <w:t>Hemchand</w:t>
      </w:r>
      <w:proofErr w:type="spellEnd"/>
      <w:r w:rsidRPr="00D73AFF">
        <w:rPr>
          <w:sz w:val="24"/>
          <w:szCs w:val="24"/>
        </w:rPr>
        <w:t xml:space="preserve"> </w:t>
      </w:r>
      <w:proofErr w:type="spellStart"/>
      <w:r w:rsidRPr="00D73AFF">
        <w:rPr>
          <w:sz w:val="24"/>
          <w:szCs w:val="24"/>
        </w:rPr>
        <w:t>Yadav</w:t>
      </w:r>
      <w:proofErr w:type="spellEnd"/>
      <w:r w:rsidRPr="00D73AFF">
        <w:rPr>
          <w:sz w:val="24"/>
          <w:szCs w:val="24"/>
        </w:rPr>
        <w:t xml:space="preserve"> </w:t>
      </w:r>
      <w:proofErr w:type="spellStart"/>
      <w:r w:rsidRPr="00D73AFF">
        <w:rPr>
          <w:sz w:val="24"/>
          <w:szCs w:val="24"/>
        </w:rPr>
        <w:t>Vishwavidyalaya</w:t>
      </w:r>
      <w:proofErr w:type="spellEnd"/>
      <w:r w:rsidRPr="00D73AFF">
        <w:rPr>
          <w:sz w:val="24"/>
          <w:szCs w:val="24"/>
        </w:rPr>
        <w:t xml:space="preserve">, </w:t>
      </w:r>
      <w:proofErr w:type="spellStart"/>
      <w:r w:rsidRPr="00D73AFF">
        <w:rPr>
          <w:sz w:val="24"/>
          <w:szCs w:val="24"/>
        </w:rPr>
        <w:t>Durg</w:t>
      </w:r>
      <w:proofErr w:type="spellEnd"/>
      <w:r w:rsidRPr="00D73AFF">
        <w:rPr>
          <w:sz w:val="24"/>
          <w:szCs w:val="24"/>
        </w:rPr>
        <w:t>, Chhattisgarh)</w:t>
      </w:r>
    </w:p>
    <w:p w:rsidR="00B1752C" w:rsidRPr="00D73AFF" w:rsidRDefault="00B1752C">
      <w:pPr>
        <w:jc w:val="center"/>
        <w:rPr>
          <w:sz w:val="24"/>
          <w:szCs w:val="24"/>
        </w:rPr>
      </w:pPr>
    </w:p>
    <w:p w:rsidR="005664C8" w:rsidRPr="00D73AFF" w:rsidRDefault="005664C8">
      <w:pPr>
        <w:jc w:val="center"/>
        <w:rPr>
          <w:sz w:val="24"/>
          <w:szCs w:val="24"/>
        </w:rPr>
      </w:pPr>
    </w:p>
    <w:p w:rsidR="005664C8" w:rsidRPr="00D73AFF" w:rsidRDefault="00AC45A6">
      <w:pPr>
        <w:jc w:val="center"/>
        <w:rPr>
          <w:b/>
          <w:sz w:val="24"/>
          <w:szCs w:val="24"/>
        </w:rPr>
      </w:pPr>
      <w:r w:rsidRPr="00D73AFF">
        <w:rPr>
          <w:b/>
          <w:sz w:val="24"/>
          <w:szCs w:val="24"/>
        </w:rPr>
        <w:t>ANNUAL REPORT</w:t>
      </w:r>
    </w:p>
    <w:p w:rsidR="007D40EA" w:rsidRPr="00D73AFF" w:rsidRDefault="007D40EA" w:rsidP="007D40EA">
      <w:pPr>
        <w:jc w:val="center"/>
        <w:rPr>
          <w:b/>
          <w:bCs/>
          <w:sz w:val="24"/>
          <w:szCs w:val="24"/>
        </w:rPr>
      </w:pPr>
      <w:r w:rsidRPr="00D73AFF">
        <w:rPr>
          <w:b/>
          <w:bCs/>
          <w:sz w:val="24"/>
          <w:szCs w:val="24"/>
        </w:rPr>
        <w:t>2025–26</w:t>
      </w:r>
    </w:p>
    <w:p w:rsidR="00B1752C" w:rsidRPr="00D73AFF" w:rsidRDefault="00B1752C" w:rsidP="007D40EA">
      <w:pPr>
        <w:jc w:val="center"/>
        <w:rPr>
          <w:sz w:val="24"/>
          <w:szCs w:val="24"/>
        </w:rPr>
      </w:pPr>
    </w:p>
    <w:p w:rsidR="00E102F4" w:rsidRPr="00D73AFF" w:rsidRDefault="00E102F4" w:rsidP="007D40EA">
      <w:pPr>
        <w:jc w:val="center"/>
        <w:rPr>
          <w:sz w:val="24"/>
          <w:szCs w:val="24"/>
        </w:rPr>
      </w:pPr>
      <w:r w:rsidRPr="00D73AFF">
        <w:rPr>
          <w:noProof/>
          <w:sz w:val="24"/>
          <w:szCs w:val="24"/>
          <w:lang w:bidi="hi-IN"/>
        </w:rPr>
        <w:drawing>
          <wp:inline distT="0" distB="0" distL="0" distR="0">
            <wp:extent cx="2361182" cy="2407756"/>
            <wp:effectExtent l="19050" t="0" r="1018" b="0"/>
            <wp:docPr id="2" name="Picture 1" descr="H:\15. Seminar &amp; Workshop\1. International Conference ISSDC 2025\1. Brochure\New folder\logo gdcr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5. Seminar &amp; Workshop\1. International Conference ISSDC 2025\1. Brochure\New folder\logo gdcr new.jpeg"/>
                    <pic:cNvPicPr>
                      <a:picLocks noChangeAspect="1" noChangeArrowheads="1"/>
                    </pic:cNvPicPr>
                  </pic:nvPicPr>
                  <pic:blipFill>
                    <a:blip r:embed="rId6"/>
                    <a:srcRect/>
                    <a:stretch>
                      <a:fillRect/>
                    </a:stretch>
                  </pic:blipFill>
                  <pic:spPr bwMode="auto">
                    <a:xfrm>
                      <a:off x="0" y="0"/>
                      <a:ext cx="2360369" cy="2406927"/>
                    </a:xfrm>
                    <a:prstGeom prst="rect">
                      <a:avLst/>
                    </a:prstGeom>
                    <a:noFill/>
                    <a:ln w="9525">
                      <a:noFill/>
                      <a:miter lim="800000"/>
                      <a:headEnd/>
                      <a:tailEnd/>
                    </a:ln>
                  </pic:spPr>
                </pic:pic>
              </a:graphicData>
            </a:graphic>
          </wp:inline>
        </w:drawing>
      </w:r>
    </w:p>
    <w:p w:rsidR="007D40EA" w:rsidRPr="00D73AFF" w:rsidRDefault="007D40EA">
      <w:pPr>
        <w:jc w:val="center"/>
        <w:rPr>
          <w:sz w:val="24"/>
          <w:szCs w:val="24"/>
        </w:rPr>
      </w:pPr>
    </w:p>
    <w:p w:rsidR="00B1752C" w:rsidRPr="00D73AFF" w:rsidRDefault="00B1752C">
      <w:pPr>
        <w:jc w:val="center"/>
        <w:rPr>
          <w:sz w:val="24"/>
          <w:szCs w:val="24"/>
        </w:rPr>
      </w:pPr>
    </w:p>
    <w:p w:rsidR="00B1752C" w:rsidRPr="00D73AFF" w:rsidRDefault="00B1752C">
      <w:pPr>
        <w:jc w:val="center"/>
        <w:rPr>
          <w:sz w:val="24"/>
          <w:szCs w:val="24"/>
        </w:rPr>
      </w:pPr>
    </w:p>
    <w:p w:rsidR="00B1752C" w:rsidRPr="00D73AFF" w:rsidRDefault="00B1752C">
      <w:pPr>
        <w:jc w:val="center"/>
        <w:rPr>
          <w:sz w:val="24"/>
          <w:szCs w:val="24"/>
        </w:rPr>
      </w:pPr>
    </w:p>
    <w:p w:rsidR="00B1752C" w:rsidRPr="00D73AFF" w:rsidRDefault="00B1752C">
      <w:pPr>
        <w:jc w:val="center"/>
        <w:rPr>
          <w:sz w:val="24"/>
          <w:szCs w:val="24"/>
        </w:rPr>
      </w:pPr>
    </w:p>
    <w:p w:rsidR="005664C8" w:rsidRPr="00D73AFF" w:rsidRDefault="005664C8">
      <w:pPr>
        <w:jc w:val="center"/>
        <w:rPr>
          <w:sz w:val="24"/>
          <w:szCs w:val="24"/>
        </w:rPr>
      </w:pPr>
    </w:p>
    <w:p w:rsidR="005664C8" w:rsidRPr="00D73AFF" w:rsidRDefault="00AC45A6">
      <w:pPr>
        <w:jc w:val="center"/>
        <w:rPr>
          <w:b/>
          <w:sz w:val="32"/>
          <w:szCs w:val="32"/>
        </w:rPr>
      </w:pPr>
      <w:r w:rsidRPr="00D73AFF">
        <w:rPr>
          <w:b/>
          <w:sz w:val="32"/>
          <w:szCs w:val="32"/>
        </w:rPr>
        <w:t>Employment Guidance &amp; Placement Cell</w:t>
      </w:r>
    </w:p>
    <w:p w:rsidR="00B1752C" w:rsidRDefault="00B1752C">
      <w:pPr>
        <w:jc w:val="center"/>
        <w:rPr>
          <w:b/>
          <w:bCs/>
          <w:sz w:val="32"/>
          <w:szCs w:val="32"/>
        </w:rPr>
      </w:pPr>
      <w:proofErr w:type="gramStart"/>
      <w:r w:rsidRPr="00D73AFF">
        <w:rPr>
          <w:b/>
          <w:bCs/>
          <w:sz w:val="32"/>
          <w:szCs w:val="32"/>
        </w:rPr>
        <w:t>Government Digvijay Autonomous PG College Rajnandgaon (C.G.)</w:t>
      </w:r>
      <w:proofErr w:type="gramEnd"/>
    </w:p>
    <w:p w:rsidR="00016EC4" w:rsidRPr="00D73AFF" w:rsidRDefault="00016EC4">
      <w:pPr>
        <w:jc w:val="center"/>
        <w:rPr>
          <w:b/>
          <w:bCs/>
          <w:sz w:val="32"/>
          <w:szCs w:val="32"/>
        </w:rPr>
      </w:pPr>
    </w:p>
    <w:p w:rsidR="0077461F" w:rsidRPr="00736351" w:rsidRDefault="0077461F" w:rsidP="00736351">
      <w:pPr>
        <w:spacing w:after="0"/>
        <w:jc w:val="center"/>
        <w:rPr>
          <w:rFonts w:ascii="Mangal" w:hAnsi="Mangal" w:cs="Mangal"/>
          <w:b/>
          <w:bCs/>
          <w:sz w:val="32"/>
          <w:szCs w:val="32"/>
          <w:lang w:bidi="hi-IN"/>
        </w:rPr>
      </w:pPr>
      <w:r w:rsidRPr="00736351">
        <w:rPr>
          <w:rFonts w:ascii="Mangal" w:hAnsi="Mangal" w:cs="Mangal"/>
          <w:b/>
          <w:bCs/>
          <w:sz w:val="32"/>
          <w:szCs w:val="32"/>
          <w:cs/>
          <w:lang w:bidi="hi-IN"/>
        </w:rPr>
        <w:lastRenderedPageBreak/>
        <w:t xml:space="preserve">वार्षिक प्रतिवेदन </w:t>
      </w:r>
    </w:p>
    <w:p w:rsidR="00B1752C" w:rsidRPr="00D73AFF" w:rsidRDefault="00B1752C" w:rsidP="00736351">
      <w:pPr>
        <w:spacing w:after="0"/>
        <w:jc w:val="center"/>
        <w:rPr>
          <w:sz w:val="24"/>
          <w:szCs w:val="24"/>
        </w:rPr>
      </w:pPr>
      <w:r w:rsidRPr="00D73AFF">
        <w:rPr>
          <w:sz w:val="24"/>
          <w:szCs w:val="24"/>
        </w:rPr>
        <w:t>2025-26</w:t>
      </w:r>
    </w:p>
    <w:p w:rsidR="00B1752C" w:rsidRPr="00D73AFF" w:rsidRDefault="0077461F" w:rsidP="00736351">
      <w:pPr>
        <w:spacing w:after="0"/>
        <w:rPr>
          <w:sz w:val="24"/>
          <w:szCs w:val="24"/>
        </w:rPr>
      </w:pPr>
      <w:r w:rsidRPr="00D73AFF">
        <w:rPr>
          <w:rFonts w:ascii="Mangal" w:hAnsi="Mangal" w:cs="Mangal"/>
          <w:b/>
          <w:bCs/>
          <w:sz w:val="24"/>
          <w:szCs w:val="24"/>
          <w:cs/>
          <w:lang w:bidi="hi-IN"/>
        </w:rPr>
        <w:t>स्थापना वर्ष</w:t>
      </w:r>
      <w:r w:rsidRPr="00D73AFF">
        <w:rPr>
          <w:rFonts w:ascii="Mangal" w:hAnsi="Mangal" w:cs="Mangal"/>
          <w:sz w:val="24"/>
          <w:szCs w:val="24"/>
          <w:cs/>
          <w:lang w:bidi="hi-IN"/>
        </w:rPr>
        <w:t xml:space="preserve"> </w:t>
      </w:r>
      <w:r w:rsidR="00B1752C" w:rsidRPr="00D73AFF">
        <w:rPr>
          <w:sz w:val="24"/>
          <w:szCs w:val="24"/>
        </w:rPr>
        <w:t>: 2014</w:t>
      </w:r>
    </w:p>
    <w:p w:rsidR="00E7789D" w:rsidRPr="00D73AFF" w:rsidRDefault="00E7789D" w:rsidP="00E7789D">
      <w:pPr>
        <w:spacing w:before="100" w:beforeAutospacing="1" w:after="100" w:afterAutospacing="1" w:line="240" w:lineRule="auto"/>
        <w:rPr>
          <w:rFonts w:ascii="Times New Roman" w:eastAsia="Times New Roman" w:hAnsi="Times New Roman" w:cs="Times New Roman"/>
          <w:sz w:val="24"/>
          <w:szCs w:val="24"/>
          <w:lang w:bidi="hi-IN"/>
        </w:rPr>
      </w:pPr>
      <w:r w:rsidRPr="00D73AFF">
        <w:rPr>
          <w:rFonts w:ascii="Times New Roman" w:eastAsia="Times New Roman" w:hAnsi="Times New Roman" w:cs="Mangal"/>
          <w:b/>
          <w:bCs/>
          <w:sz w:val="24"/>
          <w:szCs w:val="24"/>
          <w:cs/>
          <w:lang w:bidi="hi-IN"/>
        </w:rPr>
        <w:t>समन्वयक (</w:t>
      </w:r>
      <w:r w:rsidRPr="00D73AFF">
        <w:rPr>
          <w:rFonts w:ascii="Times New Roman" w:eastAsia="Times New Roman" w:hAnsi="Times New Roman" w:cs="Times New Roman"/>
          <w:b/>
          <w:bCs/>
          <w:sz w:val="24"/>
          <w:szCs w:val="24"/>
          <w:lang w:bidi="hi-IN"/>
        </w:rPr>
        <w:t xml:space="preserve">Coordinator): </w:t>
      </w:r>
      <w:r w:rsidRPr="00D73AFF">
        <w:rPr>
          <w:rFonts w:ascii="Times New Roman" w:eastAsia="Times New Roman" w:hAnsi="Times New Roman" w:cs="Mangal"/>
          <w:sz w:val="24"/>
          <w:szCs w:val="24"/>
          <w:cs/>
          <w:lang w:bidi="hi-IN"/>
        </w:rPr>
        <w:t xml:space="preserve">डॉ. संजय </w:t>
      </w:r>
      <w:r w:rsidR="00687D1F">
        <w:rPr>
          <w:rFonts w:ascii="Times New Roman" w:eastAsia="Times New Roman" w:hAnsi="Times New Roman" w:cs="Mangal"/>
          <w:sz w:val="24"/>
          <w:szCs w:val="24"/>
          <w:cs/>
          <w:lang w:bidi="hi-IN"/>
        </w:rPr>
        <w:t xml:space="preserve">थिसके </w:t>
      </w:r>
    </w:p>
    <w:p w:rsidR="00E7789D" w:rsidRPr="00D73AFF" w:rsidRDefault="00E7789D" w:rsidP="00E7789D">
      <w:pPr>
        <w:spacing w:before="100" w:beforeAutospacing="1" w:after="100" w:afterAutospacing="1" w:line="240" w:lineRule="auto"/>
        <w:rPr>
          <w:rFonts w:ascii="Times New Roman" w:eastAsia="Times New Roman" w:hAnsi="Times New Roman" w:cs="Times New Roman"/>
          <w:sz w:val="24"/>
          <w:szCs w:val="24"/>
          <w:lang w:bidi="hi-IN"/>
        </w:rPr>
      </w:pPr>
      <w:r w:rsidRPr="00D73AFF">
        <w:rPr>
          <w:rFonts w:ascii="Times New Roman" w:eastAsia="Times New Roman" w:hAnsi="Times New Roman" w:cs="Mangal"/>
          <w:b/>
          <w:bCs/>
          <w:sz w:val="24"/>
          <w:szCs w:val="24"/>
          <w:cs/>
          <w:lang w:bidi="hi-IN"/>
        </w:rPr>
        <w:t>सदस्य (</w:t>
      </w:r>
      <w:r w:rsidRPr="00D73AFF">
        <w:rPr>
          <w:rFonts w:ascii="Times New Roman" w:eastAsia="Times New Roman" w:hAnsi="Times New Roman" w:cs="Times New Roman"/>
          <w:b/>
          <w:bCs/>
          <w:sz w:val="24"/>
          <w:szCs w:val="24"/>
          <w:lang w:bidi="hi-IN"/>
        </w:rPr>
        <w:t>Members):</w:t>
      </w:r>
    </w:p>
    <w:p w:rsidR="00E7789D" w:rsidRPr="00D73AFF" w:rsidRDefault="00E7789D" w:rsidP="00E7789D">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lang w:bidi="hi-IN"/>
        </w:rPr>
      </w:pPr>
      <w:r w:rsidRPr="00D73AFF">
        <w:rPr>
          <w:rFonts w:ascii="Times New Roman" w:eastAsia="Times New Roman" w:hAnsi="Times New Roman" w:cs="Mangal"/>
          <w:sz w:val="24"/>
          <w:szCs w:val="24"/>
          <w:cs/>
          <w:lang w:bidi="hi-IN"/>
        </w:rPr>
        <w:t>डॉ. डी. के. वर्मा</w:t>
      </w:r>
      <w:r w:rsidRPr="00D73AFF">
        <w:rPr>
          <w:rFonts w:ascii="Times New Roman" w:eastAsia="Times New Roman" w:hAnsi="Times New Roman" w:cs="Times New Roman"/>
          <w:sz w:val="24"/>
          <w:szCs w:val="24"/>
          <w:lang w:bidi="hi-IN"/>
        </w:rPr>
        <w:t xml:space="preserve"> </w:t>
      </w:r>
    </w:p>
    <w:p w:rsidR="00E7789D" w:rsidRPr="00D73AFF" w:rsidRDefault="00E7789D" w:rsidP="00E7789D">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lang w:bidi="hi-IN"/>
        </w:rPr>
      </w:pPr>
      <w:r w:rsidRPr="00D73AFF">
        <w:rPr>
          <w:rFonts w:ascii="Times New Roman" w:eastAsia="Times New Roman" w:hAnsi="Times New Roman" w:cs="Mangal"/>
          <w:sz w:val="24"/>
          <w:szCs w:val="24"/>
          <w:cs/>
          <w:lang w:bidi="hi-IN"/>
        </w:rPr>
        <w:t>श्री चिरंजीव पाण्डेय</w:t>
      </w:r>
      <w:r w:rsidRPr="00D73AFF">
        <w:rPr>
          <w:rFonts w:ascii="Times New Roman" w:eastAsia="Times New Roman" w:hAnsi="Times New Roman" w:cs="Times New Roman"/>
          <w:sz w:val="24"/>
          <w:szCs w:val="24"/>
          <w:lang w:bidi="hi-IN"/>
        </w:rPr>
        <w:t xml:space="preserve"> </w:t>
      </w:r>
    </w:p>
    <w:p w:rsidR="00E7789D" w:rsidRPr="00D73AFF" w:rsidRDefault="00E7789D" w:rsidP="00E7789D">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lang w:bidi="hi-IN"/>
        </w:rPr>
      </w:pPr>
      <w:r w:rsidRPr="00D73AFF">
        <w:rPr>
          <w:rFonts w:ascii="Times New Roman" w:eastAsia="Times New Roman" w:hAnsi="Times New Roman" w:cs="Mangal"/>
          <w:sz w:val="24"/>
          <w:szCs w:val="24"/>
          <w:cs/>
          <w:lang w:bidi="hi-IN"/>
        </w:rPr>
        <w:t>श्रीमती रागिनी पराते</w:t>
      </w:r>
      <w:r w:rsidRPr="00D73AFF">
        <w:rPr>
          <w:rFonts w:ascii="Times New Roman" w:eastAsia="Times New Roman" w:hAnsi="Times New Roman" w:cs="Times New Roman"/>
          <w:sz w:val="24"/>
          <w:szCs w:val="24"/>
          <w:lang w:bidi="hi-IN"/>
        </w:rPr>
        <w:t xml:space="preserve"> </w:t>
      </w:r>
    </w:p>
    <w:p w:rsidR="00E7789D" w:rsidRPr="00D73AFF" w:rsidRDefault="00E7789D" w:rsidP="00E7789D">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lang w:bidi="hi-IN"/>
        </w:rPr>
      </w:pPr>
      <w:r w:rsidRPr="00D73AFF">
        <w:rPr>
          <w:rFonts w:ascii="Times New Roman" w:eastAsia="Times New Roman" w:hAnsi="Times New Roman" w:cs="Mangal"/>
          <w:sz w:val="24"/>
          <w:szCs w:val="24"/>
          <w:cs/>
          <w:lang w:bidi="hi-IN"/>
        </w:rPr>
        <w:t>श्री दीपक</w:t>
      </w:r>
      <w:r w:rsidR="005536D6" w:rsidRPr="00D73AFF">
        <w:rPr>
          <w:rFonts w:ascii="Times New Roman" w:eastAsia="Times New Roman" w:hAnsi="Times New Roman" w:cs="Mangal"/>
          <w:sz w:val="24"/>
          <w:szCs w:val="24"/>
          <w:lang w:bidi="hi-IN"/>
        </w:rPr>
        <w:t xml:space="preserve"> </w:t>
      </w:r>
      <w:r w:rsidR="005536D6" w:rsidRPr="00D73AFF">
        <w:rPr>
          <w:rFonts w:ascii="Mangal" w:eastAsia="Times New Roman" w:hAnsi="Mangal" w:cs="Mangal" w:hint="cs"/>
          <w:sz w:val="24"/>
          <w:szCs w:val="24"/>
          <w:cs/>
          <w:lang w:bidi="hi-IN"/>
        </w:rPr>
        <w:t xml:space="preserve">कुमार </w:t>
      </w:r>
    </w:p>
    <w:p w:rsidR="00587BC4" w:rsidRPr="00D73AFF" w:rsidRDefault="00587BC4" w:rsidP="001B7605">
      <w:pPr>
        <w:pStyle w:val="NormalWeb"/>
        <w:jc w:val="both"/>
      </w:pPr>
      <w:r w:rsidRPr="00D73AFF">
        <w:rPr>
          <w:rFonts w:cs="Mangal"/>
          <w:b/>
          <w:bCs/>
          <w:cs/>
        </w:rPr>
        <w:t>रोजगार मार्गदर्शन एवं प्लेसमेंट सेल</w:t>
      </w:r>
      <w:r w:rsidRPr="00D73AFF">
        <w:rPr>
          <w:rFonts w:cs="Mangal"/>
          <w:b/>
          <w:bCs/>
        </w:rPr>
        <w:t xml:space="preserve"> </w:t>
      </w:r>
      <w:r w:rsidR="009F2AC1" w:rsidRPr="00D73AFF">
        <w:rPr>
          <w:rFonts w:ascii="Mangal" w:hAnsi="Mangal" w:cs="Mangal"/>
          <w:b/>
          <w:bCs/>
          <w:cs/>
        </w:rPr>
        <w:t>के बारे मे</w:t>
      </w:r>
      <w:r w:rsidR="009F2AC1" w:rsidRPr="00D73AFF">
        <w:rPr>
          <w:rFonts w:ascii="Mangal" w:hAnsi="Mangal" w:cs="Mangal"/>
          <w:cs/>
        </w:rPr>
        <w:t xml:space="preserve"> </w:t>
      </w:r>
      <w:r w:rsidR="00296FD3" w:rsidRPr="00D73AFF">
        <w:t>:</w:t>
      </w:r>
      <w:r w:rsidRPr="00D73AFF">
        <w:rPr>
          <w:rFonts w:cs="Mangal"/>
          <w:cs/>
        </w:rPr>
        <w:t xml:space="preserve"> महाविद्यालय का रोजगार मार्गदर्शन एवं प्लेसमेंट सेल विद्यार्थियों के उज्ज्वल भविष्य निर्माण हेतु एक महत्वपूर्ण एवं सक्रिय मंच के रूप में कार्य करता है। यह प्रकोष्ठ विद्यार्थियों को उनके करियर चयन</w:t>
      </w:r>
      <w:r w:rsidRPr="00D73AFF">
        <w:t xml:space="preserve">, </w:t>
      </w:r>
      <w:r w:rsidRPr="00D73AFF">
        <w:rPr>
          <w:rFonts w:cs="Mangal"/>
          <w:cs/>
        </w:rPr>
        <w:t>रोजगार अवसरों की खोज तथा आवेदन प्रक्रिया में मार्गदर्शन प्रदान करने के उद्देश्य से स्थापित किया गया है। वर्तमान प्रतिस्पर्धात्मक युग में उपयुक्त करियर का चयन करना एक चुनौतीपूर्ण कार्य है</w:t>
      </w:r>
      <w:r w:rsidRPr="00D73AFF">
        <w:t xml:space="preserve">, </w:t>
      </w:r>
      <w:r w:rsidRPr="00D73AFF">
        <w:rPr>
          <w:rFonts w:cs="Mangal"/>
          <w:cs/>
        </w:rPr>
        <w:t>ऐसे में यह सेल विद्यार्थियों को सही दिशा एवं आवश्यक जानकारी उपलब्ध कराकर उन्हें सक्षम बनाता है।</w:t>
      </w:r>
      <w:r w:rsidR="009F2AC1" w:rsidRPr="00D73AFF">
        <w:rPr>
          <w:rFonts w:cs="Mangal" w:hint="cs"/>
          <w:cs/>
        </w:rPr>
        <w:t xml:space="preserve"> </w:t>
      </w:r>
      <w:r w:rsidRPr="00D73AFF">
        <w:rPr>
          <w:rFonts w:cs="Mangal"/>
          <w:cs/>
        </w:rPr>
        <w:t>रोजगार हेतु आवेदन की प्रक्रिया विद्यार्थियों के लिए एक उत्साहजनक एवं महत्वपूर्ण अनुभव होती है</w:t>
      </w:r>
      <w:r w:rsidRPr="00D73AFF">
        <w:t xml:space="preserve">, </w:t>
      </w:r>
      <w:r w:rsidRPr="00D73AFF">
        <w:rPr>
          <w:rFonts w:cs="Mangal"/>
          <w:cs/>
        </w:rPr>
        <w:t>बशर्ते उन्हें प्रत्येक चरण की स्पष्ट समझ हो। इस उद्देश्य को ध्यान में रखते हुए</w:t>
      </w:r>
      <w:r w:rsidRPr="00D73AFF">
        <w:t xml:space="preserve">, </w:t>
      </w:r>
      <w:r w:rsidRPr="00D73AFF">
        <w:rPr>
          <w:rFonts w:cs="Mangal"/>
          <w:cs/>
        </w:rPr>
        <w:t>प्लेसमेंट सेल विभिन्न माध्यमों से विद्यार्थियों को मार्गदर्शन प्रदान करता है</w:t>
      </w:r>
      <w:r w:rsidRPr="00D73AFF">
        <w:t xml:space="preserve">, </w:t>
      </w:r>
      <w:r w:rsidRPr="00D73AFF">
        <w:rPr>
          <w:rFonts w:cs="Mangal"/>
          <w:cs/>
        </w:rPr>
        <w:t>जैसे</w:t>
      </w:r>
      <w:r w:rsidRPr="00D73AFF">
        <w:t>—</w:t>
      </w:r>
      <w:r w:rsidRPr="00D73AFF">
        <w:rPr>
          <w:rFonts w:cs="Mangal"/>
          <w:cs/>
        </w:rPr>
        <w:t>करियर काउंसलिंग</w:t>
      </w:r>
      <w:r w:rsidRPr="00D73AFF">
        <w:t xml:space="preserve">, </w:t>
      </w:r>
      <w:r w:rsidRPr="00D73AFF">
        <w:rPr>
          <w:rFonts w:cs="Mangal"/>
          <w:cs/>
        </w:rPr>
        <w:t>कार्यशालाएँ</w:t>
      </w:r>
      <w:r w:rsidRPr="00D73AFF">
        <w:t xml:space="preserve">, </w:t>
      </w:r>
      <w:r w:rsidRPr="00D73AFF">
        <w:rPr>
          <w:rFonts w:cs="Mangal"/>
          <w:cs/>
        </w:rPr>
        <w:t>सेमिनार</w:t>
      </w:r>
      <w:r w:rsidRPr="00D73AFF">
        <w:t xml:space="preserve">, </w:t>
      </w:r>
      <w:r w:rsidRPr="00D73AFF">
        <w:rPr>
          <w:rFonts w:cs="Mangal"/>
          <w:cs/>
        </w:rPr>
        <w:t>प्रशिक्षण कार्यक्रम एवं विशेषज्ञ व्याख्यान। इसके अतिरिक्त</w:t>
      </w:r>
      <w:r w:rsidRPr="00D73AFF">
        <w:t xml:space="preserve">, </w:t>
      </w:r>
      <w:r w:rsidRPr="00D73AFF">
        <w:rPr>
          <w:rFonts w:cs="Mangal"/>
          <w:cs/>
        </w:rPr>
        <w:t>यह सेल विद्यार्थियों को विभिन्न ऑनलाइन पोर्टल्स</w:t>
      </w:r>
      <w:r w:rsidRPr="00D73AFF">
        <w:t xml:space="preserve">, </w:t>
      </w:r>
      <w:r w:rsidRPr="00D73AFF">
        <w:rPr>
          <w:rFonts w:cs="Mangal"/>
          <w:cs/>
        </w:rPr>
        <w:t>रोजगार संबंधी सूचनाओं तथा उपयोगी संसाधनों के लिंक भी उपलब्ध कराता है</w:t>
      </w:r>
      <w:r w:rsidRPr="00D73AFF">
        <w:t xml:space="preserve">, </w:t>
      </w:r>
      <w:r w:rsidRPr="00D73AFF">
        <w:rPr>
          <w:rFonts w:cs="Mangal"/>
          <w:cs/>
        </w:rPr>
        <w:t>जिससे वे स्वयं को बेहतर ढंग से तैयार कर सकें।</w:t>
      </w:r>
      <w:r w:rsidR="009F2AC1" w:rsidRPr="00D73AFF">
        <w:rPr>
          <w:rFonts w:cs="Mangal" w:hint="cs"/>
          <w:cs/>
        </w:rPr>
        <w:t xml:space="preserve"> </w:t>
      </w:r>
      <w:r w:rsidRPr="00D73AFF">
        <w:rPr>
          <w:rFonts w:cs="Mangal"/>
          <w:cs/>
        </w:rPr>
        <w:t>यह प्रकोष्ठ न केवल विद्यार्थियों को रोजगार के अवसरों से जोड़ने का कार्य करता है</w:t>
      </w:r>
      <w:r w:rsidRPr="00D73AFF">
        <w:t xml:space="preserve">, </w:t>
      </w:r>
      <w:r w:rsidRPr="00D73AFF">
        <w:rPr>
          <w:rFonts w:cs="Mangal"/>
          <w:cs/>
        </w:rPr>
        <w:t>बल्कि उन्हें आत्मविश्वास</w:t>
      </w:r>
      <w:r w:rsidRPr="00D73AFF">
        <w:t xml:space="preserve">, </w:t>
      </w:r>
      <w:r w:rsidRPr="00D73AFF">
        <w:rPr>
          <w:rFonts w:cs="Mangal"/>
          <w:cs/>
        </w:rPr>
        <w:t>व्यक्तित्व विकास एवं साक्षात्कार कौशल विकसित करने में भी सहायता प्रदान करता है। रिज़्यूमे लेखन</w:t>
      </w:r>
      <w:r w:rsidRPr="00D73AFF">
        <w:t xml:space="preserve">, </w:t>
      </w:r>
      <w:r w:rsidRPr="00D73AFF">
        <w:rPr>
          <w:rFonts w:cs="Mangal"/>
          <w:cs/>
        </w:rPr>
        <w:t>समूह चर्चा (</w:t>
      </w:r>
      <w:r w:rsidRPr="00D73AFF">
        <w:t xml:space="preserve">Group Discussion), </w:t>
      </w:r>
      <w:r w:rsidRPr="00D73AFF">
        <w:rPr>
          <w:rFonts w:cs="Mangal"/>
          <w:cs/>
        </w:rPr>
        <w:t>साक्षात्कार की तैयारी तथा संचार कौशल को सुदृढ़ बनाने के लिए भी नियमित रूप से प्रशिक्षण सत्र आयोजित किए जाते हैं।</w:t>
      </w:r>
      <w:r w:rsidR="001B7605" w:rsidRPr="00D73AFF">
        <w:rPr>
          <w:rFonts w:cs="Mangal" w:hint="cs"/>
          <w:cs/>
        </w:rPr>
        <w:t xml:space="preserve"> </w:t>
      </w:r>
      <w:r w:rsidRPr="00D73AFF">
        <w:rPr>
          <w:rFonts w:cs="Mangal"/>
          <w:cs/>
        </w:rPr>
        <w:t>वास्तव में</w:t>
      </w:r>
      <w:r w:rsidRPr="00D73AFF">
        <w:t xml:space="preserve">, </w:t>
      </w:r>
      <w:r w:rsidRPr="00D73AFF">
        <w:rPr>
          <w:rFonts w:cs="Mangal"/>
          <w:cs/>
        </w:rPr>
        <w:t>ऐसा कोई निश्चित चरणबद्ध तरीका नहीं है</w:t>
      </w:r>
      <w:r w:rsidRPr="00D73AFF">
        <w:t xml:space="preserve">, </w:t>
      </w:r>
      <w:r w:rsidRPr="00D73AFF">
        <w:rPr>
          <w:rFonts w:cs="Mangal"/>
          <w:cs/>
        </w:rPr>
        <w:t xml:space="preserve">जिसके माध्यम से कोई एक </w:t>
      </w:r>
      <w:r w:rsidRPr="00D73AFF">
        <w:t>“</w:t>
      </w:r>
      <w:r w:rsidRPr="00D73AFF">
        <w:rPr>
          <w:rFonts w:cs="Mangal"/>
          <w:cs/>
        </w:rPr>
        <w:t>परफेक्ट</w:t>
      </w:r>
      <w:r w:rsidRPr="00D73AFF">
        <w:t xml:space="preserve">” </w:t>
      </w:r>
      <w:r w:rsidRPr="00D73AFF">
        <w:rPr>
          <w:rFonts w:cs="Mangal"/>
          <w:cs/>
        </w:rPr>
        <w:t xml:space="preserve">या </w:t>
      </w:r>
      <w:r w:rsidRPr="00D73AFF">
        <w:t>“</w:t>
      </w:r>
      <w:r w:rsidRPr="00D73AFF">
        <w:rPr>
          <w:rFonts w:cs="Mangal"/>
          <w:cs/>
        </w:rPr>
        <w:t>ड्रीम जॉब</w:t>
      </w:r>
      <w:r w:rsidRPr="00D73AFF">
        <w:t xml:space="preserve">” </w:t>
      </w:r>
      <w:r w:rsidRPr="00D73AFF">
        <w:rPr>
          <w:rFonts w:cs="Mangal"/>
          <w:cs/>
        </w:rPr>
        <w:t>का चयन किया जा सके। प्रत्येक विद्यार्थी के लिए अनेक ऐसे करियर विकल्प उपलब्ध होते हैं</w:t>
      </w:r>
      <w:r w:rsidRPr="00D73AFF">
        <w:t xml:space="preserve">, </w:t>
      </w:r>
      <w:r w:rsidRPr="00D73AFF">
        <w:rPr>
          <w:rFonts w:cs="Mangal"/>
          <w:cs/>
        </w:rPr>
        <w:t>जिनमें वह सफल एवं संतुष्ट रह सकता है। अतः विद्यार्थियों को चाहिए कि वे अपने विकल्पों को सीमित न रखें</w:t>
      </w:r>
      <w:r w:rsidRPr="00D73AFF">
        <w:t xml:space="preserve">, </w:t>
      </w:r>
      <w:r w:rsidRPr="00D73AFF">
        <w:rPr>
          <w:rFonts w:cs="Mangal"/>
          <w:cs/>
        </w:rPr>
        <w:t>बल्कि विभिन्न क्षेत्रों के प्रति खुला दृष्टिकोण अपनाएँ और अपने कौशल एवं रुचि के अनुसार अवसरों का चयन करें।</w:t>
      </w:r>
    </w:p>
    <w:p w:rsidR="007B75D9" w:rsidRPr="00D73AFF" w:rsidRDefault="007B75D9" w:rsidP="00B1752C">
      <w:pPr>
        <w:rPr>
          <w:b/>
          <w:bCs/>
          <w:sz w:val="24"/>
          <w:szCs w:val="24"/>
        </w:rPr>
      </w:pPr>
    </w:p>
    <w:p w:rsidR="001B7605" w:rsidRPr="00D73AFF" w:rsidRDefault="001B7605" w:rsidP="001B7605">
      <w:pPr>
        <w:pStyle w:val="Heading3"/>
        <w:rPr>
          <w:b w:val="0"/>
          <w:bCs w:val="0"/>
          <w:color w:val="auto"/>
          <w:sz w:val="24"/>
          <w:szCs w:val="24"/>
        </w:rPr>
      </w:pPr>
      <w:r w:rsidRPr="00D73AFF">
        <w:rPr>
          <w:rStyle w:val="Strong"/>
          <w:rFonts w:cs="Mangal"/>
          <w:b/>
          <w:bCs/>
          <w:color w:val="auto"/>
          <w:sz w:val="24"/>
          <w:szCs w:val="24"/>
          <w:cs/>
          <w:lang w:bidi="hi-IN"/>
        </w:rPr>
        <w:t>रोजगार मार्गदर्श</w:t>
      </w:r>
      <w:r w:rsidR="004E03B0">
        <w:rPr>
          <w:rStyle w:val="Strong"/>
          <w:rFonts w:cs="Mangal"/>
          <w:b/>
          <w:bCs/>
          <w:color w:val="auto"/>
          <w:sz w:val="24"/>
          <w:szCs w:val="24"/>
          <w:cs/>
          <w:lang w:bidi="hi-IN"/>
        </w:rPr>
        <w:t>न एवं प्लेसमेंट सेल के उद्देश्य</w:t>
      </w:r>
      <w:r w:rsidR="004E03B0">
        <w:rPr>
          <w:rStyle w:val="Strong"/>
          <w:rFonts w:cs="Mangal"/>
          <w:b/>
          <w:bCs/>
          <w:color w:val="auto"/>
          <w:sz w:val="24"/>
          <w:szCs w:val="24"/>
          <w:lang w:bidi="hi-IN"/>
        </w:rPr>
        <w:t xml:space="preserve"> :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विद्यार्थियों को उपयुक्त</w:t>
      </w:r>
      <w:r w:rsidRPr="00D73AFF">
        <w:rPr>
          <w:sz w:val="24"/>
          <w:szCs w:val="24"/>
        </w:rPr>
        <w:t xml:space="preserve"> </w:t>
      </w:r>
      <w:r w:rsidRPr="00D73AFF">
        <w:rPr>
          <w:rStyle w:val="Strong"/>
          <w:rFonts w:cs="Mangal"/>
          <w:b w:val="0"/>
          <w:bCs w:val="0"/>
          <w:sz w:val="24"/>
          <w:szCs w:val="24"/>
          <w:cs/>
          <w:lang w:bidi="hi-IN"/>
        </w:rPr>
        <w:t>करियर विकल्पों के चयन में मार्गदर्शन प्रदान करना</w:t>
      </w:r>
      <w:r w:rsidRPr="00D73AFF">
        <w:rPr>
          <w:rFonts w:cs="Mangal"/>
          <w:sz w:val="24"/>
          <w:szCs w:val="24"/>
          <w:cs/>
          <w:lang w:bidi="hi-IN"/>
        </w:rPr>
        <w:t>।</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छात्रों को</w:t>
      </w:r>
      <w:r w:rsidRPr="00D73AFF">
        <w:rPr>
          <w:sz w:val="24"/>
          <w:szCs w:val="24"/>
        </w:rPr>
        <w:t xml:space="preserve"> </w:t>
      </w:r>
      <w:r w:rsidRPr="00D73AFF">
        <w:rPr>
          <w:rStyle w:val="Strong"/>
          <w:rFonts w:cs="Mangal"/>
          <w:b w:val="0"/>
          <w:bCs w:val="0"/>
          <w:sz w:val="24"/>
          <w:szCs w:val="24"/>
          <w:cs/>
          <w:lang w:bidi="hi-IN"/>
        </w:rPr>
        <w:t>रोजगार के अवसरों की जानकारी उपलब्ध कराना</w:t>
      </w:r>
      <w:r w:rsidRPr="00D73AFF">
        <w:rPr>
          <w:sz w:val="24"/>
          <w:szCs w:val="24"/>
        </w:rPr>
        <w:t xml:space="preserve"> </w:t>
      </w:r>
      <w:r w:rsidRPr="00D73AFF">
        <w:rPr>
          <w:rFonts w:cs="Mangal"/>
          <w:sz w:val="24"/>
          <w:szCs w:val="24"/>
          <w:cs/>
          <w:lang w:bidi="hi-IN"/>
        </w:rPr>
        <w:t>एवं उन्हें विभिन्न क्षेत्रों से जोड़ना।</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विद्यार्थियों को</w:t>
      </w:r>
      <w:r w:rsidRPr="00D73AFF">
        <w:rPr>
          <w:sz w:val="24"/>
          <w:szCs w:val="24"/>
        </w:rPr>
        <w:t xml:space="preserve"> </w:t>
      </w:r>
      <w:r w:rsidRPr="00D73AFF">
        <w:rPr>
          <w:rStyle w:val="Strong"/>
          <w:rFonts w:cs="Mangal"/>
          <w:b w:val="0"/>
          <w:bCs w:val="0"/>
          <w:sz w:val="24"/>
          <w:szCs w:val="24"/>
          <w:cs/>
          <w:lang w:bidi="hi-IN"/>
        </w:rPr>
        <w:t>रिज़्यूमे लेखन</w:t>
      </w:r>
      <w:r w:rsidRPr="00D73AFF">
        <w:rPr>
          <w:rStyle w:val="Strong"/>
          <w:b w:val="0"/>
          <w:bCs w:val="0"/>
          <w:sz w:val="24"/>
          <w:szCs w:val="24"/>
        </w:rPr>
        <w:t xml:space="preserve">, </w:t>
      </w:r>
      <w:r w:rsidRPr="00D73AFF">
        <w:rPr>
          <w:rStyle w:val="Strong"/>
          <w:rFonts w:cs="Mangal"/>
          <w:b w:val="0"/>
          <w:bCs w:val="0"/>
          <w:sz w:val="24"/>
          <w:szCs w:val="24"/>
          <w:cs/>
          <w:lang w:bidi="hi-IN"/>
        </w:rPr>
        <w:t xml:space="preserve">साक्षात्कार एवं समूह चर्चा </w:t>
      </w:r>
      <w:r w:rsidRPr="00D73AFF">
        <w:rPr>
          <w:rStyle w:val="Strong"/>
          <w:rFonts w:cs="Mangal"/>
          <w:b w:val="0"/>
          <w:bCs w:val="0"/>
          <w:sz w:val="24"/>
          <w:szCs w:val="24"/>
          <w:rtl/>
          <w:cs/>
        </w:rPr>
        <w:t>(</w:t>
      </w:r>
      <w:r w:rsidRPr="00D73AFF">
        <w:rPr>
          <w:rStyle w:val="Strong"/>
          <w:b w:val="0"/>
          <w:bCs w:val="0"/>
          <w:sz w:val="24"/>
          <w:szCs w:val="24"/>
        </w:rPr>
        <w:t xml:space="preserve">GD) </w:t>
      </w:r>
      <w:r w:rsidRPr="00D73AFF">
        <w:rPr>
          <w:rStyle w:val="Strong"/>
          <w:rFonts w:cs="Mangal"/>
          <w:b w:val="0"/>
          <w:bCs w:val="0"/>
          <w:sz w:val="24"/>
          <w:szCs w:val="24"/>
          <w:cs/>
          <w:lang w:bidi="hi-IN"/>
        </w:rPr>
        <w:t>की तैयारी</w:t>
      </w:r>
      <w:r w:rsidRPr="00D73AFF">
        <w:rPr>
          <w:sz w:val="24"/>
          <w:szCs w:val="24"/>
        </w:rPr>
        <w:t xml:space="preserve"> </w:t>
      </w:r>
      <w:r w:rsidRPr="00D73AFF">
        <w:rPr>
          <w:rFonts w:cs="Mangal"/>
          <w:sz w:val="24"/>
          <w:szCs w:val="24"/>
          <w:cs/>
          <w:lang w:bidi="hi-IN"/>
        </w:rPr>
        <w:t>में प्रशिक्षित करना।</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छात्रों में</w:t>
      </w:r>
      <w:r w:rsidRPr="00D73AFF">
        <w:rPr>
          <w:sz w:val="24"/>
          <w:szCs w:val="24"/>
        </w:rPr>
        <w:t xml:space="preserve"> </w:t>
      </w:r>
      <w:r w:rsidRPr="00D73AFF">
        <w:rPr>
          <w:rStyle w:val="Strong"/>
          <w:rFonts w:cs="Mangal"/>
          <w:b w:val="0"/>
          <w:bCs w:val="0"/>
          <w:sz w:val="24"/>
          <w:szCs w:val="24"/>
          <w:cs/>
          <w:lang w:bidi="hi-IN"/>
        </w:rPr>
        <w:t>आत्मविश्वास</w:t>
      </w:r>
      <w:r w:rsidRPr="00D73AFF">
        <w:rPr>
          <w:rStyle w:val="Strong"/>
          <w:b w:val="0"/>
          <w:bCs w:val="0"/>
          <w:sz w:val="24"/>
          <w:szCs w:val="24"/>
        </w:rPr>
        <w:t xml:space="preserve">, </w:t>
      </w:r>
      <w:r w:rsidRPr="00D73AFF">
        <w:rPr>
          <w:rStyle w:val="Strong"/>
          <w:rFonts w:cs="Mangal"/>
          <w:b w:val="0"/>
          <w:bCs w:val="0"/>
          <w:sz w:val="24"/>
          <w:szCs w:val="24"/>
          <w:cs/>
          <w:lang w:bidi="hi-IN"/>
        </w:rPr>
        <w:t>व्यक्तित्व विकास एवं संचार कौशल</w:t>
      </w:r>
      <w:r w:rsidRPr="00D73AFF">
        <w:rPr>
          <w:sz w:val="24"/>
          <w:szCs w:val="24"/>
        </w:rPr>
        <w:t xml:space="preserve"> </w:t>
      </w:r>
      <w:r w:rsidRPr="00D73AFF">
        <w:rPr>
          <w:rFonts w:cs="Mangal"/>
          <w:sz w:val="24"/>
          <w:szCs w:val="24"/>
          <w:cs/>
          <w:lang w:bidi="hi-IN"/>
        </w:rPr>
        <w:t>का विकास करना।</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Style w:val="Strong"/>
          <w:rFonts w:cs="Mangal"/>
          <w:b w:val="0"/>
          <w:bCs w:val="0"/>
          <w:sz w:val="24"/>
          <w:szCs w:val="24"/>
          <w:cs/>
          <w:lang w:bidi="hi-IN"/>
        </w:rPr>
        <w:t>कैरियर काउंसलिंग</w:t>
      </w:r>
      <w:r w:rsidRPr="00D73AFF">
        <w:rPr>
          <w:rStyle w:val="Strong"/>
          <w:b w:val="0"/>
          <w:bCs w:val="0"/>
          <w:sz w:val="24"/>
          <w:szCs w:val="24"/>
        </w:rPr>
        <w:t xml:space="preserve">, </w:t>
      </w:r>
      <w:r w:rsidRPr="00D73AFF">
        <w:rPr>
          <w:rStyle w:val="Strong"/>
          <w:rFonts w:cs="Mangal"/>
          <w:b w:val="0"/>
          <w:bCs w:val="0"/>
          <w:sz w:val="24"/>
          <w:szCs w:val="24"/>
          <w:cs/>
          <w:lang w:bidi="hi-IN"/>
        </w:rPr>
        <w:t>कार्यशालाओं एवं सेमिनारों का आयोजन</w:t>
      </w:r>
      <w:r w:rsidRPr="00D73AFF">
        <w:rPr>
          <w:sz w:val="24"/>
          <w:szCs w:val="24"/>
        </w:rPr>
        <w:t xml:space="preserve"> </w:t>
      </w:r>
      <w:r w:rsidRPr="00D73AFF">
        <w:rPr>
          <w:rFonts w:cs="Mangal"/>
          <w:sz w:val="24"/>
          <w:szCs w:val="24"/>
          <w:cs/>
          <w:lang w:bidi="hi-IN"/>
        </w:rPr>
        <w:t>कर उन्हें जागरूक बनाना।</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विद्यार्थियों को</w:t>
      </w:r>
      <w:r w:rsidRPr="00D73AFF">
        <w:rPr>
          <w:sz w:val="24"/>
          <w:szCs w:val="24"/>
        </w:rPr>
        <w:t xml:space="preserve"> </w:t>
      </w:r>
      <w:r w:rsidRPr="00D73AFF">
        <w:rPr>
          <w:rStyle w:val="Strong"/>
          <w:rFonts w:cs="Mangal"/>
          <w:b w:val="0"/>
          <w:bCs w:val="0"/>
          <w:sz w:val="24"/>
          <w:szCs w:val="24"/>
          <w:cs/>
          <w:lang w:bidi="hi-IN"/>
        </w:rPr>
        <w:t>ऑनलाइन जॉब पोर्टल्स एवं उपयोगी संसाधनों से जोड़ना</w:t>
      </w:r>
      <w:r w:rsidRPr="00D73AFF">
        <w:rPr>
          <w:rFonts w:cs="Mangal"/>
          <w:sz w:val="24"/>
          <w:szCs w:val="24"/>
          <w:cs/>
          <w:lang w:bidi="hi-IN"/>
        </w:rPr>
        <w:t>।</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उद्योगों एवं संस्थानों के साथ</w:t>
      </w:r>
      <w:r w:rsidRPr="00D73AFF">
        <w:rPr>
          <w:sz w:val="24"/>
          <w:szCs w:val="24"/>
        </w:rPr>
        <w:t xml:space="preserve"> </w:t>
      </w:r>
      <w:r w:rsidRPr="00D73AFF">
        <w:rPr>
          <w:rStyle w:val="Strong"/>
          <w:rFonts w:cs="Mangal"/>
          <w:b w:val="0"/>
          <w:bCs w:val="0"/>
          <w:sz w:val="24"/>
          <w:szCs w:val="24"/>
          <w:cs/>
          <w:lang w:bidi="hi-IN"/>
        </w:rPr>
        <w:t>संपर्क स्थापित कर प्लेसमेंट के अवसर बढ़ाना</w:t>
      </w:r>
      <w:r w:rsidRPr="00D73AFF">
        <w:rPr>
          <w:rFonts w:cs="Mangal"/>
          <w:sz w:val="24"/>
          <w:szCs w:val="24"/>
          <w:cs/>
          <w:lang w:bidi="hi-IN"/>
        </w:rPr>
        <w:t>।</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छात्रों को</w:t>
      </w:r>
      <w:r w:rsidRPr="00D73AFF">
        <w:rPr>
          <w:sz w:val="24"/>
          <w:szCs w:val="24"/>
        </w:rPr>
        <w:t xml:space="preserve"> </w:t>
      </w:r>
      <w:r w:rsidRPr="00D73AFF">
        <w:rPr>
          <w:rStyle w:val="Strong"/>
          <w:rFonts w:cs="Mangal"/>
          <w:b w:val="0"/>
          <w:bCs w:val="0"/>
          <w:sz w:val="24"/>
          <w:szCs w:val="24"/>
          <w:cs/>
          <w:lang w:bidi="hi-IN"/>
        </w:rPr>
        <w:t>नवीन तकनीकों एवं बदलते रोजगार परिदृश्य के अनुरूप तैयार करना</w:t>
      </w:r>
      <w:r w:rsidRPr="00D73AFF">
        <w:rPr>
          <w:rFonts w:cs="Mangal"/>
          <w:sz w:val="24"/>
          <w:szCs w:val="24"/>
          <w:cs/>
          <w:lang w:bidi="hi-IN"/>
        </w:rPr>
        <w:t>।</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विद्यार्थियों में</w:t>
      </w:r>
      <w:r w:rsidRPr="00D73AFF">
        <w:rPr>
          <w:sz w:val="24"/>
          <w:szCs w:val="24"/>
        </w:rPr>
        <w:t xml:space="preserve"> </w:t>
      </w:r>
      <w:r w:rsidRPr="00D73AFF">
        <w:rPr>
          <w:rStyle w:val="Strong"/>
          <w:rFonts w:cs="Mangal"/>
          <w:b w:val="0"/>
          <w:bCs w:val="0"/>
          <w:sz w:val="24"/>
          <w:szCs w:val="24"/>
          <w:cs/>
          <w:lang w:bidi="hi-IN"/>
        </w:rPr>
        <w:t>उद्यमिता</w:t>
      </w:r>
      <w:r w:rsidR="00EC551F">
        <w:rPr>
          <w:rStyle w:val="Strong"/>
          <w:rFonts w:cs="Mangal"/>
          <w:b w:val="0"/>
          <w:bCs w:val="0"/>
          <w:sz w:val="24"/>
          <w:szCs w:val="24"/>
          <w:lang w:bidi="hi-IN"/>
        </w:rPr>
        <w:t xml:space="preserve"> </w:t>
      </w:r>
      <w:r w:rsidRPr="00D73AFF">
        <w:rPr>
          <w:rStyle w:val="Strong"/>
          <w:rFonts w:cs="Mangal"/>
          <w:b w:val="0"/>
          <w:bCs w:val="0"/>
          <w:sz w:val="24"/>
          <w:szCs w:val="24"/>
          <w:cs/>
          <w:lang w:bidi="hi-IN"/>
        </w:rPr>
        <w:t>एवं स्वरोजगार के प्रति प्रेरणा विकसित करना</w:t>
      </w:r>
      <w:r w:rsidRPr="00D73AFF">
        <w:rPr>
          <w:rFonts w:cs="Mangal"/>
          <w:sz w:val="24"/>
          <w:szCs w:val="24"/>
          <w:cs/>
          <w:lang w:bidi="hi-IN"/>
        </w:rPr>
        <w:t>।</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छात्रों को</w:t>
      </w:r>
      <w:r w:rsidRPr="00D73AFF">
        <w:rPr>
          <w:sz w:val="24"/>
          <w:szCs w:val="24"/>
        </w:rPr>
        <w:t xml:space="preserve"> </w:t>
      </w:r>
      <w:r w:rsidRPr="00D73AFF">
        <w:rPr>
          <w:rStyle w:val="Strong"/>
          <w:rFonts w:cs="Mangal"/>
          <w:b w:val="0"/>
          <w:bCs w:val="0"/>
          <w:sz w:val="24"/>
          <w:szCs w:val="24"/>
          <w:cs/>
          <w:lang w:bidi="hi-IN"/>
        </w:rPr>
        <w:t>करियर चयन में सकारात्मक एवं खुला दृष्टिकोण अपनाने के लिए प्रेरित करना</w:t>
      </w:r>
      <w:r w:rsidRPr="00D73AFF">
        <w:rPr>
          <w:rFonts w:cs="Mangal"/>
          <w:sz w:val="24"/>
          <w:szCs w:val="24"/>
          <w:cs/>
          <w:lang w:bidi="hi-IN"/>
        </w:rPr>
        <w:t>।</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योग्य विद्यार्थियों को</w:t>
      </w:r>
      <w:r w:rsidRPr="00D73AFF">
        <w:rPr>
          <w:sz w:val="24"/>
          <w:szCs w:val="24"/>
        </w:rPr>
        <w:t xml:space="preserve"> </w:t>
      </w:r>
      <w:r w:rsidRPr="00D73AFF">
        <w:rPr>
          <w:rStyle w:val="Strong"/>
          <w:rFonts w:cs="Mangal"/>
          <w:b w:val="0"/>
          <w:bCs w:val="0"/>
          <w:sz w:val="24"/>
          <w:szCs w:val="24"/>
          <w:cs/>
          <w:lang w:bidi="hi-IN"/>
        </w:rPr>
        <w:t>कैंपस प्लेसमेंट के माध्यम से रोजगार दिलाने में सहायता करना</w:t>
      </w:r>
      <w:r w:rsidRPr="00D73AFF">
        <w:rPr>
          <w:rFonts w:cs="Mangal"/>
          <w:sz w:val="24"/>
          <w:szCs w:val="24"/>
          <w:cs/>
          <w:lang w:bidi="hi-IN"/>
        </w:rPr>
        <w:t>।</w:t>
      </w:r>
      <w:r w:rsidRPr="00D73AFF">
        <w:rPr>
          <w:sz w:val="24"/>
          <w:szCs w:val="24"/>
        </w:rPr>
        <w:t xml:space="preserve"> </w:t>
      </w:r>
    </w:p>
    <w:p w:rsidR="001B7605" w:rsidRPr="00D73AFF" w:rsidRDefault="001B7605" w:rsidP="001B7605">
      <w:pPr>
        <w:numPr>
          <w:ilvl w:val="0"/>
          <w:numId w:val="14"/>
        </w:numPr>
        <w:spacing w:before="100" w:beforeAutospacing="1" w:after="100" w:afterAutospacing="1" w:line="240" w:lineRule="auto"/>
        <w:rPr>
          <w:sz w:val="24"/>
          <w:szCs w:val="24"/>
        </w:rPr>
      </w:pPr>
      <w:r w:rsidRPr="00D73AFF">
        <w:rPr>
          <w:rFonts w:cs="Mangal"/>
          <w:sz w:val="24"/>
          <w:szCs w:val="24"/>
          <w:cs/>
          <w:lang w:bidi="hi-IN"/>
        </w:rPr>
        <w:t>विद्यार्थियों के</w:t>
      </w:r>
      <w:r w:rsidRPr="00D73AFF">
        <w:rPr>
          <w:sz w:val="24"/>
          <w:szCs w:val="24"/>
        </w:rPr>
        <w:t xml:space="preserve"> </w:t>
      </w:r>
      <w:r w:rsidRPr="00D73AFF">
        <w:rPr>
          <w:rStyle w:val="Strong"/>
          <w:rFonts w:cs="Mangal"/>
          <w:b w:val="0"/>
          <w:bCs w:val="0"/>
          <w:sz w:val="24"/>
          <w:szCs w:val="24"/>
          <w:cs/>
          <w:lang w:bidi="hi-IN"/>
        </w:rPr>
        <w:t>सर्वांगीण विकास एवं आत्मनिर्भरता को बढ़ावा देना</w:t>
      </w:r>
      <w:r w:rsidRPr="00D73AFF">
        <w:rPr>
          <w:rFonts w:cs="Mangal"/>
          <w:sz w:val="24"/>
          <w:szCs w:val="24"/>
          <w:cs/>
          <w:lang w:bidi="hi-IN"/>
        </w:rPr>
        <w:t>।</w:t>
      </w:r>
    </w:p>
    <w:p w:rsidR="00FB007C" w:rsidRPr="00D73AFF" w:rsidRDefault="00FB007C" w:rsidP="00FB007C">
      <w:pPr>
        <w:pStyle w:val="Heading3"/>
        <w:rPr>
          <w:color w:val="auto"/>
          <w:sz w:val="24"/>
          <w:szCs w:val="24"/>
          <w:lang w:bidi="hi-IN"/>
        </w:rPr>
      </w:pPr>
      <w:r w:rsidRPr="00D73AFF">
        <w:rPr>
          <w:rStyle w:val="Strong"/>
          <w:rFonts w:cs="Mangal"/>
          <w:b/>
          <w:bCs/>
          <w:color w:val="auto"/>
          <w:sz w:val="24"/>
          <w:szCs w:val="24"/>
          <w:cs/>
          <w:lang w:bidi="hi-IN"/>
        </w:rPr>
        <w:t xml:space="preserve">विद्यार्थियों को दी जाने वाली सुविधाएँ </w:t>
      </w:r>
      <w:r w:rsidRPr="00D73AFF">
        <w:rPr>
          <w:rStyle w:val="Strong"/>
          <w:rFonts w:cs="Mangal" w:hint="cs"/>
          <w:b/>
          <w:bCs/>
          <w:color w:val="auto"/>
          <w:sz w:val="24"/>
          <w:szCs w:val="24"/>
          <w:cs/>
          <w:lang w:bidi="hi-IN"/>
        </w:rPr>
        <w:t>:</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करियर काउंसलिंग</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 xml:space="preserve">प्लेसमेंट </w:t>
      </w:r>
      <w:r w:rsidR="0041608E">
        <w:rPr>
          <w:rFonts w:ascii="Times New Roman" w:hAnsi="Times New Roman" w:cs="Mangal"/>
          <w:sz w:val="24"/>
          <w:szCs w:val="24"/>
          <w:cs/>
          <w:lang w:bidi="hi-IN"/>
        </w:rPr>
        <w:t xml:space="preserve">कैम्प आयोजन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साक्षात्कार प्रशिक्षण</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व्यक्तित्व विकास कार्यक्रम</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कौशल विकास कार्यशालाएँ</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जॉब अलर्ट एवं सूचना</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ऑनलाइन जॉब पोर्टल्स की जानकारी</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उद्यमिता मार्गदर्शन</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विशेषज्ञ व्याख्यान</w:t>
      </w:r>
      <w:r w:rsidRPr="00D73AFF">
        <w:rPr>
          <w:sz w:val="24"/>
          <w:szCs w:val="24"/>
        </w:rPr>
        <w:t xml:space="preserve"> </w:t>
      </w:r>
    </w:p>
    <w:p w:rsidR="00FB007C" w:rsidRPr="00D73AFF" w:rsidRDefault="00FB007C" w:rsidP="00FB007C">
      <w:pPr>
        <w:numPr>
          <w:ilvl w:val="0"/>
          <w:numId w:val="15"/>
        </w:numPr>
        <w:spacing w:before="100" w:beforeAutospacing="1" w:after="100" w:afterAutospacing="1" w:line="240" w:lineRule="auto"/>
        <w:rPr>
          <w:sz w:val="24"/>
          <w:szCs w:val="24"/>
        </w:rPr>
      </w:pPr>
      <w:r w:rsidRPr="00D73AFF">
        <w:rPr>
          <w:rFonts w:cs="Mangal"/>
          <w:sz w:val="24"/>
          <w:szCs w:val="24"/>
          <w:cs/>
          <w:lang w:bidi="hi-IN"/>
        </w:rPr>
        <w:t>निरंतर मार्गदर्शन एवं फीडबैक</w:t>
      </w:r>
    </w:p>
    <w:p w:rsidR="00FB007C" w:rsidRPr="00BC263F" w:rsidRDefault="00FB007C" w:rsidP="00FB007C">
      <w:pPr>
        <w:numPr>
          <w:ilvl w:val="0"/>
          <w:numId w:val="15"/>
        </w:numPr>
        <w:spacing w:before="100" w:beforeAutospacing="1" w:after="100" w:afterAutospacing="1" w:line="240" w:lineRule="auto"/>
        <w:rPr>
          <w:sz w:val="24"/>
          <w:szCs w:val="24"/>
        </w:rPr>
      </w:pPr>
      <w:r w:rsidRPr="00D73AFF">
        <w:rPr>
          <w:rFonts w:ascii="Mangal" w:hAnsi="Mangal" w:cs="Mangal" w:hint="cs"/>
          <w:sz w:val="24"/>
          <w:szCs w:val="24"/>
          <w:cs/>
          <w:lang w:bidi="hi-IN"/>
        </w:rPr>
        <w:t xml:space="preserve">प्रतियोगी परीक्षा की तैयारी </w:t>
      </w:r>
    </w:p>
    <w:p w:rsidR="00BC263F" w:rsidRPr="006A5FDA" w:rsidRDefault="00BC263F" w:rsidP="00BC263F">
      <w:pPr>
        <w:spacing w:before="100" w:beforeAutospacing="1" w:after="100" w:afterAutospacing="1" w:line="240" w:lineRule="auto"/>
        <w:ind w:left="720"/>
        <w:rPr>
          <w:sz w:val="24"/>
          <w:szCs w:val="24"/>
        </w:rPr>
      </w:pPr>
    </w:p>
    <w:p w:rsidR="007B75D9" w:rsidRPr="00075C49" w:rsidRDefault="00FB007C" w:rsidP="00FB007C">
      <w:pPr>
        <w:rPr>
          <w:b/>
          <w:bCs/>
          <w:sz w:val="28"/>
          <w:szCs w:val="28"/>
          <w:lang w:bidi="hi-IN"/>
        </w:rPr>
      </w:pPr>
      <w:r w:rsidRPr="00075C49">
        <w:rPr>
          <w:b/>
          <w:bCs/>
          <w:sz w:val="28"/>
          <w:szCs w:val="28"/>
        </w:rPr>
        <w:lastRenderedPageBreak/>
        <w:t xml:space="preserve"> </w:t>
      </w:r>
      <w:r w:rsidR="006A5FDA" w:rsidRPr="00075C49">
        <w:rPr>
          <w:rFonts w:cs="Mangal"/>
          <w:b/>
          <w:bCs/>
          <w:sz w:val="28"/>
          <w:szCs w:val="28"/>
          <w:cs/>
          <w:lang w:bidi="hi-IN"/>
        </w:rPr>
        <w:t xml:space="preserve">आयोजित </w:t>
      </w:r>
      <w:r w:rsidR="006A5FDA" w:rsidRPr="00075C49">
        <w:rPr>
          <w:rFonts w:ascii="Times New Roman" w:hAnsi="Times New Roman" w:cs="Mangal"/>
          <w:b/>
          <w:bCs/>
          <w:sz w:val="28"/>
          <w:szCs w:val="28"/>
          <w:cs/>
          <w:lang w:bidi="hi-IN"/>
        </w:rPr>
        <w:t xml:space="preserve">कार्यक्रम </w:t>
      </w:r>
      <w:r w:rsidR="006A5FDA" w:rsidRPr="00075C49">
        <w:rPr>
          <w:rFonts w:ascii="Times New Roman" w:hAnsi="Times New Roman" w:hint="cs"/>
          <w:b/>
          <w:bCs/>
          <w:sz w:val="28"/>
          <w:szCs w:val="28"/>
          <w:cs/>
          <w:lang w:bidi="hi-IN"/>
        </w:rPr>
        <w:t>:</w:t>
      </w:r>
    </w:p>
    <w:p w:rsidR="007E1891" w:rsidRPr="0090511F" w:rsidRDefault="007E1891" w:rsidP="00122B27">
      <w:pPr>
        <w:pStyle w:val="ListParagraph"/>
        <w:numPr>
          <w:ilvl w:val="0"/>
          <w:numId w:val="20"/>
        </w:numPr>
        <w:ind w:left="360"/>
        <w:jc w:val="both"/>
        <w:rPr>
          <w:b/>
          <w:bCs/>
          <w:sz w:val="24"/>
          <w:szCs w:val="24"/>
          <w:u w:val="single"/>
        </w:rPr>
      </w:pPr>
      <w:r w:rsidRPr="0090511F">
        <w:rPr>
          <w:rFonts w:cs="Mangal"/>
          <w:b/>
          <w:bCs/>
          <w:sz w:val="24"/>
          <w:szCs w:val="24"/>
          <w:u w:val="single"/>
          <w:cs/>
          <w:lang w:bidi="hi-IN"/>
        </w:rPr>
        <w:t xml:space="preserve">सात दिवसीय कैरियर गाइडेंस एवं पर्सनालिटी डेवलपमेंट विषय पर कार्यक्रम </w:t>
      </w:r>
      <w:r w:rsidRPr="0090511F">
        <w:rPr>
          <w:rFonts w:cs="Mangal"/>
          <w:b/>
          <w:bCs/>
          <w:sz w:val="24"/>
          <w:szCs w:val="24"/>
          <w:u w:val="single"/>
          <w:lang w:bidi="hi-IN"/>
        </w:rPr>
        <w:t>:</w:t>
      </w:r>
    </w:p>
    <w:p w:rsidR="00A11ED5" w:rsidRDefault="00F63F94" w:rsidP="00A11ED5">
      <w:pPr>
        <w:pStyle w:val="NormalWeb"/>
        <w:numPr>
          <w:ilvl w:val="0"/>
          <w:numId w:val="21"/>
        </w:numPr>
        <w:jc w:val="both"/>
        <w:rPr>
          <w:rFonts w:cs="Mangal"/>
          <w:lang w:val="en-IN"/>
        </w:rPr>
      </w:pPr>
      <w:r w:rsidRPr="00A11ED5">
        <w:rPr>
          <w:rFonts w:cs="Mangal"/>
          <w:b/>
          <w:bCs/>
          <w:cs/>
        </w:rPr>
        <w:t>बीमा सखी योजना से महिलाएं अपने भविष्य को सुरक्षित करें प्रशांत श्रीवास्तव</w:t>
      </w:r>
      <w:r w:rsidRPr="00A11ED5">
        <w:rPr>
          <w:rFonts w:cs="Mangal" w:hint="cs"/>
          <w:cs/>
        </w:rPr>
        <w:t>:</w:t>
      </w:r>
      <w:r w:rsidR="00122B27" w:rsidRPr="00A11ED5">
        <w:rPr>
          <w:rFonts w:cs="Mangal"/>
          <w:cs/>
        </w:rPr>
        <w:t xml:space="preserve">दिनांक </w:t>
      </w:r>
      <w:r w:rsidR="00122B27" w:rsidRPr="007E1891">
        <w:t>23 8.2025</w:t>
      </w:r>
      <w:r w:rsidR="00122B27" w:rsidRPr="00A11ED5">
        <w:rPr>
          <w:rFonts w:cs="Mangal"/>
          <w:cs/>
        </w:rPr>
        <w:t xml:space="preserve"> को महाविद्यालय की प्राचार्या प्रोफेसर सुचित्रा गुप्ता के दिशा निर्देशन में सात दिवसीय कैरियर गाइडेंस एवं पर्सनालिटी डेवलपमेंट विषय पर कार्यक्रम की शुरुआत हुई यह कार्यक्रम पूरे एक हफ्ते का चलेगा जिसमें विषय विशेषज्ञ आकर के महाविद्यालय के छात्र-छात्राओं को रोजगार</w:t>
      </w:r>
      <w:r w:rsidR="00122B27" w:rsidRPr="007E1891">
        <w:t xml:space="preserve">, </w:t>
      </w:r>
      <w:r w:rsidR="00122B27" w:rsidRPr="00A11ED5">
        <w:rPr>
          <w:rFonts w:cs="Mangal"/>
          <w:cs/>
        </w:rPr>
        <w:t>प्रतियोगी परीक्षाओं और व्यक्तित्व विकास कैसे अच्छा करें इस विषय पर व्याख्यान देंगे उद्घाटन अवसर पर बोलते हुए महाविद्याल</w:t>
      </w:r>
      <w:r w:rsidR="008167A4">
        <w:rPr>
          <w:rFonts w:cs="Mangal"/>
          <w:cs/>
        </w:rPr>
        <w:t>य की प्राचार्या डॉक्टर सुचित्रा</w:t>
      </w:r>
      <w:r w:rsidR="008167A4">
        <w:rPr>
          <w:rFonts w:cs="Mangal"/>
        </w:rPr>
        <w:t xml:space="preserve"> </w:t>
      </w:r>
      <w:r w:rsidR="00122B27" w:rsidRPr="00A11ED5">
        <w:rPr>
          <w:rFonts w:cs="Mangal"/>
          <w:cs/>
        </w:rPr>
        <w:t xml:space="preserve">गुप्ता ने छात्रों को  समझाया कि वह मेहनत से जी ना चुराए कोई भी काम छोटा या बड़ा नहीं होता है उन्हें हर काम को एक नए प्रयास के तौर पर देखना चाहिए और करना चाहिए महाविद्यालय में जितनी भी सुविधाएं दी जाती हैं चाहे वह लाइब्रेरी हो या एन सी सी हो एन एस‌ एस हो रोजगार से संबंधित विभिन्न व्याख्यान हो जो आज आयोजित किया जा रहे हैं  उनमें सक्रियता से भाग लेना चाहिए मेहनत का कोई शॉर्टकट नहीं होता है उन्होंने यह भी बताया इसी क्रम में रोजगार एवं मार्गदर्शन प्रकोष्ठ के संयोजक संजय ठिसके डॉक्टर ने पूरे कार्यक्रम की विस्तार से जानकारी दी और यह बताया कि यह कार्यक्रम विशेष रूप से महाविद्यालय के छात्राओं के व्यक्तित्व विकास के लिए आयोजित किया जा रहा है इसी कार्यक्रम में उन्होंने यह बताया कि रोजगार से संबंधित जानकारी और अपने करियर को कैसे एक मिशन बनाएं इस विषय पर भी छात्रों को जानकारी प्रदान की जाएगी आज के कार्यक्रम के प्रथम दिवस कार्यक्रम के रिसोर्स पर्सन थे श्री प्रशांत श्रीवास्तव जो एल आई सी के डेवलपमेंट अधिकारी है छात्राओं को उन्होंने एलआईसी के पूरे इतिहास को बताते हुए विस्तार से इसके कार्यों की जानकारी छात्रों को दी और उन्होंने यह भी बताया कि हमारे देश के प्रधानमंत्री माननीय श्री नरेंद्र मोदी जी के नेतृत्व में एलआईसी की बिमा सखी योजना विशेष रूप से महिलाओं के लिए के लिए बनाई गई है और हमारे प्रधानमंत्री जी भी चाहते हैं कि महिलाएं और छात्राएं इस बीमा सखी योजना में बढ़-चढ़ कर हिस्सा ले और जो न केवल अपनी आर्थिक स्थिति को बल्कि परिवार की आर्थिक स्थिति को भी मजबूत करें और अपने पैरों में स्वयं खड़े होकर दिखाएं जिससे कि न केवल देश बल्कि उनका प्रदेश और उनका गांव आर्थिक रूप से मजबूत होगा बल्कि वे इन पैसों का उपयोग दूसरे अन्य स्टार्टअप या उद्योग धंधे को खोलने में लगा सकती है आज के कार्यक्रम में महाविद्यालय के स्नातक और स्नातकोत्तर के काफी छात्राएं उपस्थित थे कार्यक्रम </w:t>
      </w:r>
      <w:r w:rsidR="00122B27" w:rsidRPr="00A11ED5">
        <w:rPr>
          <w:rFonts w:cs="Mangal"/>
          <w:cs/>
        </w:rPr>
        <w:lastRenderedPageBreak/>
        <w:t xml:space="preserve">में रोजगार मार्गदर्शन प्रकोष्ठ के के देवांगन डीके वर्मा </w:t>
      </w:r>
      <w:r w:rsidR="00122B27" w:rsidRPr="007E1891">
        <w:t xml:space="preserve">, </w:t>
      </w:r>
      <w:r w:rsidR="00122B27" w:rsidRPr="00A11ED5">
        <w:rPr>
          <w:rFonts w:cs="Mangal"/>
          <w:cs/>
        </w:rPr>
        <w:t>अमितेश सोनकर  विशेष रूप से उपस्थित थे</w:t>
      </w:r>
      <w:r w:rsidR="007E1891" w:rsidRPr="00A11ED5">
        <w:rPr>
          <w:rFonts w:cs="Mangal" w:hint="cs"/>
          <w:cs/>
          <w:lang w:val="en-IN"/>
        </w:rPr>
        <w:t xml:space="preserve">। </w:t>
      </w:r>
    </w:p>
    <w:p w:rsidR="00F07F89" w:rsidRDefault="00F07F89" w:rsidP="00F07F89">
      <w:pPr>
        <w:pStyle w:val="NormalWeb"/>
        <w:ind w:left="720"/>
        <w:jc w:val="center"/>
      </w:pPr>
      <w:r>
        <w:rPr>
          <w:noProof/>
        </w:rPr>
        <w:drawing>
          <wp:inline distT="0" distB="0" distL="0" distR="0">
            <wp:extent cx="4619806" cy="2825551"/>
            <wp:effectExtent l="19050" t="0" r="9344" b="0"/>
            <wp:docPr id="15" name="Picture 15" descr="C:\Users\admin\Downloads\WhatsApp Image 2026-04-30 at 11.56.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6-04-30 at 11.56.01 AM.jpeg"/>
                    <pic:cNvPicPr>
                      <a:picLocks noChangeAspect="1" noChangeArrowheads="1"/>
                    </pic:cNvPicPr>
                  </pic:nvPicPr>
                  <pic:blipFill>
                    <a:blip r:embed="rId7">
                      <a:lum bright="30000"/>
                    </a:blip>
                    <a:srcRect t="11991" b="6414"/>
                    <a:stretch>
                      <a:fillRect/>
                    </a:stretch>
                  </pic:blipFill>
                  <pic:spPr bwMode="auto">
                    <a:xfrm>
                      <a:off x="0" y="0"/>
                      <a:ext cx="4637867" cy="2836597"/>
                    </a:xfrm>
                    <a:prstGeom prst="rect">
                      <a:avLst/>
                    </a:prstGeom>
                    <a:noFill/>
                    <a:ln w="9525">
                      <a:noFill/>
                      <a:miter lim="800000"/>
                      <a:headEnd/>
                      <a:tailEnd/>
                    </a:ln>
                  </pic:spPr>
                </pic:pic>
              </a:graphicData>
            </a:graphic>
          </wp:inline>
        </w:drawing>
      </w:r>
    </w:p>
    <w:p w:rsidR="00A11ED5" w:rsidRDefault="00A11ED5" w:rsidP="00A11ED5">
      <w:pPr>
        <w:pStyle w:val="NormalWeb"/>
        <w:ind w:left="720"/>
        <w:jc w:val="center"/>
      </w:pPr>
      <w:r>
        <w:rPr>
          <w:noProof/>
        </w:rPr>
        <w:drawing>
          <wp:inline distT="0" distB="0" distL="0" distR="0">
            <wp:extent cx="4746052" cy="2670629"/>
            <wp:effectExtent l="19050" t="0" r="0" b="0"/>
            <wp:docPr id="6" name="Picture 6" descr="C:\Users\admin\Downloads\WhatsApp Image 2026-04-30 at 11.56.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6-04-30 at 11.56.02 AM.jpeg"/>
                    <pic:cNvPicPr>
                      <a:picLocks noChangeAspect="1" noChangeArrowheads="1"/>
                    </pic:cNvPicPr>
                  </pic:nvPicPr>
                  <pic:blipFill>
                    <a:blip r:embed="rId8"/>
                    <a:srcRect/>
                    <a:stretch>
                      <a:fillRect/>
                    </a:stretch>
                  </pic:blipFill>
                  <pic:spPr bwMode="auto">
                    <a:xfrm>
                      <a:off x="0" y="0"/>
                      <a:ext cx="4759871" cy="2678405"/>
                    </a:xfrm>
                    <a:prstGeom prst="rect">
                      <a:avLst/>
                    </a:prstGeom>
                    <a:noFill/>
                    <a:ln w="9525">
                      <a:noFill/>
                      <a:miter lim="800000"/>
                      <a:headEnd/>
                      <a:tailEnd/>
                    </a:ln>
                  </pic:spPr>
                </pic:pic>
              </a:graphicData>
            </a:graphic>
          </wp:inline>
        </w:drawing>
      </w:r>
    </w:p>
    <w:p w:rsidR="00A11ED5" w:rsidRPr="0041608E" w:rsidRDefault="008167A4" w:rsidP="008167A4">
      <w:pPr>
        <w:pStyle w:val="NormalWeb"/>
        <w:ind w:left="720"/>
        <w:jc w:val="center"/>
        <w:rPr>
          <w:rFonts w:cs="Mangal"/>
          <w:b/>
          <w:bCs/>
          <w:u w:val="single"/>
          <w:cs/>
          <w:lang w:val="en-IN"/>
        </w:rPr>
      </w:pPr>
      <w:r w:rsidRPr="0041608E">
        <w:rPr>
          <w:rFonts w:cs="Mangal"/>
          <w:b/>
          <w:bCs/>
          <w:u w:val="single"/>
          <w:cs/>
        </w:rPr>
        <w:t>श्री प्रशांत श्रीवास्तव</w:t>
      </w:r>
      <w:r w:rsidRPr="0041608E">
        <w:rPr>
          <w:rFonts w:cs="Mangal"/>
          <w:b/>
          <w:bCs/>
          <w:u w:val="single"/>
        </w:rPr>
        <w:t xml:space="preserve"> </w:t>
      </w:r>
      <w:r w:rsidR="0041608E" w:rsidRPr="0041608E">
        <w:rPr>
          <w:rFonts w:ascii="Mangal" w:hAnsi="Mangal" w:cs="Mangal" w:hint="cs"/>
          <w:b/>
          <w:bCs/>
          <w:u w:val="single"/>
          <w:cs/>
          <w:lang w:val="en-IN"/>
        </w:rPr>
        <w:t xml:space="preserve">विद्यार्थियों को </w:t>
      </w:r>
      <w:r w:rsidR="0041608E" w:rsidRPr="0041608E">
        <w:rPr>
          <w:rFonts w:cs="Mangal" w:hint="cs"/>
          <w:b/>
          <w:bCs/>
          <w:u w:val="single"/>
          <w:cs/>
          <w:lang w:val="en-IN"/>
        </w:rPr>
        <w:t>एल</w:t>
      </w:r>
      <w:r w:rsidRPr="0041608E">
        <w:rPr>
          <w:rFonts w:ascii="Mangal" w:hAnsi="Mangal" w:cs="Mangal" w:hint="cs"/>
          <w:b/>
          <w:bCs/>
          <w:u w:val="single"/>
          <w:cs/>
          <w:lang w:val="en-IN"/>
        </w:rPr>
        <w:t xml:space="preserve"> आई सी बैंक सखी के बारे मे बताते हुए </w:t>
      </w:r>
    </w:p>
    <w:p w:rsidR="007E1891" w:rsidRDefault="007E1891" w:rsidP="007E1891">
      <w:pPr>
        <w:pStyle w:val="NormalWeb"/>
        <w:jc w:val="center"/>
        <w:rPr>
          <w:rFonts w:cstheme="minorBidi"/>
        </w:rPr>
      </w:pPr>
      <w:r>
        <w:rPr>
          <w:noProof/>
        </w:rPr>
        <w:lastRenderedPageBreak/>
        <w:drawing>
          <wp:inline distT="0" distB="0" distL="0" distR="0">
            <wp:extent cx="4052026" cy="3696788"/>
            <wp:effectExtent l="19050" t="0" r="5624" b="0"/>
            <wp:docPr id="3" name="Picture 1" descr="C:\Users\admin\Downloads\WhatsApp Image 2026-04-30 at 11.56.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4-30 at 11.56.03 AM (1).jpeg"/>
                    <pic:cNvPicPr>
                      <a:picLocks noChangeAspect="1" noChangeArrowheads="1"/>
                    </pic:cNvPicPr>
                  </pic:nvPicPr>
                  <pic:blipFill>
                    <a:blip r:embed="rId9"/>
                    <a:srcRect l="2019" t="2743" r="2301" b="3465"/>
                    <a:stretch>
                      <a:fillRect/>
                    </a:stretch>
                  </pic:blipFill>
                  <pic:spPr bwMode="auto">
                    <a:xfrm>
                      <a:off x="0" y="0"/>
                      <a:ext cx="4052026" cy="3696788"/>
                    </a:xfrm>
                    <a:prstGeom prst="rect">
                      <a:avLst/>
                    </a:prstGeom>
                    <a:noFill/>
                    <a:ln w="9525">
                      <a:noFill/>
                      <a:miter lim="800000"/>
                      <a:headEnd/>
                      <a:tailEnd/>
                    </a:ln>
                  </pic:spPr>
                </pic:pic>
              </a:graphicData>
            </a:graphic>
          </wp:inline>
        </w:drawing>
      </w:r>
    </w:p>
    <w:p w:rsidR="005F3503" w:rsidRDefault="005F3503" w:rsidP="007E1891">
      <w:pPr>
        <w:pStyle w:val="NormalWeb"/>
        <w:jc w:val="center"/>
        <w:rPr>
          <w:rFonts w:cstheme="minorBidi"/>
        </w:rPr>
      </w:pPr>
    </w:p>
    <w:p w:rsidR="005F3503" w:rsidRPr="005F3503" w:rsidRDefault="005F3503" w:rsidP="005F3503">
      <w:pPr>
        <w:pStyle w:val="NormalWeb"/>
        <w:numPr>
          <w:ilvl w:val="0"/>
          <w:numId w:val="21"/>
        </w:numPr>
        <w:rPr>
          <w:rFonts w:cstheme="minorBidi"/>
          <w:b/>
          <w:bCs/>
        </w:rPr>
      </w:pPr>
      <w:r w:rsidRPr="005F3503">
        <w:rPr>
          <w:rFonts w:cs="Mangal"/>
          <w:b/>
          <w:bCs/>
          <w:cs/>
        </w:rPr>
        <w:t>जो सबसे कम गलती करेगा वही सफल होगा</w:t>
      </w:r>
      <w:r w:rsidRPr="005F3503">
        <w:rPr>
          <w:rFonts w:cstheme="minorBidi"/>
          <w:b/>
          <w:bCs/>
        </w:rPr>
        <w:t xml:space="preserve">, </w:t>
      </w:r>
      <w:r w:rsidRPr="005F3503">
        <w:rPr>
          <w:rFonts w:cs="Mangal"/>
          <w:b/>
          <w:bCs/>
          <w:cs/>
        </w:rPr>
        <w:t>सफलता की कुंजी मेहनत है : संजय जैन</w:t>
      </w:r>
    </w:p>
    <w:p w:rsidR="005F3503" w:rsidRDefault="005F3503" w:rsidP="005F3503">
      <w:pPr>
        <w:pStyle w:val="NormalWeb"/>
        <w:ind w:left="720"/>
        <w:jc w:val="both"/>
        <w:rPr>
          <w:rFonts w:cs="Mangal"/>
        </w:rPr>
      </w:pPr>
      <w:r w:rsidRPr="005F3503">
        <w:rPr>
          <w:rFonts w:cs="Mangal"/>
          <w:cs/>
        </w:rPr>
        <w:t>शासकीय दिग्विजय महाविद्यालय के प्राचार्य प्रोफेसर सुचित्रा गुप्ता के निर्देशन में आईक्यूएसी एवं रोजगार मार्गदर्शन प्रकोष्ठ के संयोजक डॉ. संजय ठिसके के मार्गदर्शन में सात दिवसीय कैरियर</w:t>
      </w:r>
      <w:r w:rsidRPr="005F3503">
        <w:rPr>
          <w:rFonts w:cstheme="minorBidi"/>
        </w:rPr>
        <w:t> </w:t>
      </w:r>
      <w:r w:rsidRPr="005F3503">
        <w:rPr>
          <w:rFonts w:cs="Mangal"/>
          <w:cs/>
        </w:rPr>
        <w:t>गाइडेंस एवं पर्सनालिटी डेवलपमेंट कार्यशाला का आयोजन किया गया । कार्यशाला के द्वितीय दिवस महानदी कोचिंग सेंटर</w:t>
      </w:r>
      <w:r w:rsidRPr="005F3503">
        <w:rPr>
          <w:rFonts w:cstheme="minorBidi"/>
        </w:rPr>
        <w:t xml:space="preserve">, </w:t>
      </w:r>
      <w:r w:rsidRPr="005F3503">
        <w:rPr>
          <w:rFonts w:cs="Mangal"/>
          <w:cs/>
        </w:rPr>
        <w:t>राजनांदगांव</w:t>
      </w:r>
      <w:r w:rsidRPr="005F3503">
        <w:rPr>
          <w:rFonts w:cstheme="minorBidi"/>
        </w:rPr>
        <w:t xml:space="preserve">, </w:t>
      </w:r>
      <w:r w:rsidRPr="005F3503">
        <w:rPr>
          <w:rFonts w:cs="Mangal"/>
          <w:cs/>
        </w:rPr>
        <w:t>डायरेक्टर</w:t>
      </w:r>
      <w:r w:rsidRPr="005F3503">
        <w:rPr>
          <w:rFonts w:cstheme="minorBidi"/>
        </w:rPr>
        <w:t xml:space="preserve">, </w:t>
      </w:r>
      <w:r w:rsidRPr="005F3503">
        <w:rPr>
          <w:rFonts w:cs="Mangal"/>
          <w:cs/>
        </w:rPr>
        <w:t>संजय जैन</w:t>
      </w:r>
      <w:r w:rsidRPr="005F3503">
        <w:rPr>
          <w:rFonts w:cstheme="minorBidi"/>
        </w:rPr>
        <w:t xml:space="preserve">, </w:t>
      </w:r>
      <w:r w:rsidRPr="005F3503">
        <w:rPr>
          <w:rFonts w:cs="Mangal"/>
          <w:cs/>
        </w:rPr>
        <w:t>संयोजक डॉ. संजय ठिसके</w:t>
      </w:r>
      <w:r w:rsidRPr="005F3503">
        <w:rPr>
          <w:rFonts w:cstheme="minorBidi"/>
        </w:rPr>
        <w:t xml:space="preserve">, </w:t>
      </w:r>
      <w:r w:rsidRPr="005F3503">
        <w:rPr>
          <w:rFonts w:cs="Mangal"/>
          <w:cs/>
        </w:rPr>
        <w:t>के. के. देवांगन</w:t>
      </w:r>
      <w:r w:rsidRPr="005F3503">
        <w:rPr>
          <w:rFonts w:cstheme="minorBidi"/>
        </w:rPr>
        <w:t xml:space="preserve">, </w:t>
      </w:r>
      <w:r w:rsidRPr="005F3503">
        <w:rPr>
          <w:rFonts w:cs="Mangal"/>
          <w:cs/>
        </w:rPr>
        <w:t>डॉ. डी. के. वर्मा उपस्थित थे ।</w:t>
      </w:r>
      <w:r>
        <w:rPr>
          <w:rFonts w:cstheme="minorBidi" w:hint="cs"/>
          <w:cs/>
        </w:rPr>
        <w:t xml:space="preserve"> </w:t>
      </w:r>
      <w:r w:rsidRPr="005F3503">
        <w:rPr>
          <w:rFonts w:cs="Mangal"/>
          <w:cs/>
        </w:rPr>
        <w:t>कार्यशाला संयोजक डॉ. संजय ठिसके ने कार्यशाला की विस्तार से जानकारी देते हुए रोजगार से संबंधित एवं कैरियर को कैसे एक मिशन बनायें इस विषय पर सुक्षाव दिये ।</w:t>
      </w:r>
      <w:r>
        <w:rPr>
          <w:rFonts w:cs="Mangal" w:hint="cs"/>
          <w:cs/>
        </w:rPr>
        <w:t xml:space="preserve"> </w:t>
      </w:r>
      <w:r w:rsidRPr="005F3503">
        <w:rPr>
          <w:rFonts w:cs="Mangal"/>
          <w:cs/>
        </w:rPr>
        <w:t>मुख्य वक्ता डायरेक्टर</w:t>
      </w:r>
      <w:r w:rsidRPr="005F3503">
        <w:rPr>
          <w:rFonts w:cstheme="minorBidi"/>
        </w:rPr>
        <w:t xml:space="preserve">, </w:t>
      </w:r>
      <w:r w:rsidRPr="005F3503">
        <w:rPr>
          <w:rFonts w:cs="Mangal"/>
          <w:cs/>
        </w:rPr>
        <w:t>संजय जैन ने सरकारी नौकरी लगने के लिए कैसे तैयारी करें इसके बारे में बताया कि परीक्षा को पास करने के लिए सिर्फ सिलेबस रटना या घंटों पढ़ाई करना ही काफी नहीं है</w:t>
      </w:r>
      <w:r w:rsidRPr="005F3503">
        <w:rPr>
          <w:rFonts w:cstheme="minorBidi"/>
        </w:rPr>
        <w:t xml:space="preserve">, </w:t>
      </w:r>
      <w:r w:rsidRPr="005F3503">
        <w:rPr>
          <w:rFonts w:cs="Mangal"/>
          <w:cs/>
        </w:rPr>
        <w:t>बल्कि मानसिक रूप से फिट और शांत रहना भी उतना ही महत्वपूर्ण है । अक्सर उम्मीदवार किताबें</w:t>
      </w:r>
      <w:r w:rsidRPr="005F3503">
        <w:rPr>
          <w:rFonts w:cstheme="minorBidi"/>
        </w:rPr>
        <w:t xml:space="preserve">, </w:t>
      </w:r>
      <w:r w:rsidRPr="005F3503">
        <w:rPr>
          <w:rFonts w:cs="Mangal"/>
          <w:cs/>
        </w:rPr>
        <w:t>नोट्स और मॉक टेस्ट पर तो पूरा ध्यान देते हैं</w:t>
      </w:r>
      <w:r w:rsidRPr="005F3503">
        <w:rPr>
          <w:rFonts w:cstheme="minorBidi"/>
        </w:rPr>
        <w:t xml:space="preserve">, </w:t>
      </w:r>
      <w:r w:rsidRPr="005F3503">
        <w:rPr>
          <w:rFonts w:cs="Mangal"/>
          <w:cs/>
        </w:rPr>
        <w:t xml:space="preserve">लेकिन तैयारी के दौरान होने वाले तनाव और चिंता को नजर अंदाज कर देते हैं । जैन ने  सफलता की कुंजी मेहनत है कहते हुए इस प्रतिस्पर्धा से भरे समाज में पीएससी लोक सेवा आयोग व व्यापम की परीक्षा में तैयारी की रूपरेखा की और ध्यान केंद्रित किया वहीं परीक्षा में आने वाले </w:t>
      </w:r>
      <w:r w:rsidRPr="005F3503">
        <w:rPr>
          <w:rFonts w:cs="Mangal"/>
          <w:cs/>
        </w:rPr>
        <w:lastRenderedPageBreak/>
        <w:t>प्रश्नों की व्याख्या की एवं गूगल व एआई के टूल्स का सही प्रयोग करने के तरीके से अवगत करवाया । साथ ही नोट्स के प्रतिदिन अपडेट करने की बात कही । सही दिशा में तैयारी करने की बात करते हुए अंत में कहा कि जो सबसे कम गलती करेगा वही सफल होगा । छात्र-छात्राएं के मन में जो प्रश्न था उसका भी जवाब जैन सर द्वारा दिया गया । कार्यक्रम का संचालन डॉ. डी.के. वर्मा ने किया । आभार व्यक्त सहायक प्राध्यापक भाटिया सर ने किया इस अवसर पर महाविद्यालय के प्राध्यापक एवं भारी संख्या में छात्र-छात्राएं उपस्थित थे ।</w:t>
      </w:r>
    </w:p>
    <w:p w:rsidR="003D4F3E" w:rsidRDefault="003D4F3E" w:rsidP="005F3503">
      <w:pPr>
        <w:pStyle w:val="NormalWeb"/>
        <w:ind w:left="720"/>
        <w:jc w:val="both"/>
        <w:rPr>
          <w:rFonts w:cs="Mangal"/>
        </w:rPr>
      </w:pPr>
      <w:r>
        <w:rPr>
          <w:rFonts w:cs="Mangal"/>
          <w:noProof/>
        </w:rPr>
        <w:drawing>
          <wp:inline distT="0" distB="0" distL="0" distR="0">
            <wp:extent cx="4929878" cy="2372327"/>
            <wp:effectExtent l="19050" t="0" r="4072" b="0"/>
            <wp:docPr id="51" name="Picture 51" descr="C:\Users\admin\Downloads\WhatsApp Image 2026-04-30 at 11.56.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ownloads\WhatsApp Image 2026-04-30 at 11.56.09 AM.jpeg"/>
                    <pic:cNvPicPr>
                      <a:picLocks noChangeAspect="1" noChangeArrowheads="1"/>
                    </pic:cNvPicPr>
                  </pic:nvPicPr>
                  <pic:blipFill>
                    <a:blip r:embed="rId10"/>
                    <a:srcRect/>
                    <a:stretch>
                      <a:fillRect/>
                    </a:stretch>
                  </pic:blipFill>
                  <pic:spPr bwMode="auto">
                    <a:xfrm>
                      <a:off x="0" y="0"/>
                      <a:ext cx="4926139" cy="2370528"/>
                    </a:xfrm>
                    <a:prstGeom prst="rect">
                      <a:avLst/>
                    </a:prstGeom>
                    <a:noFill/>
                    <a:ln w="9525">
                      <a:noFill/>
                      <a:miter lim="800000"/>
                      <a:headEnd/>
                      <a:tailEnd/>
                    </a:ln>
                  </pic:spPr>
                </pic:pic>
              </a:graphicData>
            </a:graphic>
          </wp:inline>
        </w:drawing>
      </w:r>
    </w:p>
    <w:p w:rsidR="00116A63" w:rsidRPr="0041608E" w:rsidRDefault="00116A63" w:rsidP="00116A63">
      <w:pPr>
        <w:pStyle w:val="NormalWeb"/>
        <w:ind w:left="720"/>
        <w:jc w:val="center"/>
        <w:rPr>
          <w:rFonts w:cs="Mangal"/>
          <w:b/>
          <w:bCs/>
          <w:u w:val="single"/>
        </w:rPr>
      </w:pPr>
      <w:r w:rsidRPr="0041608E">
        <w:rPr>
          <w:rFonts w:ascii="Mangal" w:hAnsi="Mangal" w:cs="Mangal" w:hint="cs"/>
          <w:b/>
          <w:bCs/>
          <w:u w:val="single"/>
          <w:cs/>
        </w:rPr>
        <w:t xml:space="preserve">डॉ संजय जैन का स्वागत करते हुए </w:t>
      </w:r>
      <w:r w:rsidRPr="0041608E">
        <w:rPr>
          <w:rFonts w:cs="Mangal"/>
          <w:b/>
          <w:bCs/>
          <w:u w:val="single"/>
          <w:cs/>
        </w:rPr>
        <w:t>संयोजक डॉ. संजय ठिसके</w:t>
      </w:r>
    </w:p>
    <w:p w:rsidR="00202C74" w:rsidRDefault="00202C74" w:rsidP="00202C74">
      <w:pPr>
        <w:pStyle w:val="NormalWeb"/>
        <w:jc w:val="center"/>
      </w:pPr>
      <w:r>
        <w:rPr>
          <w:noProof/>
        </w:rPr>
        <w:drawing>
          <wp:inline distT="0" distB="0" distL="0" distR="0">
            <wp:extent cx="5068846" cy="3203890"/>
            <wp:effectExtent l="19050" t="0" r="0" b="0"/>
            <wp:docPr id="24" name="Picture 24" descr="C:\Users\admin\Downloads\WhatsApp Image 2026-04-30 at 11.56.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WhatsApp Image 2026-04-30 at 11.56.04 AM.jpeg"/>
                    <pic:cNvPicPr>
                      <a:picLocks noChangeAspect="1" noChangeArrowheads="1"/>
                    </pic:cNvPicPr>
                  </pic:nvPicPr>
                  <pic:blipFill>
                    <a:blip r:embed="rId11"/>
                    <a:srcRect/>
                    <a:stretch>
                      <a:fillRect/>
                    </a:stretch>
                  </pic:blipFill>
                  <pic:spPr bwMode="auto">
                    <a:xfrm>
                      <a:off x="0" y="0"/>
                      <a:ext cx="5068123" cy="3203433"/>
                    </a:xfrm>
                    <a:prstGeom prst="rect">
                      <a:avLst/>
                    </a:prstGeom>
                    <a:noFill/>
                    <a:ln w="9525">
                      <a:noFill/>
                      <a:miter lim="800000"/>
                      <a:headEnd/>
                      <a:tailEnd/>
                    </a:ln>
                  </pic:spPr>
                </pic:pic>
              </a:graphicData>
            </a:graphic>
          </wp:inline>
        </w:drawing>
      </w:r>
    </w:p>
    <w:p w:rsidR="00BC263F" w:rsidRDefault="00BC263F" w:rsidP="00202C74">
      <w:pPr>
        <w:pStyle w:val="NormalWeb"/>
        <w:jc w:val="center"/>
      </w:pPr>
    </w:p>
    <w:p w:rsidR="00BC263F" w:rsidRDefault="00BC263F" w:rsidP="00202C74">
      <w:pPr>
        <w:pStyle w:val="NormalWeb"/>
        <w:jc w:val="center"/>
      </w:pPr>
    </w:p>
    <w:p w:rsidR="001F05A2" w:rsidRPr="001F05A2" w:rsidRDefault="00CB28B0" w:rsidP="001F05A2">
      <w:pPr>
        <w:pStyle w:val="NormalWeb"/>
        <w:numPr>
          <w:ilvl w:val="0"/>
          <w:numId w:val="21"/>
        </w:numPr>
        <w:jc w:val="both"/>
        <w:rPr>
          <w:rFonts w:cstheme="minorBidi"/>
          <w:b/>
          <w:bCs/>
        </w:rPr>
      </w:pPr>
      <w:r w:rsidRPr="001F05A2">
        <w:rPr>
          <w:rFonts w:cs="Mangal"/>
          <w:b/>
          <w:bCs/>
          <w:cs/>
        </w:rPr>
        <w:lastRenderedPageBreak/>
        <w:t>सोच और आचरण</w:t>
      </w:r>
      <w:r w:rsidRPr="001F05A2">
        <w:rPr>
          <w:rFonts w:cstheme="minorBidi"/>
          <w:b/>
          <w:bCs/>
        </w:rPr>
        <w:t xml:space="preserve">, </w:t>
      </w:r>
      <w:r w:rsidRPr="001F05A2">
        <w:rPr>
          <w:rFonts w:cs="Mangal"/>
          <w:b/>
          <w:bCs/>
          <w:cs/>
        </w:rPr>
        <w:t>सफलता की कुंजी : निमोणकर</w:t>
      </w:r>
      <w:r w:rsidR="001F05A2" w:rsidRPr="001F05A2">
        <w:rPr>
          <w:rFonts w:cstheme="minorBidi" w:hint="cs"/>
          <w:b/>
          <w:bCs/>
          <w:cs/>
        </w:rPr>
        <w:t>:</w:t>
      </w:r>
    </w:p>
    <w:p w:rsidR="00CB28B0" w:rsidRDefault="00CB28B0" w:rsidP="001F05A2">
      <w:pPr>
        <w:pStyle w:val="NormalWeb"/>
        <w:ind w:left="720"/>
        <w:jc w:val="both"/>
        <w:rPr>
          <w:rFonts w:cs="Mangal"/>
        </w:rPr>
      </w:pPr>
      <w:r w:rsidRPr="001F05A2">
        <w:rPr>
          <w:rFonts w:cs="Mangal"/>
          <w:cs/>
        </w:rPr>
        <w:t>शासकीय दिग्विजय महाविद्यालय के प्राचार्य प्रोफेसर सुचित्रा गुप्ता के निर्देशन में आईक्यूएसी एवं रोजगार मार्गदर्शन प्रकोष्ठ के संयोजक डॉ. संजय ठिसके के मार्गदर्शन में सात दिवसीय कैरियर</w:t>
      </w:r>
      <w:r w:rsidRPr="001F05A2">
        <w:rPr>
          <w:rFonts w:cstheme="minorBidi"/>
        </w:rPr>
        <w:t> </w:t>
      </w:r>
      <w:r w:rsidRPr="001F05A2">
        <w:rPr>
          <w:rFonts w:cs="Mangal"/>
          <w:cs/>
        </w:rPr>
        <w:t>गाइडेंस एवं पर्सनालिटी डेवलपमेंट कार्यशाला का आयोजन किया गया । कार्यशाला के तृतीय दिवस राज्य प्रमुख</w:t>
      </w:r>
      <w:r w:rsidRPr="001F05A2">
        <w:rPr>
          <w:rFonts w:cstheme="minorBidi"/>
        </w:rPr>
        <w:t xml:space="preserve">, </w:t>
      </w:r>
      <w:r w:rsidRPr="001F05A2">
        <w:rPr>
          <w:rFonts w:cs="Mangal"/>
          <w:cs/>
        </w:rPr>
        <w:t>छत्तीसगढ़ औद्योगिक एवं तकनीकी परामर्श केंद्र</w:t>
      </w:r>
      <w:r w:rsidRPr="001F05A2">
        <w:rPr>
          <w:rFonts w:cstheme="minorBidi"/>
        </w:rPr>
        <w:t xml:space="preserve">, </w:t>
      </w:r>
      <w:r w:rsidRPr="001F05A2">
        <w:rPr>
          <w:rFonts w:cs="Mangal"/>
          <w:cs/>
        </w:rPr>
        <w:t>रायपुर</w:t>
      </w:r>
      <w:r w:rsidRPr="001F05A2">
        <w:rPr>
          <w:rFonts w:cstheme="minorBidi"/>
        </w:rPr>
        <w:t xml:space="preserve">, </w:t>
      </w:r>
      <w:r w:rsidRPr="001F05A2">
        <w:rPr>
          <w:rFonts w:cs="Mangal"/>
          <w:cs/>
        </w:rPr>
        <w:t>प्रसन्ना कुमार निमोणकर</w:t>
      </w:r>
      <w:r w:rsidRPr="001F05A2">
        <w:rPr>
          <w:rFonts w:cstheme="minorBidi"/>
        </w:rPr>
        <w:t xml:space="preserve">, </w:t>
      </w:r>
      <w:r w:rsidRPr="001F05A2">
        <w:rPr>
          <w:rFonts w:cs="Mangal"/>
          <w:cs/>
        </w:rPr>
        <w:t>प्राचार्य डॉ. सुचित्रा गुप्ता</w:t>
      </w:r>
      <w:r w:rsidRPr="001F05A2">
        <w:rPr>
          <w:rFonts w:cstheme="minorBidi"/>
        </w:rPr>
        <w:t xml:space="preserve">, </w:t>
      </w:r>
      <w:r w:rsidRPr="001F05A2">
        <w:rPr>
          <w:rFonts w:cs="Mangal"/>
          <w:cs/>
        </w:rPr>
        <w:t>संयोजक डॉ. संजय ठिसके</w:t>
      </w:r>
      <w:r w:rsidRPr="001F05A2">
        <w:rPr>
          <w:rFonts w:cstheme="minorBidi"/>
        </w:rPr>
        <w:t xml:space="preserve">, </w:t>
      </w:r>
      <w:r w:rsidRPr="001F05A2">
        <w:rPr>
          <w:rFonts w:cs="Mangal"/>
          <w:cs/>
        </w:rPr>
        <w:t>के. के. देवांगन</w:t>
      </w:r>
      <w:r w:rsidRPr="001F05A2">
        <w:rPr>
          <w:rFonts w:cstheme="minorBidi"/>
        </w:rPr>
        <w:t xml:space="preserve">, </w:t>
      </w:r>
      <w:r w:rsidRPr="001F05A2">
        <w:rPr>
          <w:rFonts w:cs="Mangal"/>
          <w:cs/>
        </w:rPr>
        <w:t>डॉ. डी. के. वर्मा उपस्थित थे । तृतीय दिवस कार्यशाला का उद्देश्य छात्रों को सकारात्मक सोच और आचरण के महत्व के बारे में जागरूक करना था ।</w:t>
      </w:r>
      <w:r w:rsidR="001F05A2" w:rsidRPr="001F05A2">
        <w:rPr>
          <w:rFonts w:cs="Mangal" w:hint="cs"/>
          <w:cs/>
        </w:rPr>
        <w:t xml:space="preserve"> </w:t>
      </w:r>
      <w:r w:rsidRPr="001F05A2">
        <w:rPr>
          <w:rFonts w:cs="Mangal"/>
          <w:cs/>
        </w:rPr>
        <w:t>कार्यशाला संयोजक डॉ. संजय ठिसके ने कार्यशाला की विस्तार से जानकारी देते हुए सकारात्मक सोच और आचरण के महत्व के बारे में जागरूक करना एवं छात्रों को अपने जीवन में सकारात्मक परिवर्तन लाने के लिए कैसे प्रेरित करें इस विषय पर सुक्षाव दिये ।</w:t>
      </w:r>
      <w:r w:rsidRPr="001F05A2">
        <w:rPr>
          <w:rFonts w:cstheme="minorBidi" w:hint="cs"/>
          <w:cs/>
        </w:rPr>
        <w:t xml:space="preserve"> </w:t>
      </w:r>
      <w:r w:rsidRPr="001F05A2">
        <w:rPr>
          <w:rFonts w:cs="Mangal"/>
          <w:cs/>
        </w:rPr>
        <w:t>मुख्य वक्ता राज्य प्रमुख निमोणकर जी ने छात्रों को बताया कि सकारात्मक सोच और आचरण कैसे हमारे जीवन को सफल और सुखी बना सकते हैं । कार्यशाला में छात्रों ने सक्रिय भाग लिया और अपने विचारों को साझा किया । उन्होंने अपने अनुभवों और चुनौतियों के बारे में चर्चा की और सकारात्मक सोच और आचरण को अपनाने के तरीकों के बारे में बताया ।</w:t>
      </w:r>
      <w:r w:rsidRPr="001F05A2">
        <w:rPr>
          <w:rFonts w:cs="Mangal" w:hint="cs"/>
          <w:cs/>
        </w:rPr>
        <w:t xml:space="preserve"> </w:t>
      </w:r>
      <w:r w:rsidRPr="001F05A2">
        <w:rPr>
          <w:rFonts w:cs="Mangal"/>
          <w:cs/>
        </w:rPr>
        <w:t>कार्यशाला के अंत में</w:t>
      </w:r>
      <w:r w:rsidRPr="001F05A2">
        <w:rPr>
          <w:rFonts w:cstheme="minorBidi"/>
        </w:rPr>
        <w:t xml:space="preserve">, </w:t>
      </w:r>
      <w:r w:rsidRPr="001F05A2">
        <w:rPr>
          <w:rFonts w:cs="Mangal"/>
          <w:cs/>
        </w:rPr>
        <w:t>छात्रों ने अपने अनुभवों को साझा किया और कार्यशाला के आयोजन के लिए आयोजकों को धन्यवाद दिया। इस कार्यशाला ने छात्रों को अपने जीवन में सकारात्मक परिवर्तन लाने के लिए प्रेरित किया । इस अवसर पर महाविद्यालय के प्राध्यापक एवं भारी संख्या में छात्र-छात्राएं उपस्थित थे ।</w:t>
      </w:r>
    </w:p>
    <w:p w:rsidR="00EE012E" w:rsidRPr="00EE012E" w:rsidRDefault="00EE012E" w:rsidP="00EE012E">
      <w:pPr>
        <w:pStyle w:val="NormalWeb"/>
        <w:numPr>
          <w:ilvl w:val="0"/>
          <w:numId w:val="21"/>
        </w:numPr>
        <w:jc w:val="both"/>
        <w:rPr>
          <w:rFonts w:cstheme="minorBidi"/>
          <w:b/>
          <w:bCs/>
        </w:rPr>
      </w:pPr>
      <w:r w:rsidRPr="00EE012E">
        <w:rPr>
          <w:rFonts w:cs="Mangal"/>
          <w:b/>
          <w:bCs/>
          <w:cs/>
        </w:rPr>
        <w:t>सिर्फ शारीरिक बनावट ही मनुष्य के व्यक्तित्व का आधार नहीं हो सकती : रुचिता</w:t>
      </w:r>
    </w:p>
    <w:p w:rsidR="00EE012E" w:rsidRDefault="00EE012E" w:rsidP="00EF19E9">
      <w:pPr>
        <w:pStyle w:val="NormalWeb"/>
        <w:ind w:left="720"/>
        <w:jc w:val="both"/>
        <w:rPr>
          <w:rFonts w:cs="Mangal"/>
        </w:rPr>
      </w:pPr>
      <w:r w:rsidRPr="00EE012E">
        <w:rPr>
          <w:rFonts w:cs="Mangal"/>
          <w:cs/>
        </w:rPr>
        <w:t>शासकीय दिग्विजय महाविद्यालय के प्राचार्य प्रोफेसर सुचित्रा गुप्ता के निर्देशन में आईक्यूएसी एवं रोजगार मार्गदर्शन प्रकोष्ठ के संयोजक डॉ. संजय ठिसके के मार्गदर्शन में सात दिवसीय कैरियर</w:t>
      </w:r>
      <w:r w:rsidRPr="00EE012E">
        <w:rPr>
          <w:rFonts w:cstheme="minorBidi"/>
        </w:rPr>
        <w:t> </w:t>
      </w:r>
      <w:r w:rsidRPr="00EE012E">
        <w:rPr>
          <w:rFonts w:cs="Mangal"/>
          <w:cs/>
        </w:rPr>
        <w:t>गाइडेंस एवं पर्सनालिटी डेवलपमेंट कार्यशाला का आयोजन किया गया । कार्यशाला के चतुर्थ दिवस कैरियर संबंधी समस्याओं पर काबू पाने के लिए व्यक्तित्व विकास विषय पर रिसोर्स पर्सन कैरियर काउंसलर और सॉफ्ट स्किल ट्रेनर निदेशक</w:t>
      </w:r>
      <w:r w:rsidRPr="00EE012E">
        <w:rPr>
          <w:rFonts w:cstheme="minorBidi"/>
        </w:rPr>
        <w:t xml:space="preserve">, </w:t>
      </w:r>
      <w:r w:rsidRPr="00EE012E">
        <w:rPr>
          <w:rFonts w:cs="Mangal"/>
          <w:cs/>
        </w:rPr>
        <w:t>फ्लाई हाई करियर सॉल्यूशंस</w:t>
      </w:r>
      <w:r w:rsidRPr="00EE012E">
        <w:rPr>
          <w:rFonts w:cstheme="minorBidi"/>
        </w:rPr>
        <w:t xml:space="preserve">, </w:t>
      </w:r>
      <w:r w:rsidRPr="00EE012E">
        <w:rPr>
          <w:rFonts w:cs="Mangal"/>
          <w:cs/>
        </w:rPr>
        <w:t>राजनांदगांव</w:t>
      </w:r>
      <w:r w:rsidRPr="00EE012E">
        <w:rPr>
          <w:rFonts w:cstheme="minorBidi"/>
        </w:rPr>
        <w:t xml:space="preserve">, </w:t>
      </w:r>
      <w:r w:rsidRPr="00EE012E">
        <w:rPr>
          <w:rFonts w:cs="Mangal"/>
          <w:cs/>
        </w:rPr>
        <w:t>रुचिता रितेश कोटाडिया</w:t>
      </w:r>
      <w:r w:rsidRPr="00EE012E">
        <w:rPr>
          <w:rFonts w:cstheme="minorBidi"/>
        </w:rPr>
        <w:t xml:space="preserve">, </w:t>
      </w:r>
      <w:r w:rsidRPr="00EE012E">
        <w:rPr>
          <w:rFonts w:cs="Mangal"/>
          <w:cs/>
        </w:rPr>
        <w:t>प्राचार्य डॉ. सुचित्रा गुप्ता</w:t>
      </w:r>
      <w:r w:rsidRPr="00EE012E">
        <w:rPr>
          <w:rFonts w:cstheme="minorBidi"/>
        </w:rPr>
        <w:t xml:space="preserve">, </w:t>
      </w:r>
      <w:r w:rsidRPr="00EE012E">
        <w:rPr>
          <w:rFonts w:cs="Mangal"/>
          <w:cs/>
        </w:rPr>
        <w:t>संयोजक डॉ. संजय ठिसके</w:t>
      </w:r>
      <w:r w:rsidRPr="00EE012E">
        <w:rPr>
          <w:rFonts w:cstheme="minorBidi"/>
        </w:rPr>
        <w:t xml:space="preserve">, </w:t>
      </w:r>
      <w:r w:rsidRPr="00EE012E">
        <w:rPr>
          <w:rFonts w:cs="Mangal"/>
          <w:cs/>
        </w:rPr>
        <w:t>के. के. देवांगन</w:t>
      </w:r>
      <w:r w:rsidRPr="00EE012E">
        <w:rPr>
          <w:rFonts w:cstheme="minorBidi"/>
        </w:rPr>
        <w:t xml:space="preserve">, </w:t>
      </w:r>
      <w:r w:rsidRPr="00EE012E">
        <w:rPr>
          <w:rFonts w:cs="Mangal"/>
          <w:cs/>
        </w:rPr>
        <w:t xml:space="preserve">डॉ. डी. के. वर्मा चिरंजीव </w:t>
      </w:r>
      <w:r w:rsidR="0041608E">
        <w:rPr>
          <w:rFonts w:cs="Mangal"/>
          <w:cs/>
        </w:rPr>
        <w:t xml:space="preserve">पाण्डेय </w:t>
      </w:r>
      <w:r w:rsidRPr="00EE012E">
        <w:rPr>
          <w:rFonts w:cs="Mangal"/>
          <w:cs/>
        </w:rPr>
        <w:t>उपस्थित थे । कार्यशाला का उद्देश्य अपने कैरियर में सफलता प्राप्त करने के लिए आवश्यक कौशल और आत्मविश्वास प्रदान करना था ।</w:t>
      </w:r>
      <w:r w:rsidR="00EF19E9">
        <w:rPr>
          <w:rFonts w:cstheme="minorBidi" w:hint="cs"/>
          <w:cs/>
        </w:rPr>
        <w:t xml:space="preserve"> </w:t>
      </w:r>
      <w:r w:rsidRPr="00EE012E">
        <w:rPr>
          <w:rFonts w:cs="Mangal"/>
          <w:cs/>
        </w:rPr>
        <w:t>स्पीकर</w:t>
      </w:r>
      <w:r w:rsidRPr="00EE012E">
        <w:rPr>
          <w:rFonts w:cstheme="minorBidi"/>
        </w:rPr>
        <w:t xml:space="preserve">, </w:t>
      </w:r>
      <w:r w:rsidRPr="00EE012E">
        <w:rPr>
          <w:rFonts w:cs="Mangal"/>
          <w:cs/>
        </w:rPr>
        <w:t xml:space="preserve">कोटाडिया ने छात्रों को बताया कि शारीरिक बनावट मनुष्य के व्यक्तित्व का आधार नहीं हो सकती क्योंकि किसी व्यक्ति का वास्तविक विकास उसके आंतरिक </w:t>
      </w:r>
      <w:r w:rsidRPr="00EE012E">
        <w:rPr>
          <w:rFonts w:cs="Mangal"/>
          <w:cs/>
        </w:rPr>
        <w:lastRenderedPageBreak/>
        <w:t>गुण</w:t>
      </w:r>
      <w:r w:rsidRPr="00EE012E">
        <w:rPr>
          <w:rFonts w:cstheme="minorBidi"/>
        </w:rPr>
        <w:t xml:space="preserve">, </w:t>
      </w:r>
      <w:r w:rsidRPr="00EE012E">
        <w:rPr>
          <w:rFonts w:cs="Mangal"/>
          <w:cs/>
        </w:rPr>
        <w:t>चरित्र व्यवहार से होती है । उन्होंने कहा कि व्यक्तित्व विकास के माध्यम से वे अपने कैरियर में सफलता प्राप्त कर लक्ष्य को प्राप्त कर सकते हैं । अपने कैरियर संबंधी समस्याओं के बारे में चर्चा की और उनको हल करने के तरीकों के बारे में बताया । अपने वक्तव्य के दौरान विभिन्न प्रकार के एक्टिविटी के माध्यम से विद्यार्थियों के मानसिक योग्यता का परीक्षण किया ।</w:t>
      </w:r>
      <w:r w:rsidR="00EF19E9">
        <w:rPr>
          <w:rFonts w:cstheme="minorBidi" w:hint="cs"/>
          <w:cs/>
        </w:rPr>
        <w:t xml:space="preserve"> </w:t>
      </w:r>
      <w:r w:rsidRPr="00EE012E">
        <w:rPr>
          <w:rFonts w:cs="Mangal"/>
          <w:cs/>
        </w:rPr>
        <w:t>कार्यशाला में छात्रों ने सक्रिय भाग लिया और अपने विचारों को साझा किया । कार्यशाला के अंत में</w:t>
      </w:r>
      <w:r w:rsidRPr="00EE012E">
        <w:rPr>
          <w:rFonts w:cstheme="minorBidi"/>
        </w:rPr>
        <w:t xml:space="preserve">, </w:t>
      </w:r>
      <w:r w:rsidRPr="00EE012E">
        <w:rPr>
          <w:rFonts w:cs="Mangal"/>
          <w:cs/>
        </w:rPr>
        <w:t>छात्रों ने अपने अनुभवों को साझा किया और कैरियर में सफलता प्राप्त करने के लिए आवश्यक मार्गदर्शन प्राप्त किया । इस अवसर पर महाविद्यालय के प्राध्यापक एवं भारी संख्या में छात्र-छात्राएं उपस्थित थे ।</w:t>
      </w:r>
    </w:p>
    <w:p w:rsidR="00D77189" w:rsidRDefault="00D77189" w:rsidP="00D77189">
      <w:pPr>
        <w:pStyle w:val="NormalWeb"/>
        <w:jc w:val="center"/>
        <w:rPr>
          <w:rFonts w:cstheme="minorBidi"/>
        </w:rPr>
      </w:pPr>
      <w:r>
        <w:rPr>
          <w:rFonts w:cstheme="minorBidi" w:hint="cs"/>
          <w:cs/>
        </w:rPr>
        <w:t xml:space="preserve">      </w:t>
      </w:r>
      <w:r>
        <w:rPr>
          <w:noProof/>
        </w:rPr>
        <w:drawing>
          <wp:inline distT="0" distB="0" distL="0" distR="0">
            <wp:extent cx="4643692" cy="2001125"/>
            <wp:effectExtent l="19050" t="0" r="4508" b="0"/>
            <wp:docPr id="52" name="Picture 52" descr="C:\Users\admin\Downloads\WhatsApp Image 2026-04-30 at 11.56.0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ownloads\WhatsApp Image 2026-04-30 at 11.56.05 AM (2).jpeg"/>
                    <pic:cNvPicPr>
                      <a:picLocks noChangeAspect="1" noChangeArrowheads="1"/>
                    </pic:cNvPicPr>
                  </pic:nvPicPr>
                  <pic:blipFill>
                    <a:blip r:embed="rId12"/>
                    <a:srcRect/>
                    <a:stretch>
                      <a:fillRect/>
                    </a:stretch>
                  </pic:blipFill>
                  <pic:spPr bwMode="auto">
                    <a:xfrm>
                      <a:off x="0" y="0"/>
                      <a:ext cx="4647402" cy="2002724"/>
                    </a:xfrm>
                    <a:prstGeom prst="rect">
                      <a:avLst/>
                    </a:prstGeom>
                    <a:noFill/>
                    <a:ln w="9525">
                      <a:noFill/>
                      <a:miter lim="800000"/>
                      <a:headEnd/>
                      <a:tailEnd/>
                    </a:ln>
                  </pic:spPr>
                </pic:pic>
              </a:graphicData>
            </a:graphic>
          </wp:inline>
        </w:drawing>
      </w:r>
    </w:p>
    <w:p w:rsidR="00FF18EA" w:rsidRPr="0041608E" w:rsidRDefault="00FF18EA" w:rsidP="00D77189">
      <w:pPr>
        <w:pStyle w:val="NormalWeb"/>
        <w:jc w:val="center"/>
        <w:rPr>
          <w:b/>
          <w:bCs/>
          <w:u w:val="single"/>
        </w:rPr>
      </w:pPr>
      <w:r w:rsidRPr="0041608E">
        <w:rPr>
          <w:rFonts w:cs="Mangal"/>
          <w:b/>
          <w:bCs/>
          <w:u w:val="single"/>
          <w:cs/>
        </w:rPr>
        <w:t>रुचिता रितेश कोटाडिया</w:t>
      </w:r>
      <w:r w:rsidRPr="0041608E">
        <w:rPr>
          <w:rFonts w:cs="Mangal" w:hint="cs"/>
          <w:b/>
          <w:bCs/>
          <w:u w:val="single"/>
          <w:cs/>
        </w:rPr>
        <w:t xml:space="preserve"> </w:t>
      </w:r>
      <w:r w:rsidRPr="0041608E">
        <w:rPr>
          <w:rFonts w:ascii="Mangal" w:hAnsi="Mangal" w:cs="Mangal" w:hint="cs"/>
          <w:b/>
          <w:bCs/>
          <w:u w:val="single"/>
          <w:cs/>
        </w:rPr>
        <w:t xml:space="preserve">का व्यक्तित्व विकास पर व्याख्यान </w:t>
      </w:r>
    </w:p>
    <w:p w:rsidR="00EF19E9" w:rsidRPr="003608FD" w:rsidRDefault="00EF19E9" w:rsidP="00EF19E9">
      <w:pPr>
        <w:pStyle w:val="NormalWeb"/>
        <w:numPr>
          <w:ilvl w:val="0"/>
          <w:numId w:val="21"/>
        </w:numPr>
        <w:jc w:val="both"/>
        <w:rPr>
          <w:rFonts w:cstheme="minorBidi"/>
          <w:b/>
          <w:bCs/>
        </w:rPr>
      </w:pPr>
      <w:r w:rsidRPr="003608FD">
        <w:rPr>
          <w:rFonts w:cs="Mangal"/>
          <w:b/>
          <w:bCs/>
          <w:cs/>
        </w:rPr>
        <w:t>बड़ा काम करने के लिए बलिदान भी बड़ा होना चाहिए</w:t>
      </w:r>
      <w:r w:rsidRPr="003608FD">
        <w:rPr>
          <w:rFonts w:cstheme="minorBidi"/>
          <w:b/>
          <w:bCs/>
        </w:rPr>
        <w:t xml:space="preserve">  :  </w:t>
      </w:r>
      <w:r w:rsidRPr="003608FD">
        <w:rPr>
          <w:rFonts w:cs="Mangal"/>
          <w:b/>
          <w:bCs/>
          <w:cs/>
        </w:rPr>
        <w:t>राव</w:t>
      </w:r>
    </w:p>
    <w:p w:rsidR="00EF19E9" w:rsidRPr="00EF19E9" w:rsidRDefault="00EF19E9" w:rsidP="003608FD">
      <w:pPr>
        <w:pStyle w:val="NormalWeb"/>
        <w:ind w:left="720"/>
        <w:jc w:val="both"/>
        <w:rPr>
          <w:rFonts w:cstheme="minorBidi"/>
        </w:rPr>
      </w:pPr>
      <w:r w:rsidRPr="00EF19E9">
        <w:rPr>
          <w:rFonts w:cs="Mangal"/>
          <w:cs/>
        </w:rPr>
        <w:t>शासकीय दिग्विजय महाविद्यालय के प्राचार्य प्रोफेसर सुचित्रा गुप्ता के निर्देशन में आईक्यूएसी एवं रोजगार मार्गदर्शन प्रकोष्ठ के संयोजक डॉ. संजय ठिसके के मार्गदर्शन में सात दिवसीय कैरियर</w:t>
      </w:r>
      <w:r w:rsidRPr="00EF19E9">
        <w:rPr>
          <w:rFonts w:cstheme="minorBidi"/>
        </w:rPr>
        <w:t> </w:t>
      </w:r>
      <w:r w:rsidRPr="00EF19E9">
        <w:rPr>
          <w:rFonts w:cs="Mangal"/>
          <w:cs/>
        </w:rPr>
        <w:t>गाइडेंस एवं पर्सनालिटी डेवलपमेंट कार्यशाला संपन्न हुआ । कार्यशाला के अंतिम दिवस महाप्रबंधक</w:t>
      </w:r>
      <w:r w:rsidRPr="00EF19E9">
        <w:rPr>
          <w:rFonts w:cstheme="minorBidi"/>
        </w:rPr>
        <w:t xml:space="preserve">, </w:t>
      </w:r>
      <w:r w:rsidRPr="00EF19E9">
        <w:rPr>
          <w:rFonts w:cs="Mangal"/>
          <w:cs/>
        </w:rPr>
        <w:t>जिला उद्योग केंद्र</w:t>
      </w:r>
      <w:r w:rsidRPr="00EF19E9">
        <w:rPr>
          <w:rFonts w:cstheme="minorBidi"/>
        </w:rPr>
        <w:t xml:space="preserve">, </w:t>
      </w:r>
      <w:r w:rsidRPr="00EF19E9">
        <w:rPr>
          <w:rFonts w:cs="Mangal"/>
          <w:cs/>
        </w:rPr>
        <w:t>बालोद</w:t>
      </w:r>
      <w:r w:rsidRPr="00EF19E9">
        <w:rPr>
          <w:rFonts w:cstheme="minorBidi"/>
        </w:rPr>
        <w:t xml:space="preserve">, </w:t>
      </w:r>
      <w:r w:rsidRPr="00EF19E9">
        <w:rPr>
          <w:rFonts w:cs="Mangal"/>
          <w:cs/>
        </w:rPr>
        <w:t>गोपाल राव</w:t>
      </w:r>
      <w:r w:rsidRPr="00EF19E9">
        <w:rPr>
          <w:rFonts w:cstheme="minorBidi"/>
        </w:rPr>
        <w:t xml:space="preserve">, </w:t>
      </w:r>
      <w:r w:rsidRPr="00EF19E9">
        <w:rPr>
          <w:rFonts w:cs="Mangal"/>
          <w:cs/>
        </w:rPr>
        <w:t>प्राचार्य डॉ. सुचित्रा गुप्ता</w:t>
      </w:r>
      <w:r w:rsidRPr="00EF19E9">
        <w:rPr>
          <w:rFonts w:cstheme="minorBidi"/>
        </w:rPr>
        <w:t xml:space="preserve">, </w:t>
      </w:r>
      <w:r w:rsidRPr="00EF19E9">
        <w:rPr>
          <w:rFonts w:cs="Mangal"/>
          <w:cs/>
        </w:rPr>
        <w:t>संयोजक डॉ. संजय ठिसके</w:t>
      </w:r>
      <w:r w:rsidRPr="00EF19E9">
        <w:rPr>
          <w:rFonts w:cstheme="minorBidi"/>
        </w:rPr>
        <w:t xml:space="preserve">, </w:t>
      </w:r>
      <w:r w:rsidRPr="00EF19E9">
        <w:rPr>
          <w:rFonts w:cs="Mangal"/>
          <w:cs/>
        </w:rPr>
        <w:t>के. के. देवांगन</w:t>
      </w:r>
      <w:r w:rsidRPr="00EF19E9">
        <w:rPr>
          <w:rFonts w:cstheme="minorBidi"/>
        </w:rPr>
        <w:t xml:space="preserve">, </w:t>
      </w:r>
      <w:r w:rsidRPr="00EF19E9">
        <w:rPr>
          <w:rFonts w:cs="Mangal"/>
          <w:cs/>
        </w:rPr>
        <w:t>डॉ. डी. के. वर्मा चिरंजीव पांडे उपस्थित थे ।</w:t>
      </w:r>
      <w:r>
        <w:rPr>
          <w:rFonts w:cstheme="minorBidi" w:hint="cs"/>
          <w:cs/>
        </w:rPr>
        <w:t xml:space="preserve"> </w:t>
      </w:r>
      <w:r w:rsidRPr="00EF19E9">
        <w:rPr>
          <w:rFonts w:cs="Mangal"/>
          <w:cs/>
        </w:rPr>
        <w:t>कार्यशाला का उद्देश्य अपने कैरियर में उद्योग एवं उद्यमिता के क्षेत्र में अवसर बहुताय के बारे में जानकारी प्रदान करना था ।</w:t>
      </w:r>
      <w:r w:rsidRPr="00EF19E9">
        <w:rPr>
          <w:rFonts w:cs="Mangal" w:hint="cs"/>
          <w:cs/>
        </w:rPr>
        <w:t xml:space="preserve"> </w:t>
      </w:r>
      <w:r w:rsidRPr="00EF19E9">
        <w:rPr>
          <w:rFonts w:cs="Mangal"/>
          <w:cs/>
        </w:rPr>
        <w:t>महाविद्यालय के प्राचार्य डॉ. सुचित्रा गुप्ता ने कहा कि केवल किताबी ज्ञान से सफल नहीं हो सकते</w:t>
      </w:r>
      <w:r w:rsidRPr="00EF19E9">
        <w:rPr>
          <w:rFonts w:cstheme="minorBidi"/>
        </w:rPr>
        <w:t xml:space="preserve">, </w:t>
      </w:r>
      <w:r w:rsidRPr="00EF19E9">
        <w:rPr>
          <w:rFonts w:cs="Mangal"/>
          <w:cs/>
        </w:rPr>
        <w:t>उसके साथ कौशल का होना आवश्यक है । शिक्षा के क्षेत्र में हो</w:t>
      </w:r>
      <w:r w:rsidRPr="00EF19E9">
        <w:rPr>
          <w:rFonts w:cstheme="minorBidi"/>
        </w:rPr>
        <w:t xml:space="preserve">, </w:t>
      </w:r>
      <w:r w:rsidRPr="00EF19E9">
        <w:rPr>
          <w:rFonts w:cs="Mangal"/>
          <w:cs/>
        </w:rPr>
        <w:t>चाहे रोजगार के क्षेत्र में आपका व्यवहार हमेशा सकारात्मक होना चाहिए ।</w:t>
      </w:r>
      <w:r w:rsidRPr="00EF19E9">
        <w:rPr>
          <w:rFonts w:cs="Mangal" w:hint="cs"/>
          <w:cs/>
        </w:rPr>
        <w:t xml:space="preserve"> </w:t>
      </w:r>
      <w:r w:rsidRPr="00EF19E9">
        <w:rPr>
          <w:rFonts w:cs="Mangal"/>
          <w:cs/>
        </w:rPr>
        <w:t xml:space="preserve">गोपाल राव ने रोजगार का सबसे बड़ा क्षेत्र सेवा है कि बात बताते हुए कहा कि वर्तमान शिक्षा में लोग डिग्री तो हासिल कर लेते है लेकिन स्कील नहीं सीख पाते डिग्री के शहर काम तो मिल जाता है लेकिन काम नहीं कर पाते इसलिए सैद्धांतिक शिक्षा के </w:t>
      </w:r>
      <w:r w:rsidRPr="00EF19E9">
        <w:rPr>
          <w:rFonts w:cs="Mangal"/>
          <w:cs/>
        </w:rPr>
        <w:lastRenderedPageBreak/>
        <w:t>साथ-साथ व्यवहारिक शिक्षा की भी आवश्यक है । बड़ा काम करने के लिए बलिदान भी बड़ा होना चाहिए यदि व्यक्ति के पास आइडिया और समाधान है तो वह एक सफल उद्यमी बन सकता है। उन्होंने ने आगे कहा कि उद्योग के लिए ग्राहकों के संतुष्टि आवश्यक है</w:t>
      </w:r>
      <w:r w:rsidRPr="00EF19E9">
        <w:rPr>
          <w:rFonts w:cstheme="minorBidi"/>
        </w:rPr>
        <w:t xml:space="preserve">, </w:t>
      </w:r>
      <w:r w:rsidRPr="00EF19E9">
        <w:rPr>
          <w:rFonts w:cs="Mangal"/>
          <w:cs/>
        </w:rPr>
        <w:t>भारत उपभोक्ताओं का बहुत बड़ा देश है</w:t>
      </w:r>
      <w:r w:rsidRPr="00EF19E9">
        <w:rPr>
          <w:rFonts w:cstheme="minorBidi"/>
        </w:rPr>
        <w:t xml:space="preserve">, </w:t>
      </w:r>
      <w:r w:rsidRPr="00EF19E9">
        <w:rPr>
          <w:rFonts w:cs="Mangal"/>
          <w:cs/>
        </w:rPr>
        <w:t>जो सोशल मीडिया से जुड़ा हुआ है</w:t>
      </w:r>
      <w:r w:rsidRPr="00EF19E9">
        <w:rPr>
          <w:rFonts w:cstheme="minorBidi"/>
        </w:rPr>
        <w:t xml:space="preserve">, </w:t>
      </w:r>
      <w:r w:rsidRPr="00EF19E9">
        <w:rPr>
          <w:rFonts w:cs="Mangal"/>
          <w:cs/>
        </w:rPr>
        <w:t>अगर उद्यमी सोशल मीडिया के माध्यम से लोगों के साथ जुड़े तो वह अपने उद्योग को बडे़ ब्रांड में बदल सकता है । कार्यशाला के संयोजक संजय ठिसके ने विद्यार्थियों को सैद्धांतिक शिक्षा के साथ-साथ कौशल परक एवं व्यवहारिक शिक्षा पर जोर देने पर बल दिया । कार्यशाला के अंत में</w:t>
      </w:r>
      <w:r w:rsidRPr="00EF19E9">
        <w:rPr>
          <w:rFonts w:cstheme="minorBidi"/>
        </w:rPr>
        <w:t xml:space="preserve">, </w:t>
      </w:r>
      <w:r w:rsidRPr="00EF19E9">
        <w:rPr>
          <w:rFonts w:cs="Mangal"/>
          <w:cs/>
        </w:rPr>
        <w:t>छात्रों ने अपने अनुभवों को साझा किया और कैरियर में सफलता प्राप्त करने के लिए आवश्यक मार्गदर्शन प्राप्त किया । इस अवसर पर महाविद्यालय के प्राध्यापक एवं भारी संख्या में छात्र-छात्राएं उपस्थित थे ।</w:t>
      </w:r>
    </w:p>
    <w:p w:rsidR="00615E8E" w:rsidRDefault="00615E8E" w:rsidP="00615E8E">
      <w:pPr>
        <w:pStyle w:val="NormalWeb"/>
        <w:jc w:val="center"/>
        <w:rPr>
          <w:rFonts w:cstheme="minorBidi"/>
        </w:rPr>
      </w:pPr>
      <w:r>
        <w:rPr>
          <w:noProof/>
        </w:rPr>
        <w:drawing>
          <wp:inline distT="0" distB="0" distL="0" distR="0">
            <wp:extent cx="3749379" cy="4233797"/>
            <wp:effectExtent l="19050" t="0" r="3471" b="0"/>
            <wp:docPr id="18" name="Picture 18" descr="C:\Users\admin\Downloads\WhatsApp Image 2026-04-30 at 11.56.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26-04-30 at 11.56.03 AM (2).jpeg"/>
                    <pic:cNvPicPr>
                      <a:picLocks noChangeAspect="1" noChangeArrowheads="1"/>
                    </pic:cNvPicPr>
                  </pic:nvPicPr>
                  <pic:blipFill>
                    <a:blip r:embed="rId13"/>
                    <a:srcRect b="11792"/>
                    <a:stretch>
                      <a:fillRect/>
                    </a:stretch>
                  </pic:blipFill>
                  <pic:spPr bwMode="auto">
                    <a:xfrm>
                      <a:off x="0" y="0"/>
                      <a:ext cx="3753576" cy="4238536"/>
                    </a:xfrm>
                    <a:prstGeom prst="rect">
                      <a:avLst/>
                    </a:prstGeom>
                    <a:noFill/>
                    <a:ln w="9525">
                      <a:noFill/>
                      <a:miter lim="800000"/>
                      <a:headEnd/>
                      <a:tailEnd/>
                    </a:ln>
                  </pic:spPr>
                </pic:pic>
              </a:graphicData>
            </a:graphic>
          </wp:inline>
        </w:drawing>
      </w:r>
    </w:p>
    <w:p w:rsidR="00773335" w:rsidRDefault="00773335" w:rsidP="00773335">
      <w:pPr>
        <w:pStyle w:val="NormalWeb"/>
        <w:jc w:val="center"/>
        <w:rPr>
          <w:rFonts w:cstheme="minorBidi"/>
        </w:rPr>
      </w:pPr>
      <w:r>
        <w:rPr>
          <w:noProof/>
        </w:rPr>
        <w:lastRenderedPageBreak/>
        <w:drawing>
          <wp:inline distT="0" distB="0" distL="0" distR="0">
            <wp:extent cx="4890135" cy="3785293"/>
            <wp:effectExtent l="19050" t="0" r="5715" b="0"/>
            <wp:docPr id="21" name="Picture 21" descr="C:\Users\admin\Downloads\WhatsApp Image 2026-04-30 at 11.56.0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WhatsApp Image 2026-04-30 at 11.56.03 AM (4).jpeg"/>
                    <pic:cNvPicPr>
                      <a:picLocks noChangeAspect="1" noChangeArrowheads="1"/>
                    </pic:cNvPicPr>
                  </pic:nvPicPr>
                  <pic:blipFill>
                    <a:blip r:embed="rId14"/>
                    <a:srcRect/>
                    <a:stretch>
                      <a:fillRect/>
                    </a:stretch>
                  </pic:blipFill>
                  <pic:spPr bwMode="auto">
                    <a:xfrm>
                      <a:off x="0" y="0"/>
                      <a:ext cx="4892140" cy="3786845"/>
                    </a:xfrm>
                    <a:prstGeom prst="rect">
                      <a:avLst/>
                    </a:prstGeom>
                    <a:noFill/>
                    <a:ln w="9525">
                      <a:noFill/>
                      <a:miter lim="800000"/>
                      <a:headEnd/>
                      <a:tailEnd/>
                    </a:ln>
                  </pic:spPr>
                </pic:pic>
              </a:graphicData>
            </a:graphic>
          </wp:inline>
        </w:drawing>
      </w:r>
    </w:p>
    <w:p w:rsidR="00CA510A" w:rsidRDefault="00CA510A" w:rsidP="00CA510A">
      <w:pPr>
        <w:pStyle w:val="NormalWeb"/>
        <w:jc w:val="center"/>
      </w:pPr>
      <w:r>
        <w:rPr>
          <w:noProof/>
        </w:rPr>
        <w:drawing>
          <wp:inline distT="0" distB="0" distL="0" distR="0">
            <wp:extent cx="4795850" cy="3541553"/>
            <wp:effectExtent l="19050" t="0" r="4750" b="0"/>
            <wp:docPr id="27" name="Picture 27" descr="C:\Users\admin\Downloads\WhatsApp Image 2026-04-30 at 11.56.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WhatsApp Image 2026-04-30 at 11.56.05 AM.jpeg"/>
                    <pic:cNvPicPr>
                      <a:picLocks noChangeAspect="1" noChangeArrowheads="1"/>
                    </pic:cNvPicPr>
                  </pic:nvPicPr>
                  <pic:blipFill>
                    <a:blip r:embed="rId15"/>
                    <a:srcRect t="2902"/>
                    <a:stretch>
                      <a:fillRect/>
                    </a:stretch>
                  </pic:blipFill>
                  <pic:spPr bwMode="auto">
                    <a:xfrm>
                      <a:off x="0" y="0"/>
                      <a:ext cx="4810569" cy="3552423"/>
                    </a:xfrm>
                    <a:prstGeom prst="rect">
                      <a:avLst/>
                    </a:prstGeom>
                    <a:noFill/>
                    <a:ln w="9525">
                      <a:noFill/>
                      <a:miter lim="800000"/>
                      <a:headEnd/>
                      <a:tailEnd/>
                    </a:ln>
                  </pic:spPr>
                </pic:pic>
              </a:graphicData>
            </a:graphic>
          </wp:inline>
        </w:drawing>
      </w:r>
    </w:p>
    <w:p w:rsidR="0018357B" w:rsidRPr="00D73AFF" w:rsidRDefault="00EC317F" w:rsidP="00EC317F">
      <w:pPr>
        <w:pStyle w:val="ListParagraph"/>
        <w:numPr>
          <w:ilvl w:val="0"/>
          <w:numId w:val="20"/>
        </w:numPr>
        <w:ind w:left="360"/>
        <w:jc w:val="both"/>
        <w:rPr>
          <w:sz w:val="24"/>
          <w:szCs w:val="24"/>
          <w:lang w:bidi="hi-IN"/>
        </w:rPr>
      </w:pPr>
      <w:r w:rsidRPr="00D73AFF">
        <w:rPr>
          <w:rFonts w:cs="Mangal" w:hint="cs"/>
          <w:b/>
          <w:bCs/>
          <w:sz w:val="24"/>
          <w:szCs w:val="24"/>
          <w:cs/>
          <w:lang w:bidi="hi-IN"/>
        </w:rPr>
        <w:t>व्यक्तित्व</w:t>
      </w:r>
      <w:r w:rsidRPr="00D73AFF">
        <w:rPr>
          <w:rFonts w:cs="Mangal"/>
          <w:b/>
          <w:bCs/>
          <w:sz w:val="24"/>
          <w:szCs w:val="24"/>
          <w:cs/>
          <w:lang w:bidi="hi-IN"/>
        </w:rPr>
        <w:t xml:space="preserve"> </w:t>
      </w:r>
      <w:r w:rsidRPr="00D73AFF">
        <w:rPr>
          <w:rFonts w:cs="Mangal" w:hint="cs"/>
          <w:b/>
          <w:bCs/>
          <w:sz w:val="24"/>
          <w:szCs w:val="24"/>
          <w:cs/>
          <w:lang w:bidi="hi-IN"/>
        </w:rPr>
        <w:t>विकास</w:t>
      </w:r>
      <w:r w:rsidRPr="00D73AFF">
        <w:rPr>
          <w:rFonts w:cs="Mangal"/>
          <w:b/>
          <w:bCs/>
          <w:sz w:val="24"/>
          <w:szCs w:val="24"/>
          <w:cs/>
          <w:lang w:bidi="hi-IN"/>
        </w:rPr>
        <w:t xml:space="preserve"> </w:t>
      </w:r>
      <w:r w:rsidRPr="00D73AFF">
        <w:rPr>
          <w:rFonts w:ascii="Mangal" w:hAnsi="Mangal" w:cs="Mangal"/>
          <w:b/>
          <w:bCs/>
          <w:sz w:val="24"/>
          <w:szCs w:val="24"/>
          <w:cs/>
          <w:lang w:bidi="hi-IN"/>
        </w:rPr>
        <w:t xml:space="preserve">पर व्याख्यान </w:t>
      </w:r>
      <w:r w:rsidRPr="00D73AFF">
        <w:rPr>
          <w:rFonts w:ascii="Mangal" w:hAnsi="Mangal" w:cs="Mangal" w:hint="cs"/>
          <w:b/>
          <w:bCs/>
          <w:sz w:val="24"/>
          <w:szCs w:val="24"/>
          <w:cs/>
          <w:lang w:bidi="hi-IN"/>
        </w:rPr>
        <w:t>:</w:t>
      </w:r>
      <w:r w:rsidRPr="00D73AFF">
        <w:rPr>
          <w:rFonts w:ascii="Mangal" w:hAnsi="Mangal" w:cs="Mangal" w:hint="cs"/>
          <w:sz w:val="24"/>
          <w:szCs w:val="24"/>
          <w:cs/>
          <w:lang w:bidi="hi-IN"/>
        </w:rPr>
        <w:t xml:space="preserve"> </w:t>
      </w:r>
      <w:r w:rsidR="0018357B" w:rsidRPr="00D73AFF">
        <w:rPr>
          <w:rFonts w:cs="Mangal" w:hint="cs"/>
          <w:sz w:val="24"/>
          <w:szCs w:val="24"/>
          <w:cs/>
          <w:lang w:bidi="hi-IN"/>
        </w:rPr>
        <w:t>शासकीय</w:t>
      </w:r>
      <w:r w:rsidR="0018357B" w:rsidRPr="00D73AFF">
        <w:rPr>
          <w:rFonts w:cs="Mangal"/>
          <w:sz w:val="24"/>
          <w:szCs w:val="24"/>
          <w:cs/>
          <w:lang w:bidi="hi-IN"/>
        </w:rPr>
        <w:t xml:space="preserve"> </w:t>
      </w:r>
      <w:r w:rsidR="0018357B" w:rsidRPr="00D73AFF">
        <w:rPr>
          <w:rFonts w:cs="Mangal" w:hint="cs"/>
          <w:sz w:val="24"/>
          <w:szCs w:val="24"/>
          <w:cs/>
          <w:lang w:bidi="hi-IN"/>
        </w:rPr>
        <w:t>दिग्विजय</w:t>
      </w:r>
      <w:r w:rsidR="0041608E">
        <w:rPr>
          <w:rFonts w:cs="Mangal" w:hint="cs"/>
          <w:sz w:val="24"/>
          <w:szCs w:val="24"/>
          <w:cs/>
          <w:lang w:bidi="hi-IN"/>
        </w:rPr>
        <w:t xml:space="preserve"> </w:t>
      </w:r>
      <w:r w:rsidR="0018357B" w:rsidRPr="00D73AFF">
        <w:rPr>
          <w:rFonts w:cs="Mangal" w:hint="cs"/>
          <w:sz w:val="24"/>
          <w:szCs w:val="24"/>
          <w:cs/>
          <w:lang w:bidi="hi-IN"/>
        </w:rPr>
        <w:t>महाविद्यालय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प्राचार्य</w:t>
      </w:r>
      <w:r w:rsidR="0018357B" w:rsidRPr="00D73AFF">
        <w:rPr>
          <w:rFonts w:cs="Mangal"/>
          <w:sz w:val="24"/>
          <w:szCs w:val="24"/>
          <w:cs/>
          <w:lang w:bidi="hi-IN"/>
        </w:rPr>
        <w:t xml:space="preserve"> </w:t>
      </w:r>
      <w:r w:rsidR="0018357B" w:rsidRPr="00D73AFF">
        <w:rPr>
          <w:rFonts w:cs="Mangal" w:hint="cs"/>
          <w:sz w:val="24"/>
          <w:szCs w:val="24"/>
          <w:cs/>
          <w:lang w:bidi="hi-IN"/>
        </w:rPr>
        <w:t>डॉ</w:t>
      </w:r>
      <w:r w:rsidR="0018357B" w:rsidRPr="00D73AFF">
        <w:rPr>
          <w:rFonts w:cs="Mangal"/>
          <w:sz w:val="24"/>
          <w:szCs w:val="24"/>
          <w:cs/>
          <w:lang w:bidi="hi-IN"/>
        </w:rPr>
        <w:t xml:space="preserve"> </w:t>
      </w:r>
      <w:r w:rsidR="0018357B" w:rsidRPr="00D73AFF">
        <w:rPr>
          <w:rFonts w:cs="Mangal" w:hint="cs"/>
          <w:sz w:val="24"/>
          <w:szCs w:val="24"/>
          <w:cs/>
          <w:lang w:bidi="hi-IN"/>
        </w:rPr>
        <w:t>सुचित्रा</w:t>
      </w:r>
      <w:r w:rsidR="0018357B" w:rsidRPr="00D73AFF">
        <w:rPr>
          <w:rFonts w:cs="Mangal"/>
          <w:sz w:val="24"/>
          <w:szCs w:val="24"/>
          <w:cs/>
          <w:lang w:bidi="hi-IN"/>
        </w:rPr>
        <w:t xml:space="preserve"> </w:t>
      </w:r>
      <w:r w:rsidR="0018357B" w:rsidRPr="00D73AFF">
        <w:rPr>
          <w:rFonts w:cs="Mangal" w:hint="cs"/>
          <w:sz w:val="24"/>
          <w:szCs w:val="24"/>
          <w:cs/>
          <w:lang w:bidi="hi-IN"/>
        </w:rPr>
        <w:t>गुप्ता</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मार्गदर्शन</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एवंरोजगार</w:t>
      </w:r>
      <w:r w:rsidR="0018357B" w:rsidRPr="00D73AFF">
        <w:rPr>
          <w:rFonts w:cs="Mangal"/>
          <w:sz w:val="24"/>
          <w:szCs w:val="24"/>
          <w:cs/>
          <w:lang w:bidi="hi-IN"/>
        </w:rPr>
        <w:t xml:space="preserve"> </w:t>
      </w:r>
      <w:r w:rsidR="0018357B" w:rsidRPr="00D73AFF">
        <w:rPr>
          <w:rFonts w:cs="Mangal" w:hint="cs"/>
          <w:sz w:val="24"/>
          <w:szCs w:val="24"/>
          <w:cs/>
          <w:lang w:bidi="hi-IN"/>
        </w:rPr>
        <w:t>मार्गदर्शन</w:t>
      </w:r>
      <w:r w:rsidR="0018357B" w:rsidRPr="00D73AFF">
        <w:rPr>
          <w:rFonts w:cs="Mangal"/>
          <w:sz w:val="24"/>
          <w:szCs w:val="24"/>
          <w:cs/>
          <w:lang w:bidi="hi-IN"/>
        </w:rPr>
        <w:t xml:space="preserve"> </w:t>
      </w:r>
      <w:r w:rsidR="0018357B" w:rsidRPr="00D73AFF">
        <w:rPr>
          <w:rFonts w:cs="Mangal" w:hint="cs"/>
          <w:sz w:val="24"/>
          <w:szCs w:val="24"/>
          <w:cs/>
          <w:lang w:bidi="hi-IN"/>
        </w:rPr>
        <w:t>एवं</w:t>
      </w:r>
      <w:r w:rsidR="0018357B" w:rsidRPr="00D73AFF">
        <w:rPr>
          <w:rFonts w:cs="Mangal"/>
          <w:sz w:val="24"/>
          <w:szCs w:val="24"/>
          <w:cs/>
          <w:lang w:bidi="hi-IN"/>
        </w:rPr>
        <w:t xml:space="preserve"> </w:t>
      </w:r>
      <w:r w:rsidR="0018357B" w:rsidRPr="00D73AFF">
        <w:rPr>
          <w:rFonts w:cs="Mangal" w:hint="cs"/>
          <w:sz w:val="24"/>
          <w:szCs w:val="24"/>
          <w:cs/>
          <w:lang w:bidi="hi-IN"/>
        </w:rPr>
        <w:t>प्लेसमेंट</w:t>
      </w:r>
      <w:r w:rsidR="0018357B" w:rsidRPr="00D73AFF">
        <w:rPr>
          <w:rFonts w:cs="Mangal"/>
          <w:sz w:val="24"/>
          <w:szCs w:val="24"/>
          <w:cs/>
          <w:lang w:bidi="hi-IN"/>
        </w:rPr>
        <w:t xml:space="preserve"> </w:t>
      </w:r>
      <w:r w:rsidR="0018357B" w:rsidRPr="00D73AFF">
        <w:rPr>
          <w:rFonts w:cs="Mangal" w:hint="cs"/>
          <w:sz w:val="24"/>
          <w:szCs w:val="24"/>
          <w:cs/>
          <w:lang w:bidi="hi-IN"/>
        </w:rPr>
        <w:t>सेल</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संयोजक</w:t>
      </w:r>
      <w:r w:rsidR="0018357B" w:rsidRPr="00D73AFF">
        <w:rPr>
          <w:rFonts w:cs="Mangal"/>
          <w:sz w:val="24"/>
          <w:szCs w:val="24"/>
          <w:cs/>
          <w:lang w:bidi="hi-IN"/>
        </w:rPr>
        <w:t xml:space="preserve"> </w:t>
      </w:r>
      <w:r w:rsidR="0018357B" w:rsidRPr="00D73AFF">
        <w:rPr>
          <w:rFonts w:cs="Mangal" w:hint="cs"/>
          <w:sz w:val="24"/>
          <w:szCs w:val="24"/>
          <w:cs/>
          <w:lang w:bidi="hi-IN"/>
        </w:rPr>
        <w:t>डॉक्टर</w:t>
      </w:r>
      <w:r w:rsidR="0018357B" w:rsidRPr="00D73AFF">
        <w:rPr>
          <w:rFonts w:cs="Mangal"/>
          <w:sz w:val="24"/>
          <w:szCs w:val="24"/>
          <w:cs/>
          <w:lang w:bidi="hi-IN"/>
        </w:rPr>
        <w:t xml:space="preserve"> </w:t>
      </w:r>
      <w:r w:rsidR="0018357B" w:rsidRPr="00D73AFF">
        <w:rPr>
          <w:rFonts w:cs="Mangal" w:hint="cs"/>
          <w:sz w:val="24"/>
          <w:szCs w:val="24"/>
          <w:cs/>
          <w:lang w:bidi="hi-IN"/>
        </w:rPr>
        <w:t>संजय</w:t>
      </w:r>
      <w:r w:rsidR="0018357B" w:rsidRPr="00D73AFF">
        <w:rPr>
          <w:rFonts w:cs="Mangal"/>
          <w:sz w:val="24"/>
          <w:szCs w:val="24"/>
          <w:cs/>
          <w:lang w:bidi="hi-IN"/>
        </w:rPr>
        <w:t xml:space="preserve"> </w:t>
      </w:r>
      <w:r w:rsidR="0018357B" w:rsidRPr="00D73AFF">
        <w:rPr>
          <w:rFonts w:cs="Mangal" w:hint="cs"/>
          <w:sz w:val="24"/>
          <w:szCs w:val="24"/>
          <w:cs/>
          <w:lang w:bidi="hi-IN"/>
        </w:rPr>
        <w:t>ठीसके</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नेतृत्व</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पर</w:t>
      </w:r>
      <w:r w:rsidR="0018357B" w:rsidRPr="00D73AFF">
        <w:rPr>
          <w:rFonts w:cs="Mangal"/>
          <w:sz w:val="24"/>
          <w:szCs w:val="24"/>
          <w:cs/>
          <w:lang w:bidi="hi-IN"/>
        </w:rPr>
        <w:t xml:space="preserve"> </w:t>
      </w:r>
      <w:r w:rsidR="0018357B" w:rsidRPr="00D73AFF">
        <w:rPr>
          <w:rFonts w:cs="Mangal" w:hint="cs"/>
          <w:sz w:val="24"/>
          <w:szCs w:val="24"/>
          <w:cs/>
          <w:lang w:bidi="hi-IN"/>
        </w:rPr>
        <w:t>अतिथि</w:t>
      </w:r>
      <w:r w:rsidR="0018357B" w:rsidRPr="00D73AFF">
        <w:rPr>
          <w:rFonts w:cs="Mangal"/>
          <w:sz w:val="24"/>
          <w:szCs w:val="24"/>
          <w:cs/>
          <w:lang w:bidi="hi-IN"/>
        </w:rPr>
        <w:t xml:space="preserve"> </w:t>
      </w:r>
      <w:r w:rsidR="0018357B" w:rsidRPr="00D73AFF">
        <w:rPr>
          <w:rFonts w:cs="Mangal" w:hint="cs"/>
          <w:sz w:val="24"/>
          <w:szCs w:val="24"/>
          <w:cs/>
          <w:lang w:bidi="hi-IN"/>
        </w:rPr>
        <w:t>व्याख्यान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आयोजन</w:t>
      </w:r>
      <w:r w:rsidR="0018357B" w:rsidRPr="00D73AFF">
        <w:rPr>
          <w:rFonts w:cs="Mangal"/>
          <w:sz w:val="24"/>
          <w:szCs w:val="24"/>
          <w:cs/>
          <w:lang w:bidi="hi-IN"/>
        </w:rPr>
        <w:t xml:space="preserve"> </w:t>
      </w:r>
      <w:r w:rsidR="0018357B" w:rsidRPr="00D73AFF">
        <w:rPr>
          <w:rFonts w:cs="Mangal" w:hint="cs"/>
          <w:sz w:val="24"/>
          <w:szCs w:val="24"/>
          <w:cs/>
          <w:lang w:bidi="hi-IN"/>
        </w:rPr>
        <w:t>किया</w:t>
      </w:r>
      <w:r w:rsidR="0018357B" w:rsidRPr="00D73AFF">
        <w:rPr>
          <w:rFonts w:cs="Mangal"/>
          <w:sz w:val="24"/>
          <w:szCs w:val="24"/>
          <w:cs/>
          <w:lang w:bidi="hi-IN"/>
        </w:rPr>
        <w:t xml:space="preserve"> </w:t>
      </w:r>
      <w:r w:rsidR="0018357B" w:rsidRPr="00D73AFF">
        <w:rPr>
          <w:rFonts w:cs="Mangal" w:hint="cs"/>
          <w:sz w:val="24"/>
          <w:szCs w:val="24"/>
          <w:cs/>
          <w:lang w:bidi="hi-IN"/>
        </w:rPr>
        <w:t>गया।</w:t>
      </w:r>
      <w:r w:rsidR="0018357B" w:rsidRPr="00D73AFF">
        <w:rPr>
          <w:rFonts w:cs="Mangal"/>
          <w:sz w:val="24"/>
          <w:szCs w:val="24"/>
          <w:cs/>
          <w:lang w:bidi="hi-IN"/>
        </w:rPr>
        <w:t xml:space="preserve"> </w:t>
      </w:r>
      <w:r w:rsidR="0018357B" w:rsidRPr="00D73AFF">
        <w:rPr>
          <w:rFonts w:cs="Mangal" w:hint="cs"/>
          <w:sz w:val="24"/>
          <w:szCs w:val="24"/>
          <w:cs/>
          <w:lang w:bidi="hi-IN"/>
        </w:rPr>
        <w:t>इस</w:t>
      </w:r>
      <w:r w:rsidR="0018357B" w:rsidRPr="00D73AFF">
        <w:rPr>
          <w:rFonts w:cs="Mangal"/>
          <w:sz w:val="24"/>
          <w:szCs w:val="24"/>
          <w:cs/>
          <w:lang w:bidi="hi-IN"/>
        </w:rPr>
        <w:t xml:space="preserve"> </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मुख्य</w:t>
      </w:r>
      <w:r w:rsidR="0018357B" w:rsidRPr="00D73AFF">
        <w:rPr>
          <w:rFonts w:cs="Mangal"/>
          <w:sz w:val="24"/>
          <w:szCs w:val="24"/>
          <w:cs/>
          <w:lang w:bidi="hi-IN"/>
        </w:rPr>
        <w:t xml:space="preserve"> </w:t>
      </w:r>
      <w:r w:rsidR="0018357B" w:rsidRPr="00D73AFF">
        <w:rPr>
          <w:rFonts w:cs="Mangal" w:hint="cs"/>
          <w:sz w:val="24"/>
          <w:szCs w:val="24"/>
          <w:cs/>
          <w:lang w:bidi="hi-IN"/>
        </w:rPr>
        <w:t>वक्ता</w:t>
      </w:r>
      <w:r w:rsidRPr="00D73AFF">
        <w:rPr>
          <w:rFonts w:cs="Mangal" w:hint="cs"/>
          <w:sz w:val="24"/>
          <w:szCs w:val="24"/>
          <w:cs/>
          <w:lang w:bidi="hi-IN"/>
        </w:rPr>
        <w:t xml:space="preserve"> </w:t>
      </w:r>
      <w:r w:rsidR="0018357B" w:rsidRPr="00D73AFF">
        <w:rPr>
          <w:rFonts w:cs="Mangal" w:hint="cs"/>
          <w:sz w:val="24"/>
          <w:szCs w:val="24"/>
          <w:cs/>
          <w:lang w:bidi="hi-IN"/>
        </w:rPr>
        <w:t>श्रीमती</w:t>
      </w:r>
      <w:r w:rsidR="0018357B" w:rsidRPr="00D73AFF">
        <w:rPr>
          <w:rFonts w:cs="Mangal"/>
          <w:sz w:val="24"/>
          <w:szCs w:val="24"/>
          <w:cs/>
          <w:lang w:bidi="hi-IN"/>
        </w:rPr>
        <w:t xml:space="preserve"> </w:t>
      </w:r>
      <w:r w:rsidR="0018357B" w:rsidRPr="00D73AFF">
        <w:rPr>
          <w:rFonts w:cs="Mangal" w:hint="cs"/>
          <w:sz w:val="24"/>
          <w:szCs w:val="24"/>
          <w:cs/>
          <w:lang w:bidi="hi-IN"/>
        </w:rPr>
        <w:t>जूही</w:t>
      </w:r>
      <w:r w:rsidR="0018357B" w:rsidRPr="00D73AFF">
        <w:rPr>
          <w:rFonts w:cs="Mangal"/>
          <w:sz w:val="24"/>
          <w:szCs w:val="24"/>
          <w:cs/>
          <w:lang w:bidi="hi-IN"/>
        </w:rPr>
        <w:t xml:space="preserve"> </w:t>
      </w:r>
      <w:r w:rsidR="0018357B" w:rsidRPr="00D73AFF">
        <w:rPr>
          <w:rFonts w:cs="Mangal" w:hint="cs"/>
          <w:sz w:val="24"/>
          <w:szCs w:val="24"/>
          <w:cs/>
          <w:lang w:bidi="hi-IN"/>
        </w:rPr>
        <w:t>व्यास</w:t>
      </w:r>
      <w:r w:rsidR="0018357B" w:rsidRPr="00D73AFF">
        <w:rPr>
          <w:rFonts w:cs="Mangal"/>
          <w:sz w:val="24"/>
          <w:szCs w:val="24"/>
          <w:cs/>
          <w:lang w:bidi="hi-IN"/>
        </w:rPr>
        <w:t xml:space="preserve"> (</w:t>
      </w:r>
      <w:proofErr w:type="spellStart"/>
      <w:r w:rsidR="0018357B" w:rsidRPr="00D73AFF">
        <w:rPr>
          <w:sz w:val="24"/>
          <w:szCs w:val="24"/>
        </w:rPr>
        <w:t>Mrs.Global</w:t>
      </w:r>
      <w:proofErr w:type="spellEnd"/>
      <w:r w:rsidR="0018357B" w:rsidRPr="00D73AFF">
        <w:rPr>
          <w:sz w:val="24"/>
          <w:szCs w:val="24"/>
        </w:rPr>
        <w:t xml:space="preserve"> </w:t>
      </w:r>
      <w:r w:rsidR="0018357B" w:rsidRPr="00D73AFF">
        <w:rPr>
          <w:rFonts w:cs="Mangal"/>
          <w:sz w:val="24"/>
          <w:szCs w:val="24"/>
          <w:cs/>
          <w:lang w:bidi="hi-IN"/>
        </w:rPr>
        <w:t>2023)</w:t>
      </w:r>
      <w:r w:rsidR="0018357B" w:rsidRPr="00D73AFF">
        <w:rPr>
          <w:rFonts w:cs="Mangal" w:hint="cs"/>
          <w:sz w:val="24"/>
          <w:szCs w:val="24"/>
          <w:cs/>
          <w:lang w:bidi="hi-IN"/>
        </w:rPr>
        <w:t>रहीं।</w:t>
      </w:r>
      <w:r w:rsidR="0018357B" w:rsidRPr="00D73AFF">
        <w:rPr>
          <w:rFonts w:cs="Mangal"/>
          <w:sz w:val="24"/>
          <w:szCs w:val="24"/>
          <w:cs/>
          <w:lang w:bidi="hi-IN"/>
        </w:rPr>
        <w:t xml:space="preserve"> </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lastRenderedPageBreak/>
        <w:t>का</w:t>
      </w:r>
      <w:r w:rsidR="0018357B" w:rsidRPr="00D73AFF">
        <w:rPr>
          <w:rFonts w:cs="Mangal"/>
          <w:sz w:val="24"/>
          <w:szCs w:val="24"/>
          <w:cs/>
          <w:lang w:bidi="hi-IN"/>
        </w:rPr>
        <w:t xml:space="preserve"> </w:t>
      </w:r>
      <w:r w:rsidR="0018357B" w:rsidRPr="00D73AFF">
        <w:rPr>
          <w:rFonts w:cs="Mangal" w:hint="cs"/>
          <w:sz w:val="24"/>
          <w:szCs w:val="24"/>
          <w:cs/>
          <w:lang w:bidi="hi-IN"/>
        </w:rPr>
        <w:t>आयोजन</w:t>
      </w:r>
      <w:r w:rsidR="0018357B" w:rsidRPr="00D73AFF">
        <w:rPr>
          <w:rFonts w:cs="Mangal"/>
          <w:sz w:val="24"/>
          <w:szCs w:val="24"/>
          <w:cs/>
          <w:lang w:bidi="hi-IN"/>
        </w:rPr>
        <w:t xml:space="preserve"> </w:t>
      </w:r>
      <w:r w:rsidR="0018357B" w:rsidRPr="00D73AFF">
        <w:rPr>
          <w:rFonts w:cs="Mangal" w:hint="cs"/>
          <w:sz w:val="24"/>
          <w:szCs w:val="24"/>
          <w:cs/>
          <w:lang w:bidi="hi-IN"/>
        </w:rPr>
        <w:t>संस्था</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कॉलेज</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बीच</w:t>
      </w:r>
      <w:r w:rsidR="0018357B" w:rsidRPr="00D73AFF">
        <w:rPr>
          <w:rFonts w:cs="Mangal"/>
          <w:sz w:val="24"/>
          <w:szCs w:val="24"/>
          <w:cs/>
          <w:lang w:bidi="hi-IN"/>
        </w:rPr>
        <w:t xml:space="preserve"> </w:t>
      </w:r>
      <w:r w:rsidR="0018357B" w:rsidRPr="00D73AFF">
        <w:rPr>
          <w:rFonts w:cs="Mangal" w:hint="cs"/>
          <w:sz w:val="24"/>
          <w:szCs w:val="24"/>
          <w:cs/>
          <w:lang w:bidi="hi-IN"/>
        </w:rPr>
        <w:t>हुएएम</w:t>
      </w:r>
      <w:r w:rsidR="0018357B" w:rsidRPr="00D73AFF">
        <w:rPr>
          <w:rFonts w:cs="Mangal"/>
          <w:sz w:val="24"/>
          <w:szCs w:val="24"/>
          <w:cs/>
          <w:lang w:bidi="hi-IN"/>
        </w:rPr>
        <w:t>.</w:t>
      </w:r>
      <w:r w:rsidR="0018357B" w:rsidRPr="00D73AFF">
        <w:rPr>
          <w:rFonts w:cs="Mangal" w:hint="cs"/>
          <w:sz w:val="24"/>
          <w:szCs w:val="24"/>
          <w:cs/>
          <w:lang w:bidi="hi-IN"/>
        </w:rPr>
        <w:t>ओ</w:t>
      </w:r>
      <w:r w:rsidR="0018357B" w:rsidRPr="00D73AFF">
        <w:rPr>
          <w:rFonts w:cs="Mangal"/>
          <w:sz w:val="24"/>
          <w:szCs w:val="24"/>
          <w:cs/>
          <w:lang w:bidi="hi-IN"/>
        </w:rPr>
        <w:t>.</w:t>
      </w:r>
      <w:r w:rsidR="0018357B" w:rsidRPr="00D73AFF">
        <w:rPr>
          <w:rFonts w:cs="Mangal" w:hint="cs"/>
          <w:sz w:val="24"/>
          <w:szCs w:val="24"/>
          <w:cs/>
          <w:lang w:bidi="hi-IN"/>
        </w:rPr>
        <w:t>यू</w:t>
      </w:r>
      <w:r w:rsidR="0018357B" w:rsidRPr="00D73AFF">
        <w:rPr>
          <w:rFonts w:cs="Mangal"/>
          <w:sz w:val="24"/>
          <w:szCs w:val="24"/>
          <w:cs/>
          <w:lang w:bidi="hi-IN"/>
        </w:rPr>
        <w:t>. (</w:t>
      </w:r>
      <w:proofErr w:type="spellStart"/>
      <w:r w:rsidR="0018357B" w:rsidRPr="00D73AFF">
        <w:rPr>
          <w:sz w:val="24"/>
          <w:szCs w:val="24"/>
        </w:rPr>
        <w:t>MoU</w:t>
      </w:r>
      <w:proofErr w:type="spellEnd"/>
      <w:r w:rsidR="0018357B" w:rsidRPr="00D73AFF">
        <w:rPr>
          <w:sz w:val="24"/>
          <w:szCs w:val="24"/>
        </w:rPr>
        <w:t>)</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तहत</w:t>
      </w:r>
      <w:r w:rsidR="0018357B" w:rsidRPr="00D73AFF">
        <w:rPr>
          <w:rFonts w:cs="Mangal"/>
          <w:sz w:val="24"/>
          <w:szCs w:val="24"/>
          <w:cs/>
          <w:lang w:bidi="hi-IN"/>
        </w:rPr>
        <w:t xml:space="preserve"> </w:t>
      </w:r>
      <w:r w:rsidR="0018357B" w:rsidRPr="00D73AFF">
        <w:rPr>
          <w:rFonts w:cs="Mangal" w:hint="cs"/>
          <w:sz w:val="24"/>
          <w:szCs w:val="24"/>
          <w:cs/>
          <w:lang w:bidi="hi-IN"/>
        </w:rPr>
        <w:t>किया</w:t>
      </w:r>
      <w:r w:rsidR="0018357B" w:rsidRPr="00D73AFF">
        <w:rPr>
          <w:rFonts w:cs="Mangal"/>
          <w:sz w:val="24"/>
          <w:szCs w:val="24"/>
          <w:cs/>
          <w:lang w:bidi="hi-IN"/>
        </w:rPr>
        <w:t xml:space="preserve"> </w:t>
      </w:r>
      <w:r w:rsidR="0018357B" w:rsidRPr="00D73AFF">
        <w:rPr>
          <w:rFonts w:cs="Mangal" w:hint="cs"/>
          <w:sz w:val="24"/>
          <w:szCs w:val="24"/>
          <w:cs/>
          <w:lang w:bidi="hi-IN"/>
        </w:rPr>
        <w:t>गया</w:t>
      </w:r>
      <w:r w:rsidR="0018357B" w:rsidRPr="00D73AFF">
        <w:rPr>
          <w:sz w:val="24"/>
          <w:szCs w:val="24"/>
        </w:rPr>
        <w:t xml:space="preserve">, </w:t>
      </w:r>
      <w:r w:rsidR="0018357B" w:rsidRPr="00D73AFF">
        <w:rPr>
          <w:rFonts w:cs="Mangal" w:hint="cs"/>
          <w:sz w:val="24"/>
          <w:szCs w:val="24"/>
          <w:cs/>
          <w:lang w:bidi="hi-IN"/>
        </w:rPr>
        <w:t>जिसका</w:t>
      </w:r>
      <w:r w:rsidR="0018357B" w:rsidRPr="00D73AFF">
        <w:rPr>
          <w:rFonts w:cs="Mangal"/>
          <w:sz w:val="24"/>
          <w:szCs w:val="24"/>
          <w:cs/>
          <w:lang w:bidi="hi-IN"/>
        </w:rPr>
        <w:t xml:space="preserve"> </w:t>
      </w:r>
      <w:r w:rsidR="0018357B" w:rsidRPr="00D73AFF">
        <w:rPr>
          <w:rFonts w:cs="Mangal" w:hint="cs"/>
          <w:sz w:val="24"/>
          <w:szCs w:val="24"/>
          <w:cs/>
          <w:lang w:bidi="hi-IN"/>
        </w:rPr>
        <w:t>उद्देश्य</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केसर्वांगीण</w:t>
      </w:r>
      <w:r w:rsidR="0018357B" w:rsidRPr="00D73AFF">
        <w:rPr>
          <w:rFonts w:cs="Mangal"/>
          <w:sz w:val="24"/>
          <w:szCs w:val="24"/>
          <w:cs/>
          <w:lang w:bidi="hi-IN"/>
        </w:rPr>
        <w:t xml:space="preserve"> </w:t>
      </w:r>
      <w:r w:rsidR="0018357B" w:rsidRPr="00D73AFF">
        <w:rPr>
          <w:rFonts w:cs="Mangal" w:hint="cs"/>
          <w:sz w:val="24"/>
          <w:szCs w:val="24"/>
          <w:cs/>
          <w:lang w:bidi="hi-IN"/>
        </w:rPr>
        <w:t>विकासके</w:t>
      </w:r>
      <w:r w:rsidR="0018357B" w:rsidRPr="00D73AFF">
        <w:rPr>
          <w:rFonts w:cs="Mangal"/>
          <w:sz w:val="24"/>
          <w:szCs w:val="24"/>
          <w:cs/>
          <w:lang w:bidi="hi-IN"/>
        </w:rPr>
        <w:t xml:space="preserve"> </w:t>
      </w:r>
      <w:r w:rsidR="0018357B" w:rsidRPr="00D73AFF">
        <w:rPr>
          <w:rFonts w:cs="Mangal" w:hint="cs"/>
          <w:sz w:val="24"/>
          <w:szCs w:val="24"/>
          <w:cs/>
          <w:lang w:bidi="hi-IN"/>
        </w:rPr>
        <w:t>लिए</w:t>
      </w:r>
      <w:r w:rsidR="0018357B" w:rsidRPr="00D73AFF">
        <w:rPr>
          <w:rFonts w:cs="Mangal"/>
          <w:sz w:val="24"/>
          <w:szCs w:val="24"/>
          <w:cs/>
          <w:lang w:bidi="hi-IN"/>
        </w:rPr>
        <w:t xml:space="preserve"> </w:t>
      </w:r>
      <w:r w:rsidR="0018357B" w:rsidRPr="00D73AFF">
        <w:rPr>
          <w:rFonts w:cs="Mangal" w:hint="cs"/>
          <w:sz w:val="24"/>
          <w:szCs w:val="24"/>
          <w:cs/>
          <w:lang w:bidi="hi-IN"/>
        </w:rPr>
        <w:t>शैक्षणिक</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व्यावहारिक</w:t>
      </w:r>
      <w:r w:rsidR="0018357B" w:rsidRPr="00D73AFF">
        <w:rPr>
          <w:rFonts w:cs="Mangal"/>
          <w:sz w:val="24"/>
          <w:szCs w:val="24"/>
          <w:cs/>
          <w:lang w:bidi="hi-IN"/>
        </w:rPr>
        <w:t xml:space="preserve"> </w:t>
      </w:r>
      <w:r w:rsidR="0018357B" w:rsidRPr="00D73AFF">
        <w:rPr>
          <w:rFonts w:cs="Mangal" w:hint="cs"/>
          <w:sz w:val="24"/>
          <w:szCs w:val="24"/>
          <w:cs/>
          <w:lang w:bidi="hi-IN"/>
        </w:rPr>
        <w:t>गतिविधियों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संचालन</w:t>
      </w:r>
      <w:r w:rsidR="0018357B" w:rsidRPr="00D73AFF">
        <w:rPr>
          <w:rFonts w:cs="Mangal"/>
          <w:sz w:val="24"/>
          <w:szCs w:val="24"/>
          <w:cs/>
          <w:lang w:bidi="hi-IN"/>
        </w:rPr>
        <w:t xml:space="preserve"> </w:t>
      </w:r>
      <w:r w:rsidR="0018357B" w:rsidRPr="00D73AFF">
        <w:rPr>
          <w:rFonts w:cs="Mangal" w:hint="cs"/>
          <w:sz w:val="24"/>
          <w:szCs w:val="24"/>
          <w:cs/>
          <w:lang w:bidi="hi-IN"/>
        </w:rPr>
        <w:t>करना</w:t>
      </w:r>
      <w:r w:rsidR="0018357B" w:rsidRPr="00D73AFF">
        <w:rPr>
          <w:rFonts w:cs="Mangal"/>
          <w:sz w:val="24"/>
          <w:szCs w:val="24"/>
          <w:cs/>
          <w:lang w:bidi="hi-IN"/>
        </w:rPr>
        <w:t xml:space="preserve"> </w:t>
      </w:r>
      <w:r w:rsidR="0018357B" w:rsidRPr="00D73AFF">
        <w:rPr>
          <w:rFonts w:cs="Mangal" w:hint="cs"/>
          <w:sz w:val="24"/>
          <w:szCs w:val="24"/>
          <w:cs/>
          <w:lang w:bidi="hi-IN"/>
        </w:rPr>
        <w:t>है।महाविद्यालय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प्राचार्यडॉ</w:t>
      </w:r>
      <w:r w:rsidR="0018357B" w:rsidRPr="00D73AFF">
        <w:rPr>
          <w:rFonts w:cs="Mangal"/>
          <w:sz w:val="24"/>
          <w:szCs w:val="24"/>
          <w:cs/>
          <w:lang w:bidi="hi-IN"/>
        </w:rPr>
        <w:t xml:space="preserve">. </w:t>
      </w:r>
      <w:r w:rsidR="0018357B" w:rsidRPr="00D73AFF">
        <w:rPr>
          <w:rFonts w:cs="Mangal" w:hint="cs"/>
          <w:sz w:val="24"/>
          <w:szCs w:val="24"/>
          <w:cs/>
          <w:lang w:bidi="hi-IN"/>
        </w:rPr>
        <w:t>सुचित्रा</w:t>
      </w:r>
      <w:r w:rsidR="0018357B" w:rsidRPr="00D73AFF">
        <w:rPr>
          <w:rFonts w:cs="Mangal"/>
          <w:sz w:val="24"/>
          <w:szCs w:val="24"/>
          <w:cs/>
          <w:lang w:bidi="hi-IN"/>
        </w:rPr>
        <w:t xml:space="preserve"> </w:t>
      </w:r>
      <w:r w:rsidR="0018357B" w:rsidRPr="00D73AFF">
        <w:rPr>
          <w:rFonts w:cs="Mangal" w:hint="cs"/>
          <w:sz w:val="24"/>
          <w:szCs w:val="24"/>
          <w:cs/>
          <w:lang w:bidi="hi-IN"/>
        </w:rPr>
        <w:t>गुप्ताने</w:t>
      </w:r>
      <w:r w:rsidR="0018357B" w:rsidRPr="00D73AFF">
        <w:rPr>
          <w:rFonts w:cs="Mangal"/>
          <w:sz w:val="24"/>
          <w:szCs w:val="24"/>
          <w:cs/>
          <w:lang w:bidi="hi-IN"/>
        </w:rPr>
        <w:t xml:space="preserve"> </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संबोधित</w:t>
      </w:r>
      <w:r w:rsidR="0018357B" w:rsidRPr="00D73AFF">
        <w:rPr>
          <w:rFonts w:cs="Mangal"/>
          <w:sz w:val="24"/>
          <w:szCs w:val="24"/>
          <w:cs/>
          <w:lang w:bidi="hi-IN"/>
        </w:rPr>
        <w:t xml:space="preserve"> </w:t>
      </w:r>
      <w:r w:rsidR="0018357B" w:rsidRPr="00D73AFF">
        <w:rPr>
          <w:rFonts w:cs="Mangal" w:hint="cs"/>
          <w:sz w:val="24"/>
          <w:szCs w:val="24"/>
          <w:cs/>
          <w:lang w:bidi="hi-IN"/>
        </w:rPr>
        <w:t>करते</w:t>
      </w:r>
      <w:r w:rsidR="0018357B" w:rsidRPr="00D73AFF">
        <w:rPr>
          <w:rFonts w:cs="Mangal"/>
          <w:sz w:val="24"/>
          <w:szCs w:val="24"/>
          <w:cs/>
          <w:lang w:bidi="hi-IN"/>
        </w:rPr>
        <w:t xml:space="preserve"> </w:t>
      </w:r>
      <w:r w:rsidR="0018357B" w:rsidRPr="00D73AFF">
        <w:rPr>
          <w:rFonts w:cs="Mangal" w:hint="cs"/>
          <w:sz w:val="24"/>
          <w:szCs w:val="24"/>
          <w:cs/>
          <w:lang w:bidi="hi-IN"/>
        </w:rPr>
        <w:t>हुए</w:t>
      </w:r>
      <w:r w:rsidR="0018357B" w:rsidRPr="00D73AFF">
        <w:rPr>
          <w:rFonts w:cs="Mangal"/>
          <w:sz w:val="24"/>
          <w:szCs w:val="24"/>
          <w:cs/>
          <w:lang w:bidi="hi-IN"/>
        </w:rPr>
        <w:t xml:space="preserve"> </w:t>
      </w:r>
      <w:r w:rsidR="0018357B" w:rsidRPr="00D73AFF">
        <w:rPr>
          <w:rFonts w:cs="Mangal" w:hint="cs"/>
          <w:sz w:val="24"/>
          <w:szCs w:val="24"/>
          <w:cs/>
          <w:lang w:bidi="hi-IN"/>
        </w:rPr>
        <w:t>कहा</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sz w:val="24"/>
          <w:szCs w:val="24"/>
        </w:rPr>
        <w:t>“</w:t>
      </w:r>
      <w:r w:rsidR="0018357B" w:rsidRPr="00D73AFF">
        <w:rPr>
          <w:rFonts w:cs="Mangal" w:hint="cs"/>
          <w:sz w:val="24"/>
          <w:szCs w:val="24"/>
          <w:cs/>
          <w:lang w:bidi="hi-IN"/>
        </w:rPr>
        <w:t>आज</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प्रतिस्पर्धात्मक</w:t>
      </w:r>
      <w:r w:rsidR="0018357B" w:rsidRPr="00D73AFF">
        <w:rPr>
          <w:rFonts w:cs="Mangal"/>
          <w:sz w:val="24"/>
          <w:szCs w:val="24"/>
          <w:cs/>
          <w:lang w:bidi="hi-IN"/>
        </w:rPr>
        <w:t xml:space="preserve"> </w:t>
      </w:r>
      <w:r w:rsidR="0018357B" w:rsidRPr="00D73AFF">
        <w:rPr>
          <w:rFonts w:cs="Mangal" w:hint="cs"/>
          <w:sz w:val="24"/>
          <w:szCs w:val="24"/>
          <w:cs/>
          <w:lang w:bidi="hi-IN"/>
        </w:rPr>
        <w:t>दुनिया</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विद्यार्थियों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केवल</w:t>
      </w:r>
      <w:r w:rsidR="0018357B" w:rsidRPr="00D73AFF">
        <w:rPr>
          <w:rFonts w:cs="Mangal"/>
          <w:sz w:val="24"/>
          <w:szCs w:val="24"/>
          <w:cs/>
          <w:lang w:bidi="hi-IN"/>
        </w:rPr>
        <w:t xml:space="preserve"> </w:t>
      </w:r>
      <w:r w:rsidR="0018357B" w:rsidRPr="00D73AFF">
        <w:rPr>
          <w:rFonts w:cs="Mangal" w:hint="cs"/>
          <w:sz w:val="24"/>
          <w:szCs w:val="24"/>
          <w:cs/>
          <w:lang w:bidi="hi-IN"/>
        </w:rPr>
        <w:t>अकादमिक</w:t>
      </w:r>
      <w:r w:rsidR="0018357B" w:rsidRPr="00D73AFF">
        <w:rPr>
          <w:rFonts w:cs="Mangal"/>
          <w:sz w:val="24"/>
          <w:szCs w:val="24"/>
          <w:cs/>
          <w:lang w:bidi="hi-IN"/>
        </w:rPr>
        <w:t xml:space="preserve"> </w:t>
      </w:r>
      <w:r w:rsidR="0018357B" w:rsidRPr="00D73AFF">
        <w:rPr>
          <w:rFonts w:cs="Mangal" w:hint="cs"/>
          <w:sz w:val="24"/>
          <w:szCs w:val="24"/>
          <w:cs/>
          <w:lang w:bidi="hi-IN"/>
        </w:rPr>
        <w:t>ज्ञान</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नहीं</w:t>
      </w:r>
      <w:r w:rsidR="0018357B" w:rsidRPr="00D73AFF">
        <w:rPr>
          <w:sz w:val="24"/>
          <w:szCs w:val="24"/>
        </w:rPr>
        <w:t xml:space="preserve">, </w:t>
      </w:r>
      <w:r w:rsidR="0018357B" w:rsidRPr="00D73AFF">
        <w:rPr>
          <w:rFonts w:cs="Mangal" w:hint="cs"/>
          <w:sz w:val="24"/>
          <w:szCs w:val="24"/>
          <w:cs/>
          <w:lang w:bidi="hi-IN"/>
        </w:rPr>
        <w:t>बल्कि</w:t>
      </w:r>
      <w:r w:rsidR="0018357B" w:rsidRPr="00D73AFF">
        <w:rPr>
          <w:rFonts w:cs="Mangal"/>
          <w:sz w:val="24"/>
          <w:szCs w:val="24"/>
          <w:cs/>
          <w:lang w:bidi="hi-IN"/>
        </w:rPr>
        <w:t xml:space="preserve"> </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भी</w:t>
      </w:r>
      <w:r w:rsidR="0018357B" w:rsidRPr="00D73AFF">
        <w:rPr>
          <w:rFonts w:cs="Mangal"/>
          <w:sz w:val="24"/>
          <w:szCs w:val="24"/>
          <w:cs/>
          <w:lang w:bidi="hi-IN"/>
        </w:rPr>
        <w:t xml:space="preserve"> </w:t>
      </w:r>
      <w:r w:rsidR="0018357B" w:rsidRPr="00D73AFF">
        <w:rPr>
          <w:rFonts w:cs="Mangal" w:hint="cs"/>
          <w:sz w:val="24"/>
          <w:szCs w:val="24"/>
          <w:cs/>
          <w:lang w:bidi="hi-IN"/>
        </w:rPr>
        <w:t>आवश्यकता</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जब</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आत्मविश्वासी</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संतुलित</w:t>
      </w:r>
      <w:r w:rsidR="0018357B" w:rsidRPr="00D73AFF">
        <w:rPr>
          <w:rFonts w:cs="Mangal"/>
          <w:sz w:val="24"/>
          <w:szCs w:val="24"/>
          <w:cs/>
          <w:lang w:bidi="hi-IN"/>
        </w:rPr>
        <w:t xml:space="preserve"> </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साथ</w:t>
      </w:r>
      <w:r w:rsidR="0018357B" w:rsidRPr="00D73AFF">
        <w:rPr>
          <w:rFonts w:cs="Mangal"/>
          <w:sz w:val="24"/>
          <w:szCs w:val="24"/>
          <w:cs/>
          <w:lang w:bidi="hi-IN"/>
        </w:rPr>
        <w:t xml:space="preserve"> </w:t>
      </w:r>
      <w:r w:rsidR="0018357B" w:rsidRPr="00D73AFF">
        <w:rPr>
          <w:rFonts w:cs="Mangal" w:hint="cs"/>
          <w:sz w:val="24"/>
          <w:szCs w:val="24"/>
          <w:cs/>
          <w:lang w:bidi="hi-IN"/>
        </w:rPr>
        <w:t>आगे</w:t>
      </w:r>
      <w:r w:rsidR="0018357B" w:rsidRPr="00D73AFF">
        <w:rPr>
          <w:rFonts w:cs="Mangal"/>
          <w:sz w:val="24"/>
          <w:szCs w:val="24"/>
          <w:cs/>
          <w:lang w:bidi="hi-IN"/>
        </w:rPr>
        <w:t xml:space="preserve"> </w:t>
      </w:r>
      <w:r w:rsidR="0018357B" w:rsidRPr="00D73AFF">
        <w:rPr>
          <w:rFonts w:cs="Mangal" w:hint="cs"/>
          <w:sz w:val="24"/>
          <w:szCs w:val="24"/>
          <w:cs/>
          <w:lang w:bidi="hi-IN"/>
        </w:rPr>
        <w:t>बढ़ते</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sz w:val="24"/>
          <w:szCs w:val="24"/>
        </w:rPr>
        <w:t xml:space="preserve">, </w:t>
      </w:r>
      <w:r w:rsidR="0018357B" w:rsidRPr="00D73AFF">
        <w:rPr>
          <w:rFonts w:cs="Mangal" w:hint="cs"/>
          <w:sz w:val="24"/>
          <w:szCs w:val="24"/>
          <w:cs/>
          <w:lang w:bidi="hi-IN"/>
        </w:rPr>
        <w:t>तभी</w:t>
      </w:r>
      <w:r w:rsidR="0018357B" w:rsidRPr="00D73AFF">
        <w:rPr>
          <w:rFonts w:cs="Mangal"/>
          <w:sz w:val="24"/>
          <w:szCs w:val="24"/>
          <w:cs/>
          <w:lang w:bidi="hi-IN"/>
        </w:rPr>
        <w:t xml:space="preserve"> </w:t>
      </w:r>
      <w:r w:rsidR="0018357B" w:rsidRPr="00D73AFF">
        <w:rPr>
          <w:rFonts w:cs="Mangal" w:hint="cs"/>
          <w:sz w:val="24"/>
          <w:szCs w:val="24"/>
          <w:cs/>
          <w:lang w:bidi="hi-IN"/>
        </w:rPr>
        <w:t>वे</w:t>
      </w:r>
      <w:r w:rsidR="0018357B" w:rsidRPr="00D73AFF">
        <w:rPr>
          <w:rFonts w:cs="Mangal"/>
          <w:sz w:val="24"/>
          <w:szCs w:val="24"/>
          <w:cs/>
          <w:lang w:bidi="hi-IN"/>
        </w:rPr>
        <w:t xml:space="preserve"> </w:t>
      </w:r>
      <w:r w:rsidR="0018357B" w:rsidRPr="00D73AFF">
        <w:rPr>
          <w:rFonts w:cs="Mangal" w:hint="cs"/>
          <w:sz w:val="24"/>
          <w:szCs w:val="24"/>
          <w:cs/>
          <w:lang w:bidi="hi-IN"/>
        </w:rPr>
        <w:t>एक</w:t>
      </w:r>
      <w:r w:rsidR="0018357B" w:rsidRPr="00D73AFF">
        <w:rPr>
          <w:rFonts w:cs="Mangal"/>
          <w:sz w:val="24"/>
          <w:szCs w:val="24"/>
          <w:cs/>
          <w:lang w:bidi="hi-IN"/>
        </w:rPr>
        <w:t xml:space="preserve"> </w:t>
      </w:r>
      <w:r w:rsidR="0018357B" w:rsidRPr="00D73AFF">
        <w:rPr>
          <w:rFonts w:cs="Mangal" w:hint="cs"/>
          <w:sz w:val="24"/>
          <w:szCs w:val="24"/>
          <w:cs/>
          <w:lang w:bidi="hi-IN"/>
        </w:rPr>
        <w:t>सफल</w:t>
      </w:r>
      <w:r w:rsidR="0018357B" w:rsidRPr="00D73AFF">
        <w:rPr>
          <w:rFonts w:cs="Mangal"/>
          <w:sz w:val="24"/>
          <w:szCs w:val="24"/>
          <w:cs/>
          <w:lang w:bidi="hi-IN"/>
        </w:rPr>
        <w:t xml:space="preserve"> </w:t>
      </w:r>
      <w:r w:rsidR="0018357B" w:rsidRPr="00D73AFF">
        <w:rPr>
          <w:rFonts w:cs="Mangal" w:hint="cs"/>
          <w:sz w:val="24"/>
          <w:szCs w:val="24"/>
          <w:cs/>
          <w:lang w:bidi="hi-IN"/>
        </w:rPr>
        <w:t>नागरिक</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जिम्मेदार</w:t>
      </w:r>
      <w:r w:rsidR="0018357B" w:rsidRPr="00D73AFF">
        <w:rPr>
          <w:rFonts w:cs="Mangal"/>
          <w:sz w:val="24"/>
          <w:szCs w:val="24"/>
          <w:cs/>
          <w:lang w:bidi="hi-IN"/>
        </w:rPr>
        <w:t xml:space="preserve"> </w:t>
      </w:r>
      <w:r w:rsidR="0018357B" w:rsidRPr="00D73AFF">
        <w:rPr>
          <w:rFonts w:cs="Mangal" w:hint="cs"/>
          <w:sz w:val="24"/>
          <w:szCs w:val="24"/>
          <w:cs/>
          <w:lang w:bidi="hi-IN"/>
        </w:rPr>
        <w:t>समाजसेवी</w:t>
      </w:r>
      <w:r w:rsidR="0018357B" w:rsidRPr="00D73AFF">
        <w:rPr>
          <w:rFonts w:cs="Mangal"/>
          <w:sz w:val="24"/>
          <w:szCs w:val="24"/>
          <w:cs/>
          <w:lang w:bidi="hi-IN"/>
        </w:rPr>
        <w:t xml:space="preserve"> </w:t>
      </w:r>
      <w:r w:rsidR="0018357B" w:rsidRPr="00D73AFF">
        <w:rPr>
          <w:rFonts w:cs="Mangal" w:hint="cs"/>
          <w:sz w:val="24"/>
          <w:szCs w:val="24"/>
          <w:cs/>
          <w:lang w:bidi="hi-IN"/>
        </w:rPr>
        <w:t>बन</w:t>
      </w:r>
      <w:r w:rsidR="0018357B" w:rsidRPr="00D73AFF">
        <w:rPr>
          <w:rFonts w:cs="Mangal"/>
          <w:sz w:val="24"/>
          <w:szCs w:val="24"/>
          <w:cs/>
          <w:lang w:bidi="hi-IN"/>
        </w:rPr>
        <w:t xml:space="preserve"> </w:t>
      </w:r>
      <w:r w:rsidR="0018357B" w:rsidRPr="00D73AFF">
        <w:rPr>
          <w:rFonts w:cs="Mangal" w:hint="cs"/>
          <w:sz w:val="24"/>
          <w:szCs w:val="24"/>
          <w:cs/>
          <w:lang w:bidi="hi-IN"/>
        </w:rPr>
        <w:t>पाते</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ऐसे</w:t>
      </w:r>
      <w:r w:rsidR="0018357B" w:rsidRPr="00D73AFF">
        <w:rPr>
          <w:rFonts w:cs="Mangal"/>
          <w:sz w:val="24"/>
          <w:szCs w:val="24"/>
          <w:cs/>
          <w:lang w:bidi="hi-IN"/>
        </w:rPr>
        <w:t xml:space="preserve"> </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आत्म</w:t>
      </w:r>
      <w:r w:rsidR="0018357B" w:rsidRPr="00D73AFF">
        <w:rPr>
          <w:rFonts w:cs="Mangal"/>
          <w:sz w:val="24"/>
          <w:szCs w:val="24"/>
          <w:cs/>
          <w:lang w:bidi="hi-IN"/>
        </w:rPr>
        <w:t>-</w:t>
      </w:r>
      <w:r w:rsidR="0018357B" w:rsidRPr="00D73AFF">
        <w:rPr>
          <w:rFonts w:cs="Mangal" w:hint="cs"/>
          <w:sz w:val="24"/>
          <w:szCs w:val="24"/>
          <w:cs/>
          <w:lang w:bidi="hi-IN"/>
        </w:rPr>
        <w:t>प्रेरणा</w:t>
      </w:r>
      <w:r w:rsidR="0018357B" w:rsidRPr="00D73AFF">
        <w:rPr>
          <w:sz w:val="24"/>
          <w:szCs w:val="24"/>
        </w:rPr>
        <w:t xml:space="preserve">, </w:t>
      </w:r>
      <w:r w:rsidR="0018357B" w:rsidRPr="00D73AFF">
        <w:rPr>
          <w:rFonts w:cs="Mangal" w:hint="cs"/>
          <w:sz w:val="24"/>
          <w:szCs w:val="24"/>
          <w:cs/>
          <w:lang w:bidi="hi-IN"/>
        </w:rPr>
        <w:t>आत्म</w:t>
      </w:r>
      <w:r w:rsidR="0018357B" w:rsidRPr="00D73AFF">
        <w:rPr>
          <w:rFonts w:cs="Mangal"/>
          <w:sz w:val="24"/>
          <w:szCs w:val="24"/>
          <w:cs/>
          <w:lang w:bidi="hi-IN"/>
        </w:rPr>
        <w:t>-</w:t>
      </w:r>
      <w:r w:rsidR="0018357B" w:rsidRPr="00D73AFF">
        <w:rPr>
          <w:rFonts w:cs="Mangal" w:hint="cs"/>
          <w:sz w:val="24"/>
          <w:szCs w:val="24"/>
          <w:cs/>
          <w:lang w:bidi="hi-IN"/>
        </w:rPr>
        <w:t>विश्वास</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जीवन</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अनुशासन</w:t>
      </w:r>
      <w:r w:rsidR="0018357B" w:rsidRPr="00D73AFF">
        <w:rPr>
          <w:rFonts w:cs="Mangal"/>
          <w:sz w:val="24"/>
          <w:szCs w:val="24"/>
          <w:cs/>
          <w:lang w:bidi="hi-IN"/>
        </w:rPr>
        <w:t xml:space="preserve"> </w:t>
      </w:r>
      <w:r w:rsidR="0018357B" w:rsidRPr="00D73AFF">
        <w:rPr>
          <w:rFonts w:cs="Mangal" w:hint="cs"/>
          <w:sz w:val="24"/>
          <w:szCs w:val="24"/>
          <w:cs/>
          <w:lang w:bidi="hi-IN"/>
        </w:rPr>
        <w:t>सीखने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अवसर</w:t>
      </w:r>
      <w:r w:rsidR="0018357B" w:rsidRPr="00D73AFF">
        <w:rPr>
          <w:rFonts w:cs="Mangal"/>
          <w:sz w:val="24"/>
          <w:szCs w:val="24"/>
          <w:cs/>
          <w:lang w:bidi="hi-IN"/>
        </w:rPr>
        <w:t xml:space="preserve"> </w:t>
      </w:r>
      <w:r w:rsidR="0018357B" w:rsidRPr="00D73AFF">
        <w:rPr>
          <w:rFonts w:cs="Mangal" w:hint="cs"/>
          <w:sz w:val="24"/>
          <w:szCs w:val="24"/>
          <w:cs/>
          <w:lang w:bidi="hi-IN"/>
        </w:rPr>
        <w:t>प्रदान</w:t>
      </w:r>
      <w:r w:rsidR="0018357B" w:rsidRPr="00D73AFF">
        <w:rPr>
          <w:rFonts w:cs="Mangal"/>
          <w:sz w:val="24"/>
          <w:szCs w:val="24"/>
          <w:cs/>
          <w:lang w:bidi="hi-IN"/>
        </w:rPr>
        <w:t xml:space="preserve"> </w:t>
      </w:r>
      <w:r w:rsidR="0018357B" w:rsidRPr="00D73AFF">
        <w:rPr>
          <w:rFonts w:cs="Mangal" w:hint="cs"/>
          <w:sz w:val="24"/>
          <w:szCs w:val="24"/>
          <w:cs/>
          <w:lang w:bidi="hi-IN"/>
        </w:rPr>
        <w:t>करते</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hint="eastAsia"/>
          <w:sz w:val="24"/>
          <w:szCs w:val="24"/>
        </w:rPr>
        <w:t>”</w:t>
      </w:r>
      <w:r w:rsidR="0018357B" w:rsidRPr="00D73AFF">
        <w:rPr>
          <w:rFonts w:cs="Mangal" w:hint="cs"/>
          <w:sz w:val="24"/>
          <w:szCs w:val="24"/>
          <w:cs/>
          <w:lang w:bidi="hi-IN"/>
        </w:rPr>
        <w:t>श्रीमती</w:t>
      </w:r>
      <w:r w:rsidR="0018357B" w:rsidRPr="00D73AFF">
        <w:rPr>
          <w:rFonts w:cs="Mangal"/>
          <w:sz w:val="24"/>
          <w:szCs w:val="24"/>
          <w:cs/>
          <w:lang w:bidi="hi-IN"/>
        </w:rPr>
        <w:t xml:space="preserve"> </w:t>
      </w:r>
      <w:r w:rsidR="0018357B" w:rsidRPr="00D73AFF">
        <w:rPr>
          <w:rFonts w:cs="Mangal" w:hint="cs"/>
          <w:sz w:val="24"/>
          <w:szCs w:val="24"/>
          <w:cs/>
          <w:lang w:bidi="hi-IN"/>
        </w:rPr>
        <w:t>जूही</w:t>
      </w:r>
      <w:r w:rsidR="0018357B" w:rsidRPr="00D73AFF">
        <w:rPr>
          <w:rFonts w:cs="Mangal"/>
          <w:sz w:val="24"/>
          <w:szCs w:val="24"/>
          <w:cs/>
          <w:lang w:bidi="hi-IN"/>
        </w:rPr>
        <w:t xml:space="preserve"> </w:t>
      </w:r>
      <w:r w:rsidR="0018357B" w:rsidRPr="00D73AFF">
        <w:rPr>
          <w:rFonts w:cs="Mangal" w:hint="cs"/>
          <w:sz w:val="24"/>
          <w:szCs w:val="24"/>
          <w:cs/>
          <w:lang w:bidi="hi-IN"/>
        </w:rPr>
        <w:t>व्यास</w:t>
      </w:r>
      <w:r w:rsidR="0018357B" w:rsidRPr="00D73AFF">
        <w:rPr>
          <w:rFonts w:cs="Mangal"/>
          <w:sz w:val="24"/>
          <w:szCs w:val="24"/>
          <w:cs/>
          <w:lang w:bidi="hi-IN"/>
        </w:rPr>
        <w:t xml:space="preserve"> </w:t>
      </w:r>
      <w:r w:rsidR="0018357B" w:rsidRPr="00D73AFF">
        <w:rPr>
          <w:rFonts w:cs="Mangal" w:hint="cs"/>
          <w:sz w:val="24"/>
          <w:szCs w:val="24"/>
          <w:cs/>
          <w:lang w:bidi="hi-IN"/>
        </w:rPr>
        <w:t>ने</w:t>
      </w:r>
      <w:r w:rsidR="0018357B" w:rsidRPr="00D73AFF">
        <w:rPr>
          <w:rFonts w:cs="Mangal"/>
          <w:sz w:val="24"/>
          <w:szCs w:val="24"/>
          <w:cs/>
          <w:lang w:bidi="hi-IN"/>
        </w:rPr>
        <w:t xml:space="preserve"> </w:t>
      </w:r>
      <w:r w:rsidR="0018357B" w:rsidRPr="00D73AFF">
        <w:rPr>
          <w:rFonts w:cs="Mangal" w:hint="cs"/>
          <w:sz w:val="24"/>
          <w:szCs w:val="24"/>
          <w:cs/>
          <w:lang w:bidi="hi-IN"/>
        </w:rPr>
        <w:t>अपने</w:t>
      </w:r>
      <w:r w:rsidR="0018357B" w:rsidRPr="00D73AFF">
        <w:rPr>
          <w:rFonts w:cs="Mangal"/>
          <w:sz w:val="24"/>
          <w:szCs w:val="24"/>
          <w:cs/>
          <w:lang w:bidi="hi-IN"/>
        </w:rPr>
        <w:t xml:space="preserve"> </w:t>
      </w:r>
      <w:r w:rsidR="0018357B" w:rsidRPr="00D73AFF">
        <w:rPr>
          <w:rFonts w:cs="Mangal" w:hint="cs"/>
          <w:sz w:val="24"/>
          <w:szCs w:val="24"/>
          <w:cs/>
          <w:lang w:bidi="hi-IN"/>
        </w:rPr>
        <w:t>व्याख्यान</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विभिन्न</w:t>
      </w:r>
      <w:r w:rsidR="0018357B" w:rsidRPr="00D73AFF">
        <w:rPr>
          <w:rFonts w:cs="Mangal"/>
          <w:sz w:val="24"/>
          <w:szCs w:val="24"/>
          <w:cs/>
          <w:lang w:bidi="hi-IN"/>
        </w:rPr>
        <w:t xml:space="preserve"> </w:t>
      </w:r>
      <w:r w:rsidR="0018357B" w:rsidRPr="00D73AFF">
        <w:rPr>
          <w:rFonts w:cs="Mangal" w:hint="cs"/>
          <w:sz w:val="24"/>
          <w:szCs w:val="24"/>
          <w:cs/>
          <w:lang w:bidi="hi-IN"/>
        </w:rPr>
        <w:t>आयामों</w:t>
      </w:r>
      <w:r w:rsidR="0018357B" w:rsidRPr="00D73AFF">
        <w:rPr>
          <w:rFonts w:cs="Mangal"/>
          <w:sz w:val="24"/>
          <w:szCs w:val="24"/>
          <w:cs/>
          <w:lang w:bidi="hi-IN"/>
        </w:rPr>
        <w:t xml:space="preserve"> </w:t>
      </w:r>
      <w:r w:rsidR="0018357B" w:rsidRPr="00D73AFF">
        <w:rPr>
          <w:rFonts w:cs="Mangal" w:hint="cs"/>
          <w:sz w:val="24"/>
          <w:szCs w:val="24"/>
          <w:cs/>
          <w:lang w:bidi="hi-IN"/>
        </w:rPr>
        <w:t>पर</w:t>
      </w:r>
      <w:r w:rsidR="0018357B" w:rsidRPr="00D73AFF">
        <w:rPr>
          <w:rFonts w:cs="Mangal"/>
          <w:sz w:val="24"/>
          <w:szCs w:val="24"/>
          <w:cs/>
          <w:lang w:bidi="hi-IN"/>
        </w:rPr>
        <w:t xml:space="preserve"> </w:t>
      </w:r>
      <w:r w:rsidR="0018357B" w:rsidRPr="00D73AFF">
        <w:rPr>
          <w:rFonts w:cs="Mangal" w:hint="cs"/>
          <w:sz w:val="24"/>
          <w:szCs w:val="24"/>
          <w:cs/>
          <w:lang w:bidi="hi-IN"/>
        </w:rPr>
        <w:t>प्रकाश</w:t>
      </w:r>
      <w:r w:rsidR="0018357B" w:rsidRPr="00D73AFF">
        <w:rPr>
          <w:rFonts w:cs="Mangal"/>
          <w:sz w:val="24"/>
          <w:szCs w:val="24"/>
          <w:cs/>
          <w:lang w:bidi="hi-IN"/>
        </w:rPr>
        <w:t xml:space="preserve"> </w:t>
      </w:r>
      <w:r w:rsidR="0018357B" w:rsidRPr="00D73AFF">
        <w:rPr>
          <w:rFonts w:cs="Mangal" w:hint="cs"/>
          <w:sz w:val="24"/>
          <w:szCs w:val="24"/>
          <w:cs/>
          <w:lang w:bidi="hi-IN"/>
        </w:rPr>
        <w:t>डाला।</w:t>
      </w:r>
      <w:r w:rsidR="0018357B" w:rsidRPr="00D73AFF">
        <w:rPr>
          <w:rFonts w:cs="Mangal"/>
          <w:sz w:val="24"/>
          <w:szCs w:val="24"/>
          <w:cs/>
          <w:lang w:bidi="hi-IN"/>
        </w:rPr>
        <w:t xml:space="preserve"> </w:t>
      </w:r>
      <w:r w:rsidR="0018357B" w:rsidRPr="00D73AFF">
        <w:rPr>
          <w:rFonts w:cs="Mangal" w:hint="cs"/>
          <w:sz w:val="24"/>
          <w:szCs w:val="24"/>
          <w:cs/>
          <w:lang w:bidi="hi-IN"/>
        </w:rPr>
        <w:t>उन्होंने</w:t>
      </w:r>
      <w:r w:rsidR="0018357B" w:rsidRPr="00D73AFF">
        <w:rPr>
          <w:rFonts w:cs="Mangal"/>
          <w:sz w:val="24"/>
          <w:szCs w:val="24"/>
          <w:cs/>
          <w:lang w:bidi="hi-IN"/>
        </w:rPr>
        <w:t xml:space="preserve"> </w:t>
      </w:r>
      <w:r w:rsidR="0018357B" w:rsidRPr="00D73AFF">
        <w:rPr>
          <w:rFonts w:cs="Mangal" w:hint="cs"/>
          <w:sz w:val="24"/>
          <w:szCs w:val="24"/>
          <w:cs/>
          <w:lang w:bidi="hi-IN"/>
        </w:rPr>
        <w:t>कहा</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hint="eastAsia"/>
          <w:sz w:val="24"/>
          <w:szCs w:val="24"/>
        </w:rPr>
        <w:t>“</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केवल</w:t>
      </w:r>
      <w:r w:rsidR="0018357B" w:rsidRPr="00D73AFF">
        <w:rPr>
          <w:rFonts w:cs="Mangal"/>
          <w:sz w:val="24"/>
          <w:szCs w:val="24"/>
          <w:cs/>
          <w:lang w:bidi="hi-IN"/>
        </w:rPr>
        <w:t xml:space="preserve"> </w:t>
      </w:r>
      <w:r w:rsidR="0018357B" w:rsidRPr="00D73AFF">
        <w:rPr>
          <w:rFonts w:cs="Mangal" w:hint="cs"/>
          <w:sz w:val="24"/>
          <w:szCs w:val="24"/>
          <w:cs/>
          <w:lang w:bidi="hi-IN"/>
        </w:rPr>
        <w:t>बाहरी</w:t>
      </w:r>
      <w:r w:rsidR="0018357B" w:rsidRPr="00D73AFF">
        <w:rPr>
          <w:rFonts w:cs="Mangal"/>
          <w:sz w:val="24"/>
          <w:szCs w:val="24"/>
          <w:cs/>
          <w:lang w:bidi="hi-IN"/>
        </w:rPr>
        <w:t xml:space="preserve"> </w:t>
      </w:r>
      <w:r w:rsidR="0018357B" w:rsidRPr="00D73AFF">
        <w:rPr>
          <w:rFonts w:cs="Mangal" w:hint="cs"/>
          <w:sz w:val="24"/>
          <w:szCs w:val="24"/>
          <w:cs/>
          <w:lang w:bidi="hi-IN"/>
        </w:rPr>
        <w:t>रूप</w:t>
      </w:r>
      <w:r w:rsidR="0018357B" w:rsidRPr="00D73AFF">
        <w:rPr>
          <w:rFonts w:cs="Mangal"/>
          <w:sz w:val="24"/>
          <w:szCs w:val="24"/>
          <w:cs/>
          <w:lang w:bidi="hi-IN"/>
        </w:rPr>
        <w:t>-</w:t>
      </w:r>
      <w:r w:rsidR="0018357B" w:rsidRPr="00D73AFF">
        <w:rPr>
          <w:rFonts w:cs="Mangal" w:hint="cs"/>
          <w:sz w:val="24"/>
          <w:szCs w:val="24"/>
          <w:cs/>
          <w:lang w:bidi="hi-IN"/>
        </w:rPr>
        <w:t>रंग</w:t>
      </w:r>
      <w:r w:rsidR="0018357B" w:rsidRPr="00D73AFF">
        <w:rPr>
          <w:rFonts w:cs="Mangal"/>
          <w:sz w:val="24"/>
          <w:szCs w:val="24"/>
          <w:cs/>
          <w:lang w:bidi="hi-IN"/>
        </w:rPr>
        <w:t xml:space="preserve"> </w:t>
      </w:r>
      <w:r w:rsidR="0018357B" w:rsidRPr="00D73AFF">
        <w:rPr>
          <w:rFonts w:cs="Mangal" w:hint="cs"/>
          <w:sz w:val="24"/>
          <w:szCs w:val="24"/>
          <w:cs/>
          <w:lang w:bidi="hi-IN"/>
        </w:rPr>
        <w:t>तक</w:t>
      </w:r>
      <w:r w:rsidR="0018357B" w:rsidRPr="00D73AFF">
        <w:rPr>
          <w:rFonts w:cs="Mangal"/>
          <w:sz w:val="24"/>
          <w:szCs w:val="24"/>
          <w:cs/>
          <w:lang w:bidi="hi-IN"/>
        </w:rPr>
        <w:t xml:space="preserve"> </w:t>
      </w:r>
      <w:r w:rsidR="0018357B" w:rsidRPr="00D73AFF">
        <w:rPr>
          <w:rFonts w:cs="Mangal" w:hint="cs"/>
          <w:sz w:val="24"/>
          <w:szCs w:val="24"/>
          <w:cs/>
          <w:lang w:bidi="hi-IN"/>
        </w:rPr>
        <w:t>सीमित</w:t>
      </w:r>
      <w:r w:rsidR="0018357B" w:rsidRPr="00D73AFF">
        <w:rPr>
          <w:rFonts w:cs="Mangal"/>
          <w:sz w:val="24"/>
          <w:szCs w:val="24"/>
          <w:cs/>
          <w:lang w:bidi="hi-IN"/>
        </w:rPr>
        <w:t xml:space="preserve"> </w:t>
      </w:r>
      <w:r w:rsidR="0018357B" w:rsidRPr="00D73AFF">
        <w:rPr>
          <w:rFonts w:cs="Mangal" w:hint="cs"/>
          <w:sz w:val="24"/>
          <w:szCs w:val="24"/>
          <w:cs/>
          <w:lang w:bidi="hi-IN"/>
        </w:rPr>
        <w:t>नहीं</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sz w:val="24"/>
          <w:szCs w:val="24"/>
        </w:rPr>
        <w:t xml:space="preserve">, </w:t>
      </w:r>
      <w:r w:rsidR="0018357B" w:rsidRPr="00D73AFF">
        <w:rPr>
          <w:rFonts w:cs="Mangal" w:hint="cs"/>
          <w:sz w:val="24"/>
          <w:szCs w:val="24"/>
          <w:cs/>
          <w:lang w:bidi="hi-IN"/>
        </w:rPr>
        <w:t>बल्कि</w:t>
      </w:r>
      <w:r w:rsidR="0018357B" w:rsidRPr="00D73AFF">
        <w:rPr>
          <w:rFonts w:cs="Mangal"/>
          <w:sz w:val="24"/>
          <w:szCs w:val="24"/>
          <w:cs/>
          <w:lang w:bidi="hi-IN"/>
        </w:rPr>
        <w:t xml:space="preserve"> </w:t>
      </w:r>
      <w:r w:rsidR="0018357B" w:rsidRPr="00D73AFF">
        <w:rPr>
          <w:rFonts w:cs="Mangal" w:hint="cs"/>
          <w:sz w:val="24"/>
          <w:szCs w:val="24"/>
          <w:cs/>
          <w:lang w:bidi="hi-IN"/>
        </w:rPr>
        <w:t>यहसोचने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तरीके</w:t>
      </w:r>
      <w:r w:rsidR="0018357B" w:rsidRPr="00D73AFF">
        <w:rPr>
          <w:sz w:val="24"/>
          <w:szCs w:val="24"/>
        </w:rPr>
        <w:t xml:space="preserve">, </w:t>
      </w:r>
      <w:r w:rsidR="0018357B" w:rsidRPr="00D73AFF">
        <w:rPr>
          <w:rFonts w:cs="Mangal" w:hint="cs"/>
          <w:sz w:val="24"/>
          <w:szCs w:val="24"/>
          <w:cs/>
          <w:lang w:bidi="hi-IN"/>
        </w:rPr>
        <w:t>व्यवहार</w:t>
      </w:r>
      <w:r w:rsidR="0018357B" w:rsidRPr="00D73AFF">
        <w:rPr>
          <w:sz w:val="24"/>
          <w:szCs w:val="24"/>
        </w:rPr>
        <w:t xml:space="preserve">, </w:t>
      </w:r>
      <w:r w:rsidR="0018357B" w:rsidRPr="00D73AFF">
        <w:rPr>
          <w:rFonts w:cs="Mangal" w:hint="cs"/>
          <w:sz w:val="24"/>
          <w:szCs w:val="24"/>
          <w:cs/>
          <w:lang w:bidi="hi-IN"/>
        </w:rPr>
        <w:t>संवाद</w:t>
      </w:r>
      <w:r w:rsidR="0018357B" w:rsidRPr="00D73AFF">
        <w:rPr>
          <w:rFonts w:cs="Mangal"/>
          <w:sz w:val="24"/>
          <w:szCs w:val="24"/>
          <w:cs/>
          <w:lang w:bidi="hi-IN"/>
        </w:rPr>
        <w:t xml:space="preserve"> </w:t>
      </w:r>
      <w:r w:rsidR="0018357B" w:rsidRPr="00D73AFF">
        <w:rPr>
          <w:rFonts w:cs="Mangal" w:hint="cs"/>
          <w:sz w:val="24"/>
          <w:szCs w:val="24"/>
          <w:cs/>
          <w:lang w:bidi="hi-IN"/>
        </w:rPr>
        <w:t>कौशल</w:t>
      </w:r>
      <w:r w:rsidR="0018357B" w:rsidRPr="00D73AFF">
        <w:rPr>
          <w:sz w:val="24"/>
          <w:szCs w:val="24"/>
        </w:rPr>
        <w:t xml:space="preserve">, </w:t>
      </w:r>
      <w:r w:rsidR="0018357B" w:rsidRPr="00D73AFF">
        <w:rPr>
          <w:rFonts w:cs="Mangal" w:hint="cs"/>
          <w:sz w:val="24"/>
          <w:szCs w:val="24"/>
          <w:cs/>
          <w:lang w:bidi="hi-IN"/>
        </w:rPr>
        <w:t>आत्मविश्वास</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नेतृत्व</w:t>
      </w:r>
      <w:r w:rsidR="0018357B" w:rsidRPr="00D73AFF">
        <w:rPr>
          <w:rFonts w:cs="Mangal"/>
          <w:sz w:val="24"/>
          <w:szCs w:val="24"/>
          <w:cs/>
          <w:lang w:bidi="hi-IN"/>
        </w:rPr>
        <w:t xml:space="preserve"> </w:t>
      </w:r>
      <w:r w:rsidR="0018357B" w:rsidRPr="00D73AFF">
        <w:rPr>
          <w:rFonts w:cs="Mangal" w:hint="cs"/>
          <w:sz w:val="24"/>
          <w:szCs w:val="24"/>
          <w:cs/>
          <w:lang w:bidi="hi-IN"/>
        </w:rPr>
        <w:t>क्षमताका</w:t>
      </w:r>
      <w:r w:rsidR="0018357B" w:rsidRPr="00D73AFF">
        <w:rPr>
          <w:rFonts w:cs="Mangal"/>
          <w:sz w:val="24"/>
          <w:szCs w:val="24"/>
          <w:cs/>
          <w:lang w:bidi="hi-IN"/>
        </w:rPr>
        <w:t xml:space="preserve"> </w:t>
      </w:r>
      <w:r w:rsidR="0018357B" w:rsidRPr="00D73AFF">
        <w:rPr>
          <w:rFonts w:cs="Mangal" w:hint="cs"/>
          <w:sz w:val="24"/>
          <w:szCs w:val="24"/>
          <w:cs/>
          <w:lang w:bidi="hi-IN"/>
        </w:rPr>
        <w:t>सम्मिलित</w:t>
      </w:r>
      <w:r w:rsidR="0018357B" w:rsidRPr="00D73AFF">
        <w:rPr>
          <w:rFonts w:cs="Mangal"/>
          <w:sz w:val="24"/>
          <w:szCs w:val="24"/>
          <w:cs/>
          <w:lang w:bidi="hi-IN"/>
        </w:rPr>
        <w:t xml:space="preserve"> </w:t>
      </w:r>
      <w:r w:rsidR="0018357B" w:rsidRPr="00D73AFF">
        <w:rPr>
          <w:rFonts w:cs="Mangal" w:hint="cs"/>
          <w:sz w:val="24"/>
          <w:szCs w:val="24"/>
          <w:cs/>
          <w:lang w:bidi="hi-IN"/>
        </w:rPr>
        <w:t>रूप</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जीवन</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सफलता</w:t>
      </w:r>
      <w:r w:rsidR="0018357B" w:rsidRPr="00D73AFF">
        <w:rPr>
          <w:rFonts w:cs="Mangal"/>
          <w:sz w:val="24"/>
          <w:szCs w:val="24"/>
          <w:cs/>
          <w:lang w:bidi="hi-IN"/>
        </w:rPr>
        <w:t xml:space="preserve"> </w:t>
      </w:r>
      <w:r w:rsidR="0018357B" w:rsidRPr="00D73AFF">
        <w:rPr>
          <w:rFonts w:cs="Mangal" w:hint="cs"/>
          <w:sz w:val="24"/>
          <w:szCs w:val="24"/>
          <w:cs/>
          <w:lang w:bidi="hi-IN"/>
        </w:rPr>
        <w:t>पाने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लिए</w:t>
      </w:r>
      <w:r w:rsidR="0018357B" w:rsidRPr="00D73AFF">
        <w:rPr>
          <w:rFonts w:cs="Mangal"/>
          <w:sz w:val="24"/>
          <w:szCs w:val="24"/>
          <w:cs/>
          <w:lang w:bidi="hi-IN"/>
        </w:rPr>
        <w:t xml:space="preserve"> </w:t>
      </w:r>
      <w:r w:rsidR="0018357B" w:rsidRPr="00D73AFF">
        <w:rPr>
          <w:rFonts w:cs="Mangal" w:hint="cs"/>
          <w:sz w:val="24"/>
          <w:szCs w:val="24"/>
          <w:cs/>
          <w:lang w:bidi="hi-IN"/>
        </w:rPr>
        <w:t>युवा</w:t>
      </w:r>
      <w:r w:rsidR="0018357B" w:rsidRPr="00D73AFF">
        <w:rPr>
          <w:rFonts w:cs="Mangal"/>
          <w:sz w:val="24"/>
          <w:szCs w:val="24"/>
          <w:cs/>
          <w:lang w:bidi="hi-IN"/>
        </w:rPr>
        <w:t xml:space="preserve"> </w:t>
      </w:r>
      <w:r w:rsidR="0018357B" w:rsidRPr="00D73AFF">
        <w:rPr>
          <w:rFonts w:cs="Mangal" w:hint="cs"/>
          <w:sz w:val="24"/>
          <w:szCs w:val="24"/>
          <w:cs/>
          <w:lang w:bidi="hi-IN"/>
        </w:rPr>
        <w:t>पीढ़ी</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सकारात्मक</w:t>
      </w:r>
      <w:r w:rsidR="0018357B" w:rsidRPr="00D73AFF">
        <w:rPr>
          <w:rFonts w:cs="Mangal"/>
          <w:sz w:val="24"/>
          <w:szCs w:val="24"/>
          <w:cs/>
          <w:lang w:bidi="hi-IN"/>
        </w:rPr>
        <w:t xml:space="preserve"> </w:t>
      </w:r>
      <w:r w:rsidR="0018357B" w:rsidRPr="00D73AFF">
        <w:rPr>
          <w:rFonts w:cs="Mangal" w:hint="cs"/>
          <w:sz w:val="24"/>
          <w:szCs w:val="24"/>
          <w:cs/>
          <w:lang w:bidi="hi-IN"/>
        </w:rPr>
        <w:t>दृष्टिकोण</w:t>
      </w:r>
      <w:r w:rsidR="0018357B" w:rsidRPr="00D73AFF">
        <w:rPr>
          <w:sz w:val="24"/>
          <w:szCs w:val="24"/>
        </w:rPr>
        <w:t xml:space="preserve">, </w:t>
      </w:r>
      <w:r w:rsidR="0018357B" w:rsidRPr="00D73AFF">
        <w:rPr>
          <w:rFonts w:cs="Mangal" w:hint="cs"/>
          <w:sz w:val="24"/>
          <w:szCs w:val="24"/>
          <w:cs/>
          <w:lang w:bidi="hi-IN"/>
        </w:rPr>
        <w:t>अनुशासन</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दृढ़</w:t>
      </w:r>
      <w:r w:rsidR="0018357B" w:rsidRPr="00D73AFF">
        <w:rPr>
          <w:rFonts w:cs="Mangal"/>
          <w:sz w:val="24"/>
          <w:szCs w:val="24"/>
          <w:cs/>
          <w:lang w:bidi="hi-IN"/>
        </w:rPr>
        <w:t xml:space="preserve"> </w:t>
      </w:r>
      <w:r w:rsidR="0018357B" w:rsidRPr="00D73AFF">
        <w:rPr>
          <w:rFonts w:cs="Mangal" w:hint="cs"/>
          <w:sz w:val="24"/>
          <w:szCs w:val="24"/>
          <w:cs/>
          <w:lang w:bidi="hi-IN"/>
        </w:rPr>
        <w:t>इच्छाशक्ति</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अपनाना</w:t>
      </w:r>
      <w:r w:rsidR="0018357B" w:rsidRPr="00D73AFF">
        <w:rPr>
          <w:rFonts w:cs="Mangal"/>
          <w:sz w:val="24"/>
          <w:szCs w:val="24"/>
          <w:cs/>
          <w:lang w:bidi="hi-IN"/>
        </w:rPr>
        <w:t xml:space="preserve"> </w:t>
      </w:r>
      <w:r w:rsidR="0018357B" w:rsidRPr="00D73AFF">
        <w:rPr>
          <w:rFonts w:cs="Mangal" w:hint="cs"/>
          <w:sz w:val="24"/>
          <w:szCs w:val="24"/>
          <w:cs/>
          <w:lang w:bidi="hi-IN"/>
        </w:rPr>
        <w:t>चाहिए।</w:t>
      </w:r>
      <w:r w:rsidR="0018357B" w:rsidRPr="00D73AFF">
        <w:rPr>
          <w:rFonts w:cs="Mangal"/>
          <w:sz w:val="24"/>
          <w:szCs w:val="24"/>
          <w:cs/>
          <w:lang w:bidi="hi-IN"/>
        </w:rPr>
        <w:t xml:space="preserve"> </w:t>
      </w:r>
      <w:r w:rsidR="0018357B" w:rsidRPr="00D73AFF">
        <w:rPr>
          <w:rFonts w:cs="Mangal" w:hint="cs"/>
          <w:sz w:val="24"/>
          <w:szCs w:val="24"/>
          <w:cs/>
          <w:lang w:bidi="hi-IN"/>
        </w:rPr>
        <w:t>आत्म</w:t>
      </w:r>
      <w:r w:rsidR="0018357B" w:rsidRPr="00D73AFF">
        <w:rPr>
          <w:rFonts w:cs="Mangal"/>
          <w:sz w:val="24"/>
          <w:szCs w:val="24"/>
          <w:cs/>
          <w:lang w:bidi="hi-IN"/>
        </w:rPr>
        <w:t>-</w:t>
      </w:r>
      <w:r w:rsidR="0018357B" w:rsidRPr="00D73AFF">
        <w:rPr>
          <w:rFonts w:cs="Mangal" w:hint="cs"/>
          <w:sz w:val="24"/>
          <w:szCs w:val="24"/>
          <w:cs/>
          <w:lang w:bidi="hi-IN"/>
        </w:rPr>
        <w:t>विश्लेषण</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निरंतर</w:t>
      </w:r>
      <w:r w:rsidR="0018357B" w:rsidRPr="00D73AFF">
        <w:rPr>
          <w:rFonts w:cs="Mangal"/>
          <w:sz w:val="24"/>
          <w:szCs w:val="24"/>
          <w:cs/>
          <w:lang w:bidi="hi-IN"/>
        </w:rPr>
        <w:t xml:space="preserve"> </w:t>
      </w:r>
      <w:r w:rsidR="0018357B" w:rsidRPr="00D73AFF">
        <w:rPr>
          <w:rFonts w:cs="Mangal" w:hint="cs"/>
          <w:sz w:val="24"/>
          <w:szCs w:val="24"/>
          <w:cs/>
          <w:lang w:bidi="hi-IN"/>
        </w:rPr>
        <w:t>अभ्यास</w:t>
      </w:r>
      <w:r w:rsidR="0018357B" w:rsidRPr="00D73AFF">
        <w:rPr>
          <w:rFonts w:cs="Mangal"/>
          <w:sz w:val="24"/>
          <w:szCs w:val="24"/>
          <w:cs/>
          <w:lang w:bidi="hi-IN"/>
        </w:rPr>
        <w:t xml:space="preserve"> </w:t>
      </w:r>
      <w:r w:rsidR="0018357B" w:rsidRPr="00D73AFF">
        <w:rPr>
          <w:rFonts w:cs="Mangal" w:hint="cs"/>
          <w:sz w:val="24"/>
          <w:szCs w:val="24"/>
          <w:cs/>
          <w:lang w:bidi="hi-IN"/>
        </w:rPr>
        <w:t>से</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सशक्त</w:t>
      </w:r>
      <w:r w:rsidR="0018357B" w:rsidRPr="00D73AFF">
        <w:rPr>
          <w:rFonts w:cs="Mangal"/>
          <w:sz w:val="24"/>
          <w:szCs w:val="24"/>
          <w:cs/>
          <w:lang w:bidi="hi-IN"/>
        </w:rPr>
        <w:t xml:space="preserve"> </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निर्माण</w:t>
      </w:r>
      <w:r w:rsidR="0018357B" w:rsidRPr="00D73AFF">
        <w:rPr>
          <w:rFonts w:cs="Mangal"/>
          <w:sz w:val="24"/>
          <w:szCs w:val="24"/>
          <w:cs/>
          <w:lang w:bidi="hi-IN"/>
        </w:rPr>
        <w:t xml:space="preserve"> </w:t>
      </w:r>
      <w:r w:rsidR="0018357B" w:rsidRPr="00D73AFF">
        <w:rPr>
          <w:rFonts w:cs="Mangal" w:hint="cs"/>
          <w:sz w:val="24"/>
          <w:szCs w:val="24"/>
          <w:cs/>
          <w:lang w:bidi="hi-IN"/>
        </w:rPr>
        <w:t>संभव</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hint="eastAsia"/>
          <w:sz w:val="24"/>
          <w:szCs w:val="24"/>
        </w:rPr>
        <w:t>”</w:t>
      </w:r>
      <w:r w:rsidR="0018357B" w:rsidRPr="00D73AFF">
        <w:rPr>
          <w:rFonts w:cs="Mangal" w:hint="cs"/>
          <w:sz w:val="24"/>
          <w:szCs w:val="24"/>
          <w:cs/>
          <w:lang w:bidi="hi-IN"/>
        </w:rPr>
        <w:t>उन्होंने</w:t>
      </w:r>
      <w:r w:rsidR="0018357B" w:rsidRPr="00D73AFF">
        <w:rPr>
          <w:rFonts w:cs="Mangal"/>
          <w:sz w:val="24"/>
          <w:szCs w:val="24"/>
          <w:cs/>
          <w:lang w:bidi="hi-IN"/>
        </w:rPr>
        <w:t xml:space="preserve"> </w:t>
      </w:r>
      <w:r w:rsidR="0018357B" w:rsidRPr="00D73AFF">
        <w:rPr>
          <w:rFonts w:cs="Mangal" w:hint="cs"/>
          <w:sz w:val="24"/>
          <w:szCs w:val="24"/>
          <w:cs/>
          <w:lang w:bidi="hi-IN"/>
        </w:rPr>
        <w:t>अपने</w:t>
      </w:r>
      <w:r w:rsidR="0018357B" w:rsidRPr="00D73AFF">
        <w:rPr>
          <w:rFonts w:cs="Mangal"/>
          <w:sz w:val="24"/>
          <w:szCs w:val="24"/>
          <w:cs/>
          <w:lang w:bidi="hi-IN"/>
        </w:rPr>
        <w:t xml:space="preserve"> </w:t>
      </w:r>
      <w:r w:rsidR="0018357B" w:rsidRPr="00D73AFF">
        <w:rPr>
          <w:rFonts w:cs="Mangal" w:hint="cs"/>
          <w:sz w:val="24"/>
          <w:szCs w:val="24"/>
          <w:cs/>
          <w:lang w:bidi="hi-IN"/>
        </w:rPr>
        <w:t>जीवन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अनुभवों</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साझा</w:t>
      </w:r>
      <w:r w:rsidR="0018357B" w:rsidRPr="00D73AFF">
        <w:rPr>
          <w:rFonts w:cs="Mangal"/>
          <w:sz w:val="24"/>
          <w:szCs w:val="24"/>
          <w:cs/>
          <w:lang w:bidi="hi-IN"/>
        </w:rPr>
        <w:t xml:space="preserve"> </w:t>
      </w:r>
      <w:r w:rsidR="0018357B" w:rsidRPr="00D73AFF">
        <w:rPr>
          <w:rFonts w:cs="Mangal" w:hint="cs"/>
          <w:sz w:val="24"/>
          <w:szCs w:val="24"/>
          <w:cs/>
          <w:lang w:bidi="hi-IN"/>
        </w:rPr>
        <w:t>करते</w:t>
      </w:r>
      <w:r w:rsidR="0018357B" w:rsidRPr="00D73AFF">
        <w:rPr>
          <w:rFonts w:cs="Mangal"/>
          <w:sz w:val="24"/>
          <w:szCs w:val="24"/>
          <w:cs/>
          <w:lang w:bidi="hi-IN"/>
        </w:rPr>
        <w:t xml:space="preserve"> </w:t>
      </w:r>
      <w:r w:rsidR="0018357B" w:rsidRPr="00D73AFF">
        <w:rPr>
          <w:rFonts w:cs="Mangal" w:hint="cs"/>
          <w:sz w:val="24"/>
          <w:szCs w:val="24"/>
          <w:cs/>
          <w:lang w:bidi="hi-IN"/>
        </w:rPr>
        <w:t>हुए</w:t>
      </w:r>
      <w:r w:rsidR="0018357B" w:rsidRPr="00D73AFF">
        <w:rPr>
          <w:rFonts w:cs="Mangal"/>
          <w:sz w:val="24"/>
          <w:szCs w:val="24"/>
          <w:cs/>
          <w:lang w:bidi="hi-IN"/>
        </w:rPr>
        <w:t xml:space="preserve"> </w:t>
      </w:r>
      <w:r w:rsidR="0018357B" w:rsidRPr="00D73AFF">
        <w:rPr>
          <w:rFonts w:cs="Mangal" w:hint="cs"/>
          <w:sz w:val="24"/>
          <w:szCs w:val="24"/>
          <w:cs/>
          <w:lang w:bidi="hi-IN"/>
        </w:rPr>
        <w:t>बताया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किस</w:t>
      </w:r>
      <w:r w:rsidR="0018357B" w:rsidRPr="00D73AFF">
        <w:rPr>
          <w:rFonts w:cs="Mangal"/>
          <w:sz w:val="24"/>
          <w:szCs w:val="24"/>
          <w:cs/>
          <w:lang w:bidi="hi-IN"/>
        </w:rPr>
        <w:t xml:space="preserve"> </w:t>
      </w:r>
      <w:r w:rsidR="0018357B" w:rsidRPr="00D73AFF">
        <w:rPr>
          <w:rFonts w:cs="Mangal" w:hint="cs"/>
          <w:sz w:val="24"/>
          <w:szCs w:val="24"/>
          <w:cs/>
          <w:lang w:bidi="hi-IN"/>
        </w:rPr>
        <w:t>प्रकार</w:t>
      </w:r>
      <w:r w:rsidR="0018357B" w:rsidRPr="00D73AFF">
        <w:rPr>
          <w:rFonts w:cs="Mangal"/>
          <w:sz w:val="24"/>
          <w:szCs w:val="24"/>
          <w:cs/>
          <w:lang w:bidi="hi-IN"/>
        </w:rPr>
        <w:t xml:space="preserve"> </w:t>
      </w:r>
      <w:r w:rsidR="0018357B" w:rsidRPr="00D73AFF">
        <w:rPr>
          <w:rFonts w:cs="Mangal" w:hint="cs"/>
          <w:sz w:val="24"/>
          <w:szCs w:val="24"/>
          <w:cs/>
          <w:lang w:bidi="hi-IN"/>
        </w:rPr>
        <w:t>आत्मविश्वास</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सही</w:t>
      </w:r>
      <w:r w:rsidR="0018357B" w:rsidRPr="00D73AFF">
        <w:rPr>
          <w:rFonts w:cs="Mangal"/>
          <w:sz w:val="24"/>
          <w:szCs w:val="24"/>
          <w:cs/>
          <w:lang w:bidi="hi-IN"/>
        </w:rPr>
        <w:t xml:space="preserve"> </w:t>
      </w:r>
      <w:r w:rsidR="0018357B" w:rsidRPr="00D73AFF">
        <w:rPr>
          <w:rFonts w:cs="Mangal" w:hint="cs"/>
          <w:sz w:val="24"/>
          <w:szCs w:val="24"/>
          <w:cs/>
          <w:lang w:bidi="hi-IN"/>
        </w:rPr>
        <w:t>मार्गदर्शन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सहारे</w:t>
      </w:r>
      <w:r w:rsidR="0018357B" w:rsidRPr="00D73AFF">
        <w:rPr>
          <w:rFonts w:cs="Mangal"/>
          <w:sz w:val="24"/>
          <w:szCs w:val="24"/>
          <w:cs/>
          <w:lang w:bidi="hi-IN"/>
        </w:rPr>
        <w:t xml:space="preserve"> </w:t>
      </w:r>
      <w:r w:rsidR="0018357B" w:rsidRPr="00D73AFF">
        <w:rPr>
          <w:rFonts w:cs="Mangal" w:hint="cs"/>
          <w:sz w:val="24"/>
          <w:szCs w:val="24"/>
          <w:cs/>
          <w:lang w:bidi="hi-IN"/>
        </w:rPr>
        <w:t>व्यक्ति</w:t>
      </w:r>
      <w:r w:rsidR="0018357B" w:rsidRPr="00D73AFF">
        <w:rPr>
          <w:rFonts w:cs="Mangal"/>
          <w:sz w:val="24"/>
          <w:szCs w:val="24"/>
          <w:cs/>
          <w:lang w:bidi="hi-IN"/>
        </w:rPr>
        <w:t xml:space="preserve"> </w:t>
      </w:r>
      <w:r w:rsidR="0018357B" w:rsidRPr="00D73AFF">
        <w:rPr>
          <w:rFonts w:cs="Mangal" w:hint="cs"/>
          <w:sz w:val="24"/>
          <w:szCs w:val="24"/>
          <w:cs/>
          <w:lang w:bidi="hi-IN"/>
        </w:rPr>
        <w:t>किसी</w:t>
      </w:r>
      <w:r w:rsidR="0018357B" w:rsidRPr="00D73AFF">
        <w:rPr>
          <w:rFonts w:cs="Mangal"/>
          <w:sz w:val="24"/>
          <w:szCs w:val="24"/>
          <w:cs/>
          <w:lang w:bidi="hi-IN"/>
        </w:rPr>
        <w:t xml:space="preserve"> </w:t>
      </w:r>
      <w:r w:rsidR="0018357B" w:rsidRPr="00D73AFF">
        <w:rPr>
          <w:rFonts w:cs="Mangal" w:hint="cs"/>
          <w:sz w:val="24"/>
          <w:szCs w:val="24"/>
          <w:cs/>
          <w:lang w:bidi="hi-IN"/>
        </w:rPr>
        <w:t>भी</w:t>
      </w:r>
      <w:r w:rsidR="0018357B" w:rsidRPr="00D73AFF">
        <w:rPr>
          <w:rFonts w:cs="Mangal"/>
          <w:sz w:val="24"/>
          <w:szCs w:val="24"/>
          <w:cs/>
          <w:lang w:bidi="hi-IN"/>
        </w:rPr>
        <w:t xml:space="preserve"> </w:t>
      </w:r>
      <w:r w:rsidR="0018357B" w:rsidRPr="00D73AFF">
        <w:rPr>
          <w:rFonts w:cs="Mangal" w:hint="cs"/>
          <w:sz w:val="24"/>
          <w:szCs w:val="24"/>
          <w:cs/>
          <w:lang w:bidi="hi-IN"/>
        </w:rPr>
        <w:t>कठिन</w:t>
      </w:r>
      <w:r w:rsidR="0018357B" w:rsidRPr="00D73AFF">
        <w:rPr>
          <w:rFonts w:cs="Mangal"/>
          <w:sz w:val="24"/>
          <w:szCs w:val="24"/>
          <w:cs/>
          <w:lang w:bidi="hi-IN"/>
        </w:rPr>
        <w:t xml:space="preserve"> </w:t>
      </w:r>
      <w:r w:rsidR="0018357B" w:rsidRPr="00D73AFF">
        <w:rPr>
          <w:rFonts w:cs="Mangal" w:hint="cs"/>
          <w:sz w:val="24"/>
          <w:szCs w:val="24"/>
          <w:cs/>
          <w:lang w:bidi="hi-IN"/>
        </w:rPr>
        <w:t>परिस्थिति</w:t>
      </w:r>
      <w:r w:rsidR="0018357B" w:rsidRPr="00D73AFF">
        <w:rPr>
          <w:rFonts w:cs="Mangal"/>
          <w:sz w:val="24"/>
          <w:szCs w:val="24"/>
          <w:cs/>
          <w:lang w:bidi="hi-IN"/>
        </w:rPr>
        <w:t xml:space="preserve"> </w:t>
      </w:r>
      <w:r w:rsidR="0018357B" w:rsidRPr="00D73AFF">
        <w:rPr>
          <w:rFonts w:cs="Mangal" w:hint="cs"/>
          <w:sz w:val="24"/>
          <w:szCs w:val="24"/>
          <w:cs/>
          <w:lang w:bidi="hi-IN"/>
        </w:rPr>
        <w:t>पर</w:t>
      </w:r>
      <w:r w:rsidR="0018357B" w:rsidRPr="00D73AFF">
        <w:rPr>
          <w:rFonts w:cs="Mangal"/>
          <w:sz w:val="24"/>
          <w:szCs w:val="24"/>
          <w:cs/>
          <w:lang w:bidi="hi-IN"/>
        </w:rPr>
        <w:t xml:space="preserve"> </w:t>
      </w:r>
      <w:r w:rsidR="0018357B" w:rsidRPr="00D73AFF">
        <w:rPr>
          <w:rFonts w:cs="Mangal" w:hint="cs"/>
          <w:sz w:val="24"/>
          <w:szCs w:val="24"/>
          <w:cs/>
          <w:lang w:bidi="hi-IN"/>
        </w:rPr>
        <w:t>विजय</w:t>
      </w:r>
      <w:r w:rsidR="0018357B" w:rsidRPr="00D73AFF">
        <w:rPr>
          <w:rFonts w:cs="Mangal"/>
          <w:sz w:val="24"/>
          <w:szCs w:val="24"/>
          <w:cs/>
          <w:lang w:bidi="hi-IN"/>
        </w:rPr>
        <w:t xml:space="preserve"> </w:t>
      </w:r>
      <w:r w:rsidR="0018357B" w:rsidRPr="00D73AFF">
        <w:rPr>
          <w:rFonts w:cs="Mangal" w:hint="cs"/>
          <w:sz w:val="24"/>
          <w:szCs w:val="24"/>
          <w:cs/>
          <w:lang w:bidi="hi-IN"/>
        </w:rPr>
        <w:t>प्राप्त</w:t>
      </w:r>
      <w:r w:rsidR="0018357B" w:rsidRPr="00D73AFF">
        <w:rPr>
          <w:rFonts w:cs="Mangal"/>
          <w:sz w:val="24"/>
          <w:szCs w:val="24"/>
          <w:cs/>
          <w:lang w:bidi="hi-IN"/>
        </w:rPr>
        <w:t xml:space="preserve"> </w:t>
      </w:r>
      <w:r w:rsidR="0018357B" w:rsidRPr="00D73AFF">
        <w:rPr>
          <w:rFonts w:cs="Mangal" w:hint="cs"/>
          <w:sz w:val="24"/>
          <w:szCs w:val="24"/>
          <w:cs/>
          <w:lang w:bidi="hi-IN"/>
        </w:rPr>
        <w:t>कर</w:t>
      </w:r>
      <w:r w:rsidR="0018357B" w:rsidRPr="00D73AFF">
        <w:rPr>
          <w:rFonts w:cs="Mangal"/>
          <w:sz w:val="24"/>
          <w:szCs w:val="24"/>
          <w:cs/>
          <w:lang w:bidi="hi-IN"/>
        </w:rPr>
        <w:t xml:space="preserve"> </w:t>
      </w:r>
      <w:r w:rsidR="0018357B" w:rsidRPr="00D73AFF">
        <w:rPr>
          <w:rFonts w:cs="Mangal" w:hint="cs"/>
          <w:sz w:val="24"/>
          <w:szCs w:val="24"/>
          <w:cs/>
          <w:lang w:bidi="hi-IN"/>
        </w:rPr>
        <w:t>सकता</w:t>
      </w:r>
      <w:r w:rsidR="0018357B" w:rsidRPr="00D73AFF">
        <w:rPr>
          <w:rFonts w:cs="Mangal"/>
          <w:sz w:val="24"/>
          <w:szCs w:val="24"/>
          <w:cs/>
          <w:lang w:bidi="hi-IN"/>
        </w:rPr>
        <w:t xml:space="preserve"> </w:t>
      </w:r>
      <w:r w:rsidR="0018357B" w:rsidRPr="00D73AFF">
        <w:rPr>
          <w:rFonts w:cs="Mangal" w:hint="cs"/>
          <w:sz w:val="24"/>
          <w:szCs w:val="24"/>
          <w:cs/>
          <w:lang w:bidi="hi-IN"/>
        </w:rPr>
        <w:t>है।यंग</w:t>
      </w:r>
      <w:r w:rsidR="0018357B" w:rsidRPr="00D73AFF">
        <w:rPr>
          <w:rFonts w:cs="Mangal"/>
          <w:sz w:val="24"/>
          <w:szCs w:val="24"/>
          <w:cs/>
          <w:lang w:bidi="hi-IN"/>
        </w:rPr>
        <w:t xml:space="preserve"> </w:t>
      </w:r>
      <w:r w:rsidR="0018357B" w:rsidRPr="00D73AFF">
        <w:rPr>
          <w:rFonts w:cs="Mangal" w:hint="cs"/>
          <w:sz w:val="24"/>
          <w:szCs w:val="24"/>
          <w:cs/>
          <w:lang w:bidi="hi-IN"/>
        </w:rPr>
        <w:t>इंडिया</w:t>
      </w:r>
      <w:r w:rsidR="0018357B" w:rsidRPr="00D73AFF">
        <w:rPr>
          <w:rFonts w:cs="Mangal"/>
          <w:sz w:val="24"/>
          <w:szCs w:val="24"/>
          <w:cs/>
          <w:lang w:bidi="hi-IN"/>
        </w:rPr>
        <w:t xml:space="preserve"> </w:t>
      </w:r>
      <w:r w:rsidR="0018357B" w:rsidRPr="00D73AFF">
        <w:rPr>
          <w:rFonts w:cs="Mangal" w:hint="cs"/>
          <w:sz w:val="24"/>
          <w:szCs w:val="24"/>
          <w:cs/>
          <w:lang w:bidi="hi-IN"/>
        </w:rPr>
        <w:t>फाउंडेशन</w:t>
      </w:r>
      <w:r w:rsidR="0018357B" w:rsidRPr="00D73AFF">
        <w:rPr>
          <w:sz w:val="24"/>
          <w:szCs w:val="24"/>
        </w:rPr>
        <w:t xml:space="preserve">, </w:t>
      </w:r>
      <w:r w:rsidR="0018357B" w:rsidRPr="00D73AFF">
        <w:rPr>
          <w:rFonts w:cs="Mangal" w:hint="cs"/>
          <w:sz w:val="24"/>
          <w:szCs w:val="24"/>
          <w:cs/>
          <w:lang w:bidi="hi-IN"/>
        </w:rPr>
        <w:t>दुर्गलगातार</w:t>
      </w:r>
      <w:r w:rsidR="0018357B" w:rsidRPr="00D73AFF">
        <w:rPr>
          <w:rFonts w:cs="Mangal"/>
          <w:sz w:val="24"/>
          <w:szCs w:val="24"/>
          <w:cs/>
          <w:lang w:bidi="hi-IN"/>
        </w:rPr>
        <w:t xml:space="preserve"> </w:t>
      </w:r>
      <w:r w:rsidR="0018357B" w:rsidRPr="00D73AFF">
        <w:rPr>
          <w:rFonts w:cs="Mangal" w:hint="cs"/>
          <w:sz w:val="24"/>
          <w:szCs w:val="24"/>
          <w:cs/>
          <w:lang w:bidi="hi-IN"/>
        </w:rPr>
        <w:t>युवाओं</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लिए</w:t>
      </w:r>
      <w:r w:rsidR="0018357B" w:rsidRPr="00D73AFF">
        <w:rPr>
          <w:rFonts w:cs="Mangal"/>
          <w:sz w:val="24"/>
          <w:szCs w:val="24"/>
          <w:cs/>
          <w:lang w:bidi="hi-IN"/>
        </w:rPr>
        <w:t xml:space="preserve"> </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sz w:val="24"/>
          <w:szCs w:val="24"/>
        </w:rPr>
        <w:t xml:space="preserve">, </w:t>
      </w:r>
      <w:r w:rsidR="0018357B" w:rsidRPr="00D73AFF">
        <w:rPr>
          <w:rFonts w:cs="Mangal" w:hint="cs"/>
          <w:sz w:val="24"/>
          <w:szCs w:val="24"/>
          <w:cs/>
          <w:lang w:bidi="hi-IN"/>
        </w:rPr>
        <w:t>नेतृत्व</w:t>
      </w:r>
      <w:r w:rsidR="0018357B" w:rsidRPr="00D73AFF">
        <w:rPr>
          <w:rFonts w:cs="Mangal"/>
          <w:sz w:val="24"/>
          <w:szCs w:val="24"/>
          <w:cs/>
          <w:lang w:bidi="hi-IN"/>
        </w:rPr>
        <w:t xml:space="preserve"> </w:t>
      </w:r>
      <w:r w:rsidR="0018357B" w:rsidRPr="00D73AFF">
        <w:rPr>
          <w:rFonts w:cs="Mangal" w:hint="cs"/>
          <w:sz w:val="24"/>
          <w:szCs w:val="24"/>
          <w:cs/>
          <w:lang w:bidi="hi-IN"/>
        </w:rPr>
        <w:t>क्षमता</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सामाजिक</w:t>
      </w:r>
      <w:r w:rsidR="0018357B" w:rsidRPr="00D73AFF">
        <w:rPr>
          <w:rFonts w:cs="Mangal"/>
          <w:sz w:val="24"/>
          <w:szCs w:val="24"/>
          <w:cs/>
          <w:lang w:bidi="hi-IN"/>
        </w:rPr>
        <w:t xml:space="preserve"> </w:t>
      </w:r>
      <w:r w:rsidR="0018357B" w:rsidRPr="00D73AFF">
        <w:rPr>
          <w:rFonts w:cs="Mangal" w:hint="cs"/>
          <w:sz w:val="24"/>
          <w:szCs w:val="24"/>
          <w:cs/>
          <w:lang w:bidi="hi-IN"/>
        </w:rPr>
        <w:t>उत्तरदायित्व</w:t>
      </w:r>
      <w:r w:rsidR="0018357B" w:rsidRPr="00D73AFF">
        <w:rPr>
          <w:rFonts w:cs="Mangal"/>
          <w:sz w:val="24"/>
          <w:szCs w:val="24"/>
          <w:cs/>
          <w:lang w:bidi="hi-IN"/>
        </w:rPr>
        <w:t xml:space="preserve"> </w:t>
      </w:r>
      <w:r w:rsidR="0018357B" w:rsidRPr="00D73AFF">
        <w:rPr>
          <w:rFonts w:cs="Mangal" w:hint="cs"/>
          <w:sz w:val="24"/>
          <w:szCs w:val="24"/>
          <w:cs/>
          <w:lang w:bidi="hi-IN"/>
        </w:rPr>
        <w:t>से</w:t>
      </w:r>
      <w:r w:rsidR="0018357B" w:rsidRPr="00D73AFF">
        <w:rPr>
          <w:rFonts w:cs="Mangal"/>
          <w:sz w:val="24"/>
          <w:szCs w:val="24"/>
          <w:cs/>
          <w:lang w:bidi="hi-IN"/>
        </w:rPr>
        <w:t xml:space="preserve"> </w:t>
      </w:r>
      <w:r w:rsidR="0018357B" w:rsidRPr="00D73AFF">
        <w:rPr>
          <w:rFonts w:cs="Mangal" w:hint="cs"/>
          <w:sz w:val="24"/>
          <w:szCs w:val="24"/>
          <w:cs/>
          <w:lang w:bidi="hi-IN"/>
        </w:rPr>
        <w:t>जुड़े</w:t>
      </w:r>
      <w:r w:rsidR="0018357B" w:rsidRPr="00D73AFF">
        <w:rPr>
          <w:rFonts w:cs="Mangal"/>
          <w:sz w:val="24"/>
          <w:szCs w:val="24"/>
          <w:cs/>
          <w:lang w:bidi="hi-IN"/>
        </w:rPr>
        <w:t xml:space="preserve"> </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t>आयोजित</w:t>
      </w:r>
      <w:r w:rsidR="0018357B" w:rsidRPr="00D73AFF">
        <w:rPr>
          <w:rFonts w:cs="Mangal"/>
          <w:sz w:val="24"/>
          <w:szCs w:val="24"/>
          <w:cs/>
          <w:lang w:bidi="hi-IN"/>
        </w:rPr>
        <w:t xml:space="preserve"> </w:t>
      </w:r>
      <w:r w:rsidR="0018357B" w:rsidRPr="00D73AFF">
        <w:rPr>
          <w:rFonts w:cs="Mangal" w:hint="cs"/>
          <w:sz w:val="24"/>
          <w:szCs w:val="24"/>
          <w:cs/>
          <w:lang w:bidi="hi-IN"/>
        </w:rPr>
        <w:t>करता</w:t>
      </w:r>
      <w:r w:rsidR="0018357B" w:rsidRPr="00D73AFF">
        <w:rPr>
          <w:rFonts w:cs="Mangal"/>
          <w:sz w:val="24"/>
          <w:szCs w:val="24"/>
          <w:cs/>
          <w:lang w:bidi="hi-IN"/>
        </w:rPr>
        <w:t xml:space="preserve"> </w:t>
      </w:r>
      <w:r w:rsidR="0018357B" w:rsidRPr="00D73AFF">
        <w:rPr>
          <w:rFonts w:cs="Mangal" w:hint="cs"/>
          <w:sz w:val="24"/>
          <w:szCs w:val="24"/>
          <w:cs/>
          <w:lang w:bidi="hi-IN"/>
        </w:rPr>
        <w:t>रहा</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संस्था</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कॉलेज</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बीच</w:t>
      </w:r>
      <w:r w:rsidR="0018357B" w:rsidRPr="00D73AFF">
        <w:rPr>
          <w:rFonts w:cs="Mangal"/>
          <w:sz w:val="24"/>
          <w:szCs w:val="24"/>
          <w:cs/>
          <w:lang w:bidi="hi-IN"/>
        </w:rPr>
        <w:t xml:space="preserve"> </w:t>
      </w:r>
      <w:r w:rsidR="0018357B" w:rsidRPr="00D73AFF">
        <w:rPr>
          <w:rFonts w:cs="Mangal" w:hint="cs"/>
          <w:sz w:val="24"/>
          <w:szCs w:val="24"/>
          <w:cs/>
          <w:lang w:bidi="hi-IN"/>
        </w:rPr>
        <w:t>हुए</w:t>
      </w:r>
      <w:r w:rsidR="0018357B" w:rsidRPr="00D73AFF">
        <w:rPr>
          <w:rFonts w:cs="Mangal"/>
          <w:sz w:val="24"/>
          <w:szCs w:val="24"/>
          <w:cs/>
          <w:lang w:bidi="hi-IN"/>
        </w:rPr>
        <w:t xml:space="preserve"> </w:t>
      </w:r>
      <w:r w:rsidR="0018357B" w:rsidRPr="00D73AFF">
        <w:rPr>
          <w:rFonts w:cs="Mangal" w:hint="cs"/>
          <w:sz w:val="24"/>
          <w:szCs w:val="24"/>
          <w:cs/>
          <w:lang w:bidi="hi-IN"/>
        </w:rPr>
        <w:t>एम</w:t>
      </w:r>
      <w:r w:rsidR="0018357B" w:rsidRPr="00D73AFF">
        <w:rPr>
          <w:rFonts w:cs="Mangal"/>
          <w:sz w:val="24"/>
          <w:szCs w:val="24"/>
          <w:cs/>
          <w:lang w:bidi="hi-IN"/>
        </w:rPr>
        <w:t>.</w:t>
      </w:r>
      <w:r w:rsidR="0018357B" w:rsidRPr="00D73AFF">
        <w:rPr>
          <w:rFonts w:cs="Mangal" w:hint="cs"/>
          <w:sz w:val="24"/>
          <w:szCs w:val="24"/>
          <w:cs/>
          <w:lang w:bidi="hi-IN"/>
        </w:rPr>
        <w:t>ओ</w:t>
      </w:r>
      <w:r w:rsidR="0018357B" w:rsidRPr="00D73AFF">
        <w:rPr>
          <w:rFonts w:cs="Mangal"/>
          <w:sz w:val="24"/>
          <w:szCs w:val="24"/>
          <w:cs/>
          <w:lang w:bidi="hi-IN"/>
        </w:rPr>
        <w:t>.</w:t>
      </w:r>
      <w:r w:rsidR="0018357B" w:rsidRPr="00D73AFF">
        <w:rPr>
          <w:rFonts w:cs="Mangal" w:hint="cs"/>
          <w:sz w:val="24"/>
          <w:szCs w:val="24"/>
          <w:cs/>
          <w:lang w:bidi="hi-IN"/>
        </w:rPr>
        <w:t>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अंतर्गत</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कोकैरियर</w:t>
      </w:r>
      <w:r w:rsidR="0018357B" w:rsidRPr="00D73AFF">
        <w:rPr>
          <w:rFonts w:cs="Mangal"/>
          <w:sz w:val="24"/>
          <w:szCs w:val="24"/>
          <w:cs/>
          <w:lang w:bidi="hi-IN"/>
        </w:rPr>
        <w:t xml:space="preserve"> </w:t>
      </w:r>
      <w:r w:rsidR="0018357B" w:rsidRPr="00D73AFF">
        <w:rPr>
          <w:rFonts w:cs="Mangal" w:hint="cs"/>
          <w:sz w:val="24"/>
          <w:szCs w:val="24"/>
          <w:cs/>
          <w:lang w:bidi="hi-IN"/>
        </w:rPr>
        <w:t>मार्गदर्शन</w:t>
      </w:r>
      <w:r w:rsidR="0018357B" w:rsidRPr="00D73AFF">
        <w:rPr>
          <w:sz w:val="24"/>
          <w:szCs w:val="24"/>
        </w:rPr>
        <w:t xml:space="preserve">, </w:t>
      </w:r>
      <w:r w:rsidR="0018357B" w:rsidRPr="00D73AFF">
        <w:rPr>
          <w:rFonts w:cs="Mangal" w:hint="cs"/>
          <w:sz w:val="24"/>
          <w:szCs w:val="24"/>
          <w:cs/>
          <w:lang w:bidi="hi-IN"/>
        </w:rPr>
        <w:t>कौशल</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प्रशिक्षण</w:t>
      </w:r>
      <w:r w:rsidR="0018357B" w:rsidRPr="00D73AFF">
        <w:rPr>
          <w:sz w:val="24"/>
          <w:szCs w:val="24"/>
        </w:rPr>
        <w:t xml:space="preserve">, </w:t>
      </w:r>
      <w:r w:rsidR="0018357B" w:rsidRPr="00D73AFF">
        <w:rPr>
          <w:rFonts w:cs="Mangal" w:hint="cs"/>
          <w:sz w:val="24"/>
          <w:szCs w:val="24"/>
          <w:cs/>
          <w:lang w:bidi="hi-IN"/>
        </w:rPr>
        <w:t>उद्यमिता</w:t>
      </w:r>
      <w:r w:rsidR="0018357B" w:rsidRPr="00D73AFF">
        <w:rPr>
          <w:rFonts w:cs="Mangal"/>
          <w:sz w:val="24"/>
          <w:szCs w:val="24"/>
          <w:cs/>
          <w:lang w:bidi="hi-IN"/>
        </w:rPr>
        <w:t xml:space="preserve"> </w:t>
      </w:r>
      <w:r w:rsidR="0018357B" w:rsidRPr="00D73AFF">
        <w:rPr>
          <w:rFonts w:cs="Mangal" w:hint="cs"/>
          <w:sz w:val="24"/>
          <w:szCs w:val="24"/>
          <w:cs/>
          <w:lang w:bidi="hi-IN"/>
        </w:rPr>
        <w:t>एवं</w:t>
      </w:r>
      <w:r w:rsidR="0018357B" w:rsidRPr="00D73AFF">
        <w:rPr>
          <w:rFonts w:cs="Mangal"/>
          <w:sz w:val="24"/>
          <w:szCs w:val="24"/>
          <w:cs/>
          <w:lang w:bidi="hi-IN"/>
        </w:rPr>
        <w:t xml:space="preserve"> </w:t>
      </w:r>
      <w:r w:rsidR="0018357B" w:rsidRPr="00D73AFF">
        <w:rPr>
          <w:rFonts w:cs="Mangal" w:hint="cs"/>
          <w:sz w:val="24"/>
          <w:szCs w:val="24"/>
          <w:cs/>
          <w:lang w:bidi="hi-IN"/>
        </w:rPr>
        <w:t>सामाजिक</w:t>
      </w:r>
      <w:r w:rsidR="0018357B" w:rsidRPr="00D73AFF">
        <w:rPr>
          <w:rFonts w:cs="Mangal"/>
          <w:sz w:val="24"/>
          <w:szCs w:val="24"/>
          <w:cs/>
          <w:lang w:bidi="hi-IN"/>
        </w:rPr>
        <w:t xml:space="preserve"> </w:t>
      </w:r>
      <w:r w:rsidR="0018357B" w:rsidRPr="00D73AFF">
        <w:rPr>
          <w:rFonts w:cs="Mangal" w:hint="cs"/>
          <w:sz w:val="24"/>
          <w:szCs w:val="24"/>
          <w:cs/>
          <w:lang w:bidi="hi-IN"/>
        </w:rPr>
        <w:t>जागरूकता</w:t>
      </w:r>
      <w:r w:rsidR="0018357B" w:rsidRPr="00D73AFF">
        <w:rPr>
          <w:rFonts w:cs="Mangal"/>
          <w:sz w:val="24"/>
          <w:szCs w:val="24"/>
          <w:cs/>
          <w:lang w:bidi="hi-IN"/>
        </w:rPr>
        <w:t xml:space="preserve"> </w:t>
      </w:r>
      <w:r w:rsidR="0018357B" w:rsidRPr="00D73AFF">
        <w:rPr>
          <w:rFonts w:cs="Mangal" w:hint="cs"/>
          <w:sz w:val="24"/>
          <w:szCs w:val="24"/>
          <w:cs/>
          <w:lang w:bidi="hi-IN"/>
        </w:rPr>
        <w:t>कार्यक्रमोंसे</w:t>
      </w:r>
      <w:r w:rsidR="0018357B" w:rsidRPr="00D73AFF">
        <w:rPr>
          <w:rFonts w:cs="Mangal"/>
          <w:sz w:val="24"/>
          <w:szCs w:val="24"/>
          <w:cs/>
          <w:lang w:bidi="hi-IN"/>
        </w:rPr>
        <w:t xml:space="preserve"> </w:t>
      </w:r>
      <w:r w:rsidR="0018357B" w:rsidRPr="00D73AFF">
        <w:rPr>
          <w:rFonts w:cs="Mangal" w:hint="cs"/>
          <w:sz w:val="24"/>
          <w:szCs w:val="24"/>
          <w:cs/>
          <w:lang w:bidi="hi-IN"/>
        </w:rPr>
        <w:t>जोड़ने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योजना</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यह</w:t>
      </w:r>
      <w:r w:rsidR="0018357B" w:rsidRPr="00D73AFF">
        <w:rPr>
          <w:rFonts w:cs="Mangal"/>
          <w:sz w:val="24"/>
          <w:szCs w:val="24"/>
          <w:cs/>
          <w:lang w:bidi="hi-IN"/>
        </w:rPr>
        <w:t xml:space="preserve"> </w:t>
      </w:r>
      <w:r w:rsidR="0018357B" w:rsidRPr="00D73AFF">
        <w:rPr>
          <w:rFonts w:cs="Mangal" w:hint="cs"/>
          <w:sz w:val="24"/>
          <w:szCs w:val="24"/>
          <w:cs/>
          <w:lang w:bidi="hi-IN"/>
        </w:rPr>
        <w:t>सहयोग</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कक्षा</w:t>
      </w:r>
      <w:r w:rsidR="0018357B" w:rsidRPr="00D73AFF">
        <w:rPr>
          <w:rFonts w:cs="Mangal"/>
          <w:sz w:val="24"/>
          <w:szCs w:val="24"/>
          <w:cs/>
          <w:lang w:bidi="hi-IN"/>
        </w:rPr>
        <w:t xml:space="preserve"> </w:t>
      </w:r>
      <w:r w:rsidR="0018357B" w:rsidRPr="00D73AFF">
        <w:rPr>
          <w:rFonts w:cs="Mangal" w:hint="cs"/>
          <w:sz w:val="24"/>
          <w:szCs w:val="24"/>
          <w:cs/>
          <w:lang w:bidi="hi-IN"/>
        </w:rPr>
        <w:t>से</w:t>
      </w:r>
      <w:r w:rsidR="0018357B" w:rsidRPr="00D73AFF">
        <w:rPr>
          <w:rFonts w:cs="Mangal"/>
          <w:sz w:val="24"/>
          <w:szCs w:val="24"/>
          <w:cs/>
          <w:lang w:bidi="hi-IN"/>
        </w:rPr>
        <w:t xml:space="preserve"> </w:t>
      </w:r>
      <w:r w:rsidR="0018357B" w:rsidRPr="00D73AFF">
        <w:rPr>
          <w:rFonts w:cs="Mangal" w:hint="cs"/>
          <w:sz w:val="24"/>
          <w:szCs w:val="24"/>
          <w:cs/>
          <w:lang w:bidi="hi-IN"/>
        </w:rPr>
        <w:t>बाहर</w:t>
      </w:r>
      <w:r w:rsidR="0018357B" w:rsidRPr="00D73AFF">
        <w:rPr>
          <w:rFonts w:cs="Mangal"/>
          <w:sz w:val="24"/>
          <w:szCs w:val="24"/>
          <w:cs/>
          <w:lang w:bidi="hi-IN"/>
        </w:rPr>
        <w:t xml:space="preserve"> </w:t>
      </w:r>
      <w:r w:rsidR="0018357B" w:rsidRPr="00D73AFF">
        <w:rPr>
          <w:rFonts w:cs="Mangal" w:hint="cs"/>
          <w:sz w:val="24"/>
          <w:szCs w:val="24"/>
          <w:cs/>
          <w:lang w:bidi="hi-IN"/>
        </w:rPr>
        <w:t>निकालकर</w:t>
      </w:r>
      <w:r w:rsidR="0018357B" w:rsidRPr="00D73AFF">
        <w:rPr>
          <w:rFonts w:cs="Mangal"/>
          <w:sz w:val="24"/>
          <w:szCs w:val="24"/>
          <w:cs/>
          <w:lang w:bidi="hi-IN"/>
        </w:rPr>
        <w:t xml:space="preserve"> </w:t>
      </w:r>
      <w:r w:rsidR="0018357B" w:rsidRPr="00D73AFF">
        <w:rPr>
          <w:rFonts w:cs="Mangal" w:hint="cs"/>
          <w:sz w:val="24"/>
          <w:szCs w:val="24"/>
          <w:cs/>
          <w:lang w:bidi="hi-IN"/>
        </w:rPr>
        <w:t>वास्तविक</w:t>
      </w:r>
      <w:r w:rsidR="0018357B" w:rsidRPr="00D73AFF">
        <w:rPr>
          <w:rFonts w:cs="Mangal"/>
          <w:sz w:val="24"/>
          <w:szCs w:val="24"/>
          <w:cs/>
          <w:lang w:bidi="hi-IN"/>
        </w:rPr>
        <w:t xml:space="preserve"> </w:t>
      </w:r>
      <w:r w:rsidR="0018357B" w:rsidRPr="00D73AFF">
        <w:rPr>
          <w:rFonts w:cs="Mangal" w:hint="cs"/>
          <w:sz w:val="24"/>
          <w:szCs w:val="24"/>
          <w:cs/>
          <w:lang w:bidi="hi-IN"/>
        </w:rPr>
        <w:t>जीवन</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परिस्थितियों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लिए</w:t>
      </w:r>
      <w:r w:rsidR="0018357B" w:rsidRPr="00D73AFF">
        <w:rPr>
          <w:rFonts w:cs="Mangal"/>
          <w:sz w:val="24"/>
          <w:szCs w:val="24"/>
          <w:cs/>
          <w:lang w:bidi="hi-IN"/>
        </w:rPr>
        <w:t xml:space="preserve"> </w:t>
      </w:r>
      <w:r w:rsidR="0018357B" w:rsidRPr="00D73AFF">
        <w:rPr>
          <w:rFonts w:cs="Mangal" w:hint="cs"/>
          <w:sz w:val="24"/>
          <w:szCs w:val="24"/>
          <w:cs/>
          <w:lang w:bidi="hi-IN"/>
        </w:rPr>
        <w:t>तैयार</w:t>
      </w:r>
      <w:r w:rsidR="0018357B" w:rsidRPr="00D73AFF">
        <w:rPr>
          <w:rFonts w:cs="Mangal"/>
          <w:sz w:val="24"/>
          <w:szCs w:val="24"/>
          <w:cs/>
          <w:lang w:bidi="hi-IN"/>
        </w:rPr>
        <w:t xml:space="preserve"> </w:t>
      </w:r>
      <w:r w:rsidR="0018357B" w:rsidRPr="00D73AFF">
        <w:rPr>
          <w:rFonts w:cs="Mangal" w:hint="cs"/>
          <w:sz w:val="24"/>
          <w:szCs w:val="24"/>
          <w:cs/>
          <w:lang w:bidi="hi-IN"/>
        </w:rPr>
        <w:t>करता</w:t>
      </w:r>
      <w:r w:rsidR="0018357B" w:rsidRPr="00D73AFF">
        <w:rPr>
          <w:rFonts w:cs="Mangal"/>
          <w:sz w:val="24"/>
          <w:szCs w:val="24"/>
          <w:cs/>
          <w:lang w:bidi="hi-IN"/>
        </w:rPr>
        <w:t xml:space="preserve"> </w:t>
      </w:r>
      <w:r w:rsidR="0018357B" w:rsidRPr="00D73AFF">
        <w:rPr>
          <w:rFonts w:cs="Mangal" w:hint="cs"/>
          <w:sz w:val="24"/>
          <w:szCs w:val="24"/>
          <w:cs/>
          <w:lang w:bidi="hi-IN"/>
        </w:rPr>
        <w:t>है।कार्यक्रम</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संचालन</w:t>
      </w:r>
      <w:r w:rsidR="0018357B" w:rsidRPr="00D73AFF">
        <w:rPr>
          <w:rFonts w:cs="Mangal"/>
          <w:sz w:val="24"/>
          <w:szCs w:val="24"/>
          <w:cs/>
          <w:lang w:bidi="hi-IN"/>
        </w:rPr>
        <w:t xml:space="preserve"> </w:t>
      </w:r>
      <w:r w:rsidR="0018357B" w:rsidRPr="00D73AFF">
        <w:rPr>
          <w:rFonts w:cs="Mangal" w:hint="cs"/>
          <w:sz w:val="24"/>
          <w:szCs w:val="24"/>
          <w:cs/>
          <w:lang w:bidi="hi-IN"/>
        </w:rPr>
        <w:t>गरिमामय</w:t>
      </w:r>
      <w:r w:rsidR="0018357B" w:rsidRPr="00D73AFF">
        <w:rPr>
          <w:rFonts w:cs="Mangal"/>
          <w:sz w:val="24"/>
          <w:szCs w:val="24"/>
          <w:cs/>
          <w:lang w:bidi="hi-IN"/>
        </w:rPr>
        <w:t xml:space="preserve"> </w:t>
      </w:r>
      <w:r w:rsidR="0018357B" w:rsidRPr="00D73AFF">
        <w:rPr>
          <w:rFonts w:cs="Mangal" w:hint="cs"/>
          <w:sz w:val="24"/>
          <w:szCs w:val="24"/>
          <w:cs/>
          <w:lang w:bidi="hi-IN"/>
        </w:rPr>
        <w:t>वातावरण</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हुआ।</w:t>
      </w:r>
      <w:r w:rsidR="0018357B" w:rsidRPr="00D73AFF">
        <w:rPr>
          <w:rFonts w:cs="Mangal"/>
          <w:sz w:val="24"/>
          <w:szCs w:val="24"/>
          <w:cs/>
          <w:lang w:bidi="hi-IN"/>
        </w:rPr>
        <w:t xml:space="preserve"> </w:t>
      </w:r>
      <w:r w:rsidR="0018357B" w:rsidRPr="00D73AFF">
        <w:rPr>
          <w:rFonts w:cs="Mangal" w:hint="cs"/>
          <w:sz w:val="24"/>
          <w:szCs w:val="24"/>
          <w:cs/>
          <w:lang w:bidi="hi-IN"/>
        </w:rPr>
        <w:t>अंत</w:t>
      </w:r>
      <w:r w:rsidR="0018357B" w:rsidRPr="00D73AFF">
        <w:rPr>
          <w:rFonts w:cs="Mangal"/>
          <w:sz w:val="24"/>
          <w:szCs w:val="24"/>
          <w:cs/>
          <w:lang w:bidi="hi-IN"/>
        </w:rPr>
        <w:t xml:space="preserve"> </w:t>
      </w:r>
      <w:r w:rsidR="0018357B" w:rsidRPr="00D73AFF">
        <w:rPr>
          <w:rFonts w:cs="Mangal" w:hint="cs"/>
          <w:sz w:val="24"/>
          <w:szCs w:val="24"/>
          <w:cs/>
          <w:lang w:bidi="hi-IN"/>
        </w:rPr>
        <w:t>मेंप्रो</w:t>
      </w:r>
      <w:r w:rsidR="0018357B" w:rsidRPr="00D73AFF">
        <w:rPr>
          <w:rFonts w:cs="Mangal"/>
          <w:sz w:val="24"/>
          <w:szCs w:val="24"/>
          <w:cs/>
          <w:lang w:bidi="hi-IN"/>
        </w:rPr>
        <w:t xml:space="preserve">. </w:t>
      </w:r>
      <w:r w:rsidR="0018357B" w:rsidRPr="00D73AFF">
        <w:rPr>
          <w:rFonts w:cs="Mangal" w:hint="cs"/>
          <w:sz w:val="24"/>
          <w:szCs w:val="24"/>
          <w:cs/>
          <w:lang w:bidi="hi-IN"/>
        </w:rPr>
        <w:t>चिरंजीव</w:t>
      </w:r>
      <w:r w:rsidR="0018357B" w:rsidRPr="00D73AFF">
        <w:rPr>
          <w:rFonts w:cs="Mangal"/>
          <w:sz w:val="24"/>
          <w:szCs w:val="24"/>
          <w:cs/>
          <w:lang w:bidi="hi-IN"/>
        </w:rPr>
        <w:t xml:space="preserve"> </w:t>
      </w:r>
      <w:r w:rsidR="0018357B" w:rsidRPr="00D73AFF">
        <w:rPr>
          <w:rFonts w:cs="Mangal" w:hint="cs"/>
          <w:sz w:val="24"/>
          <w:szCs w:val="24"/>
          <w:cs/>
          <w:lang w:bidi="hi-IN"/>
        </w:rPr>
        <w:t>पाण्डेयने</w:t>
      </w:r>
      <w:r w:rsidR="0018357B" w:rsidRPr="00D73AFF">
        <w:rPr>
          <w:rFonts w:cs="Mangal"/>
          <w:sz w:val="24"/>
          <w:szCs w:val="24"/>
          <w:cs/>
          <w:lang w:bidi="hi-IN"/>
        </w:rPr>
        <w:t xml:space="preserve"> </w:t>
      </w:r>
      <w:r w:rsidR="0018357B" w:rsidRPr="00D73AFF">
        <w:rPr>
          <w:rFonts w:cs="Mangal" w:hint="cs"/>
          <w:sz w:val="24"/>
          <w:szCs w:val="24"/>
          <w:cs/>
          <w:lang w:bidi="hi-IN"/>
        </w:rPr>
        <w:t>मुख्य</w:t>
      </w:r>
      <w:r w:rsidR="0018357B" w:rsidRPr="00D73AFF">
        <w:rPr>
          <w:rFonts w:cs="Mangal"/>
          <w:sz w:val="24"/>
          <w:szCs w:val="24"/>
          <w:cs/>
          <w:lang w:bidi="hi-IN"/>
        </w:rPr>
        <w:t xml:space="preserve"> </w:t>
      </w:r>
      <w:r w:rsidR="0018357B" w:rsidRPr="00D73AFF">
        <w:rPr>
          <w:rFonts w:cs="Mangal" w:hint="cs"/>
          <w:sz w:val="24"/>
          <w:szCs w:val="24"/>
          <w:cs/>
          <w:lang w:bidi="hi-IN"/>
        </w:rPr>
        <w:t>वक्ता</w:t>
      </w:r>
      <w:r w:rsidR="0018357B" w:rsidRPr="00D73AFF">
        <w:rPr>
          <w:rFonts w:cs="Mangal"/>
          <w:sz w:val="24"/>
          <w:szCs w:val="24"/>
          <w:cs/>
          <w:lang w:bidi="hi-IN"/>
        </w:rPr>
        <w:t xml:space="preserve"> </w:t>
      </w:r>
      <w:r w:rsidR="0018357B" w:rsidRPr="00D73AFF">
        <w:rPr>
          <w:rFonts w:cs="Mangal" w:hint="cs"/>
          <w:sz w:val="24"/>
          <w:szCs w:val="24"/>
          <w:cs/>
          <w:lang w:bidi="hi-IN"/>
        </w:rPr>
        <w:t>श्रीमती</w:t>
      </w:r>
      <w:r w:rsidR="0018357B" w:rsidRPr="00D73AFF">
        <w:rPr>
          <w:rFonts w:cs="Mangal"/>
          <w:sz w:val="24"/>
          <w:szCs w:val="24"/>
          <w:cs/>
          <w:lang w:bidi="hi-IN"/>
        </w:rPr>
        <w:t xml:space="preserve"> </w:t>
      </w:r>
      <w:r w:rsidR="0018357B" w:rsidRPr="00D73AFF">
        <w:rPr>
          <w:rFonts w:cs="Mangal" w:hint="cs"/>
          <w:sz w:val="24"/>
          <w:szCs w:val="24"/>
          <w:cs/>
          <w:lang w:bidi="hi-IN"/>
        </w:rPr>
        <w:t>जूही</w:t>
      </w:r>
      <w:r w:rsidR="0018357B" w:rsidRPr="00D73AFF">
        <w:rPr>
          <w:rFonts w:cs="Mangal"/>
          <w:sz w:val="24"/>
          <w:szCs w:val="24"/>
          <w:cs/>
          <w:lang w:bidi="hi-IN"/>
        </w:rPr>
        <w:t xml:space="preserve"> </w:t>
      </w:r>
      <w:r w:rsidR="0018357B" w:rsidRPr="00D73AFF">
        <w:rPr>
          <w:rFonts w:cs="Mangal" w:hint="cs"/>
          <w:sz w:val="24"/>
          <w:szCs w:val="24"/>
          <w:cs/>
          <w:lang w:bidi="hi-IN"/>
        </w:rPr>
        <w:t>व्यास</w:t>
      </w:r>
      <w:r w:rsidR="0018357B" w:rsidRPr="00D73AFF">
        <w:rPr>
          <w:sz w:val="24"/>
          <w:szCs w:val="24"/>
        </w:rPr>
        <w:t xml:space="preserve">, </w:t>
      </w:r>
      <w:r w:rsidR="0018357B" w:rsidRPr="00D73AFF">
        <w:rPr>
          <w:rFonts w:cs="Mangal" w:hint="cs"/>
          <w:sz w:val="24"/>
          <w:szCs w:val="24"/>
          <w:cs/>
          <w:lang w:bidi="hi-IN"/>
        </w:rPr>
        <w:t>प्राचार्य</w:t>
      </w:r>
      <w:r w:rsidR="0018357B" w:rsidRPr="00D73AFF">
        <w:rPr>
          <w:rFonts w:cs="Mangal"/>
          <w:sz w:val="24"/>
          <w:szCs w:val="24"/>
          <w:cs/>
          <w:lang w:bidi="hi-IN"/>
        </w:rPr>
        <w:t xml:space="preserve"> </w:t>
      </w:r>
      <w:r w:rsidR="0018357B" w:rsidRPr="00D73AFF">
        <w:rPr>
          <w:rFonts w:cs="Mangal" w:hint="cs"/>
          <w:sz w:val="24"/>
          <w:szCs w:val="24"/>
          <w:cs/>
          <w:lang w:bidi="hi-IN"/>
        </w:rPr>
        <w:t>डॉ</w:t>
      </w:r>
      <w:r w:rsidR="0018357B" w:rsidRPr="00D73AFF">
        <w:rPr>
          <w:rFonts w:cs="Mangal"/>
          <w:sz w:val="24"/>
          <w:szCs w:val="24"/>
          <w:cs/>
          <w:lang w:bidi="hi-IN"/>
        </w:rPr>
        <w:t xml:space="preserve">. </w:t>
      </w:r>
      <w:r w:rsidR="0018357B" w:rsidRPr="00D73AFF">
        <w:rPr>
          <w:rFonts w:cs="Mangal" w:hint="cs"/>
          <w:sz w:val="24"/>
          <w:szCs w:val="24"/>
          <w:cs/>
          <w:lang w:bidi="hi-IN"/>
        </w:rPr>
        <w:t>सुचित्रा</w:t>
      </w:r>
      <w:r w:rsidR="0018357B" w:rsidRPr="00D73AFF">
        <w:rPr>
          <w:rFonts w:cs="Mangal"/>
          <w:sz w:val="24"/>
          <w:szCs w:val="24"/>
          <w:cs/>
          <w:lang w:bidi="hi-IN"/>
        </w:rPr>
        <w:t xml:space="preserve"> </w:t>
      </w:r>
      <w:r w:rsidR="0018357B" w:rsidRPr="00D73AFF">
        <w:rPr>
          <w:rFonts w:cs="Mangal" w:hint="cs"/>
          <w:sz w:val="24"/>
          <w:szCs w:val="24"/>
          <w:cs/>
          <w:lang w:bidi="hi-IN"/>
        </w:rPr>
        <w:t>गुप्ता</w:t>
      </w:r>
      <w:r w:rsidR="0018357B" w:rsidRPr="00D73AFF">
        <w:rPr>
          <w:sz w:val="24"/>
          <w:szCs w:val="24"/>
        </w:rPr>
        <w:t xml:space="preserve">, </w:t>
      </w:r>
      <w:r w:rsidR="0018357B" w:rsidRPr="00D73AFF">
        <w:rPr>
          <w:rFonts w:cs="Mangal" w:hint="cs"/>
          <w:sz w:val="24"/>
          <w:szCs w:val="24"/>
          <w:cs/>
          <w:lang w:bidi="hi-IN"/>
        </w:rPr>
        <w:t>यंग</w:t>
      </w:r>
      <w:r w:rsidR="0018357B" w:rsidRPr="00D73AFF">
        <w:rPr>
          <w:rFonts w:cs="Mangal"/>
          <w:sz w:val="24"/>
          <w:szCs w:val="24"/>
          <w:cs/>
          <w:lang w:bidi="hi-IN"/>
        </w:rPr>
        <w:t xml:space="preserve"> </w:t>
      </w:r>
      <w:r w:rsidR="0018357B" w:rsidRPr="00D73AFF">
        <w:rPr>
          <w:rFonts w:cs="Mangal" w:hint="cs"/>
          <w:sz w:val="24"/>
          <w:szCs w:val="24"/>
          <w:cs/>
          <w:lang w:bidi="hi-IN"/>
        </w:rPr>
        <w:t>इंडिया</w:t>
      </w:r>
      <w:r w:rsidR="0018357B" w:rsidRPr="00D73AFF">
        <w:rPr>
          <w:rFonts w:cs="Mangal"/>
          <w:sz w:val="24"/>
          <w:szCs w:val="24"/>
          <w:cs/>
          <w:lang w:bidi="hi-IN"/>
        </w:rPr>
        <w:t xml:space="preserve"> </w:t>
      </w:r>
      <w:r w:rsidR="0018357B" w:rsidRPr="00D73AFF">
        <w:rPr>
          <w:rFonts w:cs="Mangal" w:hint="cs"/>
          <w:sz w:val="24"/>
          <w:szCs w:val="24"/>
          <w:cs/>
          <w:lang w:bidi="hi-IN"/>
        </w:rPr>
        <w:t>फाउंडेशन</w:t>
      </w:r>
      <w:r w:rsidR="0018357B" w:rsidRPr="00D73AFF">
        <w:rPr>
          <w:sz w:val="24"/>
          <w:szCs w:val="24"/>
        </w:rPr>
        <w:t xml:space="preserve">, </w:t>
      </w:r>
      <w:r w:rsidR="0018357B" w:rsidRPr="00D73AFF">
        <w:rPr>
          <w:rFonts w:cs="Mangal" w:hint="cs"/>
          <w:sz w:val="24"/>
          <w:szCs w:val="24"/>
          <w:cs/>
          <w:lang w:bidi="hi-IN"/>
        </w:rPr>
        <w:t>दुर्ग</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टीम</w:t>
      </w:r>
      <w:r w:rsidR="0018357B" w:rsidRPr="00D73AFF">
        <w:rPr>
          <w:rFonts w:cs="Mangal"/>
          <w:sz w:val="24"/>
          <w:szCs w:val="24"/>
          <w:cs/>
          <w:lang w:bidi="hi-IN"/>
        </w:rPr>
        <w:t xml:space="preserve"> </w:t>
      </w:r>
      <w:r w:rsidR="0018357B" w:rsidRPr="00D73AFF">
        <w:rPr>
          <w:rFonts w:cs="Mangal" w:hint="cs"/>
          <w:sz w:val="24"/>
          <w:szCs w:val="24"/>
          <w:cs/>
          <w:lang w:bidi="hi-IN"/>
        </w:rPr>
        <w:t>तथा</w:t>
      </w:r>
      <w:r w:rsidR="0018357B" w:rsidRPr="00D73AFF">
        <w:rPr>
          <w:rFonts w:cs="Mangal"/>
          <w:sz w:val="24"/>
          <w:szCs w:val="24"/>
          <w:cs/>
          <w:lang w:bidi="hi-IN"/>
        </w:rPr>
        <w:t xml:space="preserve"> </w:t>
      </w:r>
      <w:r w:rsidR="0018357B" w:rsidRPr="00D73AFF">
        <w:rPr>
          <w:rFonts w:cs="Mangal" w:hint="cs"/>
          <w:sz w:val="24"/>
          <w:szCs w:val="24"/>
          <w:cs/>
          <w:lang w:bidi="hi-IN"/>
        </w:rPr>
        <w:t>सभी</w:t>
      </w:r>
      <w:r w:rsidR="0018357B" w:rsidRPr="00D73AFF">
        <w:rPr>
          <w:rFonts w:cs="Mangal"/>
          <w:sz w:val="24"/>
          <w:szCs w:val="24"/>
          <w:cs/>
          <w:lang w:bidi="hi-IN"/>
        </w:rPr>
        <w:t xml:space="preserve"> </w:t>
      </w:r>
      <w:r w:rsidR="0018357B" w:rsidRPr="00D73AFF">
        <w:rPr>
          <w:rFonts w:cs="Mangal" w:hint="cs"/>
          <w:sz w:val="24"/>
          <w:szCs w:val="24"/>
          <w:cs/>
          <w:lang w:bidi="hi-IN"/>
        </w:rPr>
        <w:t>उपस्थित</w:t>
      </w:r>
      <w:r w:rsidR="0018357B" w:rsidRPr="00D73AFF">
        <w:rPr>
          <w:rFonts w:cs="Mangal"/>
          <w:sz w:val="24"/>
          <w:szCs w:val="24"/>
          <w:cs/>
          <w:lang w:bidi="hi-IN"/>
        </w:rPr>
        <w:t xml:space="preserve"> </w:t>
      </w:r>
      <w:r w:rsidR="0018357B" w:rsidRPr="00D73AFF">
        <w:rPr>
          <w:rFonts w:cs="Mangal" w:hint="cs"/>
          <w:sz w:val="24"/>
          <w:szCs w:val="24"/>
          <w:cs/>
          <w:lang w:bidi="hi-IN"/>
        </w:rPr>
        <w:t>अतिथियों</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प्रति</w:t>
      </w:r>
      <w:r w:rsidR="0018357B" w:rsidRPr="00D73AFF">
        <w:rPr>
          <w:rFonts w:cs="Mangal"/>
          <w:sz w:val="24"/>
          <w:szCs w:val="24"/>
          <w:cs/>
          <w:lang w:bidi="hi-IN"/>
        </w:rPr>
        <w:t xml:space="preserve"> </w:t>
      </w:r>
      <w:r w:rsidR="0018357B" w:rsidRPr="00D73AFF">
        <w:rPr>
          <w:rFonts w:cs="Mangal" w:hint="cs"/>
          <w:sz w:val="24"/>
          <w:szCs w:val="24"/>
          <w:cs/>
          <w:lang w:bidi="hi-IN"/>
        </w:rPr>
        <w:t>आभार</w:t>
      </w:r>
      <w:r w:rsidR="0018357B" w:rsidRPr="00D73AFF">
        <w:rPr>
          <w:rFonts w:cs="Mangal"/>
          <w:sz w:val="24"/>
          <w:szCs w:val="24"/>
          <w:cs/>
          <w:lang w:bidi="hi-IN"/>
        </w:rPr>
        <w:t xml:space="preserve"> </w:t>
      </w:r>
      <w:r w:rsidR="0018357B" w:rsidRPr="00D73AFF">
        <w:rPr>
          <w:rFonts w:cs="Mangal" w:hint="cs"/>
          <w:sz w:val="24"/>
          <w:szCs w:val="24"/>
          <w:cs/>
          <w:lang w:bidi="hi-IN"/>
        </w:rPr>
        <w:t>व्यक्त</w:t>
      </w:r>
      <w:r w:rsidR="0018357B" w:rsidRPr="00D73AFF">
        <w:rPr>
          <w:rFonts w:cs="Mangal"/>
          <w:sz w:val="24"/>
          <w:szCs w:val="24"/>
          <w:cs/>
          <w:lang w:bidi="hi-IN"/>
        </w:rPr>
        <w:t xml:space="preserve"> </w:t>
      </w:r>
      <w:r w:rsidR="0018357B" w:rsidRPr="00D73AFF">
        <w:rPr>
          <w:rFonts w:cs="Mangal" w:hint="cs"/>
          <w:sz w:val="24"/>
          <w:szCs w:val="24"/>
          <w:cs/>
          <w:lang w:bidi="hi-IN"/>
        </w:rPr>
        <w:t>किया।</w:t>
      </w:r>
      <w:r w:rsidR="0018357B" w:rsidRPr="00D73AFF">
        <w:rPr>
          <w:rFonts w:cs="Mangal"/>
          <w:sz w:val="24"/>
          <w:szCs w:val="24"/>
          <w:cs/>
          <w:lang w:bidi="hi-IN"/>
        </w:rPr>
        <w:t xml:space="preserve"> </w:t>
      </w:r>
      <w:r w:rsidR="0018357B" w:rsidRPr="00D73AFF">
        <w:rPr>
          <w:rFonts w:cs="Mangal" w:hint="cs"/>
          <w:sz w:val="24"/>
          <w:szCs w:val="24"/>
          <w:cs/>
          <w:lang w:bidi="hi-IN"/>
        </w:rPr>
        <w:t>उन्होंने</w:t>
      </w:r>
      <w:r w:rsidR="0018357B" w:rsidRPr="00D73AFF">
        <w:rPr>
          <w:rFonts w:cs="Mangal"/>
          <w:sz w:val="24"/>
          <w:szCs w:val="24"/>
          <w:cs/>
          <w:lang w:bidi="hi-IN"/>
        </w:rPr>
        <w:t xml:space="preserve"> </w:t>
      </w:r>
      <w:r w:rsidR="0018357B" w:rsidRPr="00D73AFF">
        <w:rPr>
          <w:rFonts w:cs="Mangal" w:hint="cs"/>
          <w:sz w:val="24"/>
          <w:szCs w:val="24"/>
          <w:cs/>
          <w:lang w:bidi="hi-IN"/>
        </w:rPr>
        <w:t>कहा</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sz w:val="24"/>
          <w:szCs w:val="24"/>
        </w:rPr>
        <w:t>“</w:t>
      </w:r>
      <w:r w:rsidR="0018357B" w:rsidRPr="00D73AFF">
        <w:rPr>
          <w:rFonts w:cs="Mangal" w:hint="cs"/>
          <w:sz w:val="24"/>
          <w:szCs w:val="24"/>
          <w:cs/>
          <w:lang w:bidi="hi-IN"/>
        </w:rPr>
        <w:t>व्यक्तित्व</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से</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जीवन</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आत्मविश्वास</w:t>
      </w:r>
      <w:r w:rsidR="0018357B" w:rsidRPr="00D73AFF">
        <w:rPr>
          <w:rFonts w:cs="Mangal"/>
          <w:sz w:val="24"/>
          <w:szCs w:val="24"/>
          <w:cs/>
          <w:lang w:bidi="hi-IN"/>
        </w:rPr>
        <w:t xml:space="preserve"> </w:t>
      </w:r>
      <w:r w:rsidR="0018357B" w:rsidRPr="00D73AFF">
        <w:rPr>
          <w:rFonts w:cs="Mangal" w:hint="cs"/>
          <w:sz w:val="24"/>
          <w:szCs w:val="24"/>
          <w:cs/>
          <w:lang w:bidi="hi-IN"/>
        </w:rPr>
        <w:t>और</w:t>
      </w:r>
      <w:r w:rsidR="0018357B" w:rsidRPr="00D73AFF">
        <w:rPr>
          <w:rFonts w:cs="Mangal"/>
          <w:sz w:val="24"/>
          <w:szCs w:val="24"/>
          <w:cs/>
          <w:lang w:bidi="hi-IN"/>
        </w:rPr>
        <w:t xml:space="preserve"> </w:t>
      </w:r>
      <w:r w:rsidR="0018357B" w:rsidRPr="00D73AFF">
        <w:rPr>
          <w:rFonts w:cs="Mangal" w:hint="cs"/>
          <w:sz w:val="24"/>
          <w:szCs w:val="24"/>
          <w:cs/>
          <w:lang w:bidi="hi-IN"/>
        </w:rPr>
        <w:t>रचनात्मक</w:t>
      </w:r>
      <w:r w:rsidR="0018357B" w:rsidRPr="00D73AFF">
        <w:rPr>
          <w:rFonts w:cs="Mangal"/>
          <w:sz w:val="24"/>
          <w:szCs w:val="24"/>
          <w:cs/>
          <w:lang w:bidi="hi-IN"/>
        </w:rPr>
        <w:t xml:space="preserve"> </w:t>
      </w:r>
      <w:r w:rsidR="0018357B" w:rsidRPr="00D73AFF">
        <w:rPr>
          <w:rFonts w:cs="Mangal" w:hint="cs"/>
          <w:sz w:val="24"/>
          <w:szCs w:val="24"/>
          <w:cs/>
          <w:lang w:bidi="hi-IN"/>
        </w:rPr>
        <w:t>सोच</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होता</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इस</w:t>
      </w:r>
      <w:r w:rsidR="0018357B" w:rsidRPr="00D73AFF">
        <w:rPr>
          <w:rFonts w:cs="Mangal"/>
          <w:sz w:val="24"/>
          <w:szCs w:val="24"/>
          <w:cs/>
          <w:lang w:bidi="hi-IN"/>
        </w:rPr>
        <w:t xml:space="preserve"> </w:t>
      </w:r>
      <w:r w:rsidR="0018357B" w:rsidRPr="00D73AFF">
        <w:rPr>
          <w:rFonts w:cs="Mangal" w:hint="cs"/>
          <w:sz w:val="24"/>
          <w:szCs w:val="24"/>
          <w:cs/>
          <w:lang w:bidi="hi-IN"/>
        </w:rPr>
        <w:t>तरह</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t>निश्चित</w:t>
      </w:r>
      <w:r w:rsidR="0018357B" w:rsidRPr="00D73AFF">
        <w:rPr>
          <w:rFonts w:cs="Mangal"/>
          <w:sz w:val="24"/>
          <w:szCs w:val="24"/>
          <w:cs/>
          <w:lang w:bidi="hi-IN"/>
        </w:rPr>
        <w:t xml:space="preserve"> </w:t>
      </w:r>
      <w:r w:rsidR="0018357B" w:rsidRPr="00D73AFF">
        <w:rPr>
          <w:rFonts w:cs="Mangal" w:hint="cs"/>
          <w:sz w:val="24"/>
          <w:szCs w:val="24"/>
          <w:cs/>
          <w:lang w:bidi="hi-IN"/>
        </w:rPr>
        <w:t>ही</w:t>
      </w:r>
      <w:r w:rsidR="0018357B" w:rsidRPr="00D73AFF">
        <w:rPr>
          <w:rFonts w:cs="Mangal"/>
          <w:sz w:val="24"/>
          <w:szCs w:val="24"/>
          <w:cs/>
          <w:lang w:bidi="hi-IN"/>
        </w:rPr>
        <w:t xml:space="preserve"> </w:t>
      </w:r>
      <w:r w:rsidR="0018357B" w:rsidRPr="00D73AFF">
        <w:rPr>
          <w:rFonts w:cs="Mangal" w:hint="cs"/>
          <w:sz w:val="24"/>
          <w:szCs w:val="24"/>
          <w:cs/>
          <w:lang w:bidi="hi-IN"/>
        </w:rPr>
        <w:t>छात्रों</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भविष्य</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उज्ज्वल</w:t>
      </w:r>
      <w:r w:rsidR="0018357B" w:rsidRPr="00D73AFF">
        <w:rPr>
          <w:rFonts w:cs="Mangal"/>
          <w:sz w:val="24"/>
          <w:szCs w:val="24"/>
          <w:cs/>
          <w:lang w:bidi="hi-IN"/>
        </w:rPr>
        <w:t xml:space="preserve"> </w:t>
      </w:r>
      <w:r w:rsidR="0018357B" w:rsidRPr="00D73AFF">
        <w:rPr>
          <w:rFonts w:cs="Mangal" w:hint="cs"/>
          <w:sz w:val="24"/>
          <w:szCs w:val="24"/>
          <w:cs/>
          <w:lang w:bidi="hi-IN"/>
        </w:rPr>
        <w:t>बनाने</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w:t>
      </w:r>
      <w:r w:rsidR="0018357B" w:rsidRPr="00D73AFF">
        <w:rPr>
          <w:rFonts w:cs="Mangal" w:hint="cs"/>
          <w:sz w:val="24"/>
          <w:szCs w:val="24"/>
          <w:cs/>
          <w:lang w:bidi="hi-IN"/>
        </w:rPr>
        <w:t>मील</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पत्थर</w:t>
      </w:r>
      <w:r w:rsidR="0018357B" w:rsidRPr="00D73AFF">
        <w:rPr>
          <w:rFonts w:cs="Mangal"/>
          <w:sz w:val="24"/>
          <w:szCs w:val="24"/>
          <w:cs/>
          <w:lang w:bidi="hi-IN"/>
        </w:rPr>
        <w:t xml:space="preserve"> </w:t>
      </w:r>
      <w:r w:rsidR="0018357B" w:rsidRPr="00D73AFF">
        <w:rPr>
          <w:rFonts w:cs="Mangal" w:hint="cs"/>
          <w:sz w:val="24"/>
          <w:szCs w:val="24"/>
          <w:cs/>
          <w:lang w:bidi="hi-IN"/>
        </w:rPr>
        <w:t>सिद्ध</w:t>
      </w:r>
      <w:r w:rsidR="0018357B" w:rsidRPr="00D73AFF">
        <w:rPr>
          <w:rFonts w:cs="Mangal"/>
          <w:sz w:val="24"/>
          <w:szCs w:val="24"/>
          <w:cs/>
          <w:lang w:bidi="hi-IN"/>
        </w:rPr>
        <w:t xml:space="preserve"> </w:t>
      </w:r>
      <w:r w:rsidR="0018357B" w:rsidRPr="00D73AFF">
        <w:rPr>
          <w:rFonts w:cs="Mangal" w:hint="cs"/>
          <w:sz w:val="24"/>
          <w:szCs w:val="24"/>
          <w:cs/>
          <w:lang w:bidi="hi-IN"/>
        </w:rPr>
        <w:t>होंगे।</w:t>
      </w:r>
      <w:r w:rsidR="0018357B" w:rsidRPr="00D73AFF">
        <w:rPr>
          <w:rFonts w:hint="eastAsia"/>
          <w:sz w:val="24"/>
          <w:szCs w:val="24"/>
        </w:rPr>
        <w:t>”</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समापन</w:t>
      </w:r>
      <w:r w:rsidR="0018357B" w:rsidRPr="00D73AFF">
        <w:rPr>
          <w:rFonts w:cs="Mangal"/>
          <w:sz w:val="24"/>
          <w:szCs w:val="24"/>
          <w:cs/>
          <w:lang w:bidi="hi-IN"/>
        </w:rPr>
        <w:t xml:space="preserve"> </w:t>
      </w:r>
      <w:r w:rsidR="0018357B" w:rsidRPr="00D73AFF">
        <w:rPr>
          <w:rFonts w:cs="Mangal" w:hint="cs"/>
          <w:sz w:val="24"/>
          <w:szCs w:val="24"/>
          <w:cs/>
          <w:lang w:bidi="hi-IN"/>
        </w:rPr>
        <w:t>पूर्व</w:t>
      </w:r>
      <w:r w:rsidR="0018357B" w:rsidRPr="00D73AFF">
        <w:rPr>
          <w:rFonts w:cs="Mangal"/>
          <w:sz w:val="24"/>
          <w:szCs w:val="24"/>
          <w:cs/>
          <w:lang w:bidi="hi-IN"/>
        </w:rPr>
        <w:t xml:space="preserve"> </w:t>
      </w:r>
      <w:r w:rsidR="0018357B" w:rsidRPr="00D73AFF">
        <w:rPr>
          <w:rFonts w:cs="Mangal" w:hint="cs"/>
          <w:sz w:val="24"/>
          <w:szCs w:val="24"/>
          <w:cs/>
          <w:lang w:bidi="hi-IN"/>
        </w:rPr>
        <w:t>मुख्य</w:t>
      </w:r>
      <w:r w:rsidR="0018357B" w:rsidRPr="00D73AFF">
        <w:rPr>
          <w:rFonts w:cs="Mangal"/>
          <w:sz w:val="24"/>
          <w:szCs w:val="24"/>
          <w:cs/>
          <w:lang w:bidi="hi-IN"/>
        </w:rPr>
        <w:t xml:space="preserve"> </w:t>
      </w:r>
      <w:r w:rsidR="0018357B" w:rsidRPr="00D73AFF">
        <w:rPr>
          <w:rFonts w:cs="Mangal" w:hint="cs"/>
          <w:sz w:val="24"/>
          <w:szCs w:val="24"/>
          <w:cs/>
          <w:lang w:bidi="hi-IN"/>
        </w:rPr>
        <w:t>अतिथि</w:t>
      </w:r>
      <w:r w:rsidR="0018357B" w:rsidRPr="00D73AFF">
        <w:rPr>
          <w:rFonts w:cs="Mangal"/>
          <w:sz w:val="24"/>
          <w:szCs w:val="24"/>
          <w:cs/>
          <w:lang w:bidi="hi-IN"/>
        </w:rPr>
        <w:t xml:space="preserve"> </w:t>
      </w:r>
      <w:r w:rsidR="0018357B" w:rsidRPr="00D73AFF">
        <w:rPr>
          <w:rFonts w:cs="Mangal" w:hint="cs"/>
          <w:sz w:val="24"/>
          <w:szCs w:val="24"/>
          <w:cs/>
          <w:lang w:bidi="hi-IN"/>
        </w:rPr>
        <w:t>श्रीमती</w:t>
      </w:r>
      <w:r w:rsidR="0018357B" w:rsidRPr="00D73AFF">
        <w:rPr>
          <w:rFonts w:cs="Mangal"/>
          <w:sz w:val="24"/>
          <w:szCs w:val="24"/>
          <w:cs/>
          <w:lang w:bidi="hi-IN"/>
        </w:rPr>
        <w:t xml:space="preserve"> </w:t>
      </w:r>
      <w:r w:rsidR="0018357B" w:rsidRPr="00D73AFF">
        <w:rPr>
          <w:rFonts w:cs="Mangal" w:hint="cs"/>
          <w:sz w:val="24"/>
          <w:szCs w:val="24"/>
          <w:cs/>
          <w:lang w:bidi="hi-IN"/>
        </w:rPr>
        <w:t>जूही</w:t>
      </w:r>
      <w:r w:rsidR="0018357B" w:rsidRPr="00D73AFF">
        <w:rPr>
          <w:rFonts w:cs="Mangal"/>
          <w:sz w:val="24"/>
          <w:szCs w:val="24"/>
          <w:cs/>
          <w:lang w:bidi="hi-IN"/>
        </w:rPr>
        <w:t xml:space="preserve"> </w:t>
      </w:r>
      <w:r w:rsidR="0018357B" w:rsidRPr="00D73AFF">
        <w:rPr>
          <w:rFonts w:cs="Mangal" w:hint="cs"/>
          <w:sz w:val="24"/>
          <w:szCs w:val="24"/>
          <w:cs/>
          <w:lang w:bidi="hi-IN"/>
        </w:rPr>
        <w:t>विकास</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महाविद्यालय</w:t>
      </w:r>
      <w:r w:rsidR="0018357B" w:rsidRPr="00D73AFF">
        <w:rPr>
          <w:rFonts w:cs="Mangal"/>
          <w:sz w:val="24"/>
          <w:szCs w:val="24"/>
          <w:cs/>
          <w:lang w:bidi="hi-IN"/>
        </w:rPr>
        <w:t xml:space="preserve"> </w:t>
      </w:r>
      <w:r w:rsidR="0018357B" w:rsidRPr="00D73AFF">
        <w:rPr>
          <w:rFonts w:cs="Mangal" w:hint="cs"/>
          <w:sz w:val="24"/>
          <w:szCs w:val="24"/>
          <w:cs/>
          <w:lang w:bidi="hi-IN"/>
        </w:rPr>
        <w:t>परिवार</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तरफ</w:t>
      </w:r>
      <w:r w:rsidR="0018357B" w:rsidRPr="00D73AFF">
        <w:rPr>
          <w:rFonts w:cs="Mangal"/>
          <w:sz w:val="24"/>
          <w:szCs w:val="24"/>
          <w:cs/>
          <w:lang w:bidi="hi-IN"/>
        </w:rPr>
        <w:t xml:space="preserve"> </w:t>
      </w:r>
      <w:r w:rsidR="0018357B" w:rsidRPr="00D73AFF">
        <w:rPr>
          <w:rFonts w:cs="Mangal" w:hint="cs"/>
          <w:sz w:val="24"/>
          <w:szCs w:val="24"/>
          <w:cs/>
          <w:lang w:bidi="hi-IN"/>
        </w:rPr>
        <w:t>से</w:t>
      </w:r>
      <w:r w:rsidR="0018357B" w:rsidRPr="00D73AFF">
        <w:rPr>
          <w:rFonts w:cs="Mangal"/>
          <w:sz w:val="24"/>
          <w:szCs w:val="24"/>
          <w:cs/>
          <w:lang w:bidi="hi-IN"/>
        </w:rPr>
        <w:t xml:space="preserve"> </w:t>
      </w:r>
      <w:r w:rsidR="0018357B" w:rsidRPr="00D73AFF">
        <w:rPr>
          <w:rFonts w:cs="Mangal" w:hint="cs"/>
          <w:sz w:val="24"/>
          <w:szCs w:val="24"/>
          <w:cs/>
          <w:lang w:bidi="hi-IN"/>
        </w:rPr>
        <w:t>स्मृति</w:t>
      </w:r>
      <w:r w:rsidR="0018357B" w:rsidRPr="00D73AFF">
        <w:rPr>
          <w:rFonts w:cs="Mangal"/>
          <w:sz w:val="24"/>
          <w:szCs w:val="24"/>
          <w:cs/>
          <w:lang w:bidi="hi-IN"/>
        </w:rPr>
        <w:t xml:space="preserve"> </w:t>
      </w:r>
      <w:r w:rsidR="0018357B" w:rsidRPr="00D73AFF">
        <w:rPr>
          <w:rFonts w:cs="Mangal" w:hint="cs"/>
          <w:sz w:val="24"/>
          <w:szCs w:val="24"/>
          <w:cs/>
          <w:lang w:bidi="hi-IN"/>
        </w:rPr>
        <w:t>चिन्ह</w:t>
      </w:r>
      <w:r w:rsidR="0018357B" w:rsidRPr="00D73AFF">
        <w:rPr>
          <w:rFonts w:cs="Mangal"/>
          <w:sz w:val="24"/>
          <w:szCs w:val="24"/>
          <w:cs/>
          <w:lang w:bidi="hi-IN"/>
        </w:rPr>
        <w:t xml:space="preserve"> </w:t>
      </w:r>
      <w:r w:rsidR="0018357B" w:rsidRPr="00D73AFF">
        <w:rPr>
          <w:rFonts w:cs="Mangal" w:hint="cs"/>
          <w:sz w:val="24"/>
          <w:szCs w:val="24"/>
          <w:cs/>
          <w:lang w:bidi="hi-IN"/>
        </w:rPr>
        <w:t>भेंट</w:t>
      </w:r>
      <w:r w:rsidR="0018357B" w:rsidRPr="00D73AFF">
        <w:rPr>
          <w:rFonts w:cs="Mangal"/>
          <w:sz w:val="24"/>
          <w:szCs w:val="24"/>
          <w:cs/>
          <w:lang w:bidi="hi-IN"/>
        </w:rPr>
        <w:t xml:space="preserve"> </w:t>
      </w:r>
      <w:r w:rsidR="0018357B" w:rsidRPr="00D73AFF">
        <w:rPr>
          <w:rFonts w:cs="Mangal" w:hint="cs"/>
          <w:sz w:val="24"/>
          <w:szCs w:val="24"/>
          <w:cs/>
          <w:lang w:bidi="hi-IN"/>
        </w:rPr>
        <w:t>कर</w:t>
      </w:r>
      <w:r w:rsidR="0018357B" w:rsidRPr="00D73AFF">
        <w:rPr>
          <w:rFonts w:cs="Mangal"/>
          <w:sz w:val="24"/>
          <w:szCs w:val="24"/>
          <w:cs/>
          <w:lang w:bidi="hi-IN"/>
        </w:rPr>
        <w:t xml:space="preserve"> </w:t>
      </w:r>
      <w:r w:rsidR="0018357B" w:rsidRPr="00D73AFF">
        <w:rPr>
          <w:rFonts w:cs="Mangal" w:hint="cs"/>
          <w:sz w:val="24"/>
          <w:szCs w:val="24"/>
          <w:cs/>
          <w:lang w:bidi="hi-IN"/>
        </w:rPr>
        <w:t>सम्मानित</w:t>
      </w:r>
      <w:r w:rsidR="0018357B" w:rsidRPr="00D73AFF">
        <w:rPr>
          <w:rFonts w:cs="Mangal"/>
          <w:sz w:val="24"/>
          <w:szCs w:val="24"/>
          <w:cs/>
          <w:lang w:bidi="hi-IN"/>
        </w:rPr>
        <w:t xml:space="preserve"> </w:t>
      </w:r>
      <w:r w:rsidR="0018357B" w:rsidRPr="00D73AFF">
        <w:rPr>
          <w:rFonts w:cs="Mangal" w:hint="cs"/>
          <w:sz w:val="24"/>
          <w:szCs w:val="24"/>
          <w:cs/>
          <w:lang w:bidi="hi-IN"/>
        </w:rPr>
        <w:t>किया</w:t>
      </w:r>
      <w:r w:rsidR="0018357B" w:rsidRPr="00D73AFF">
        <w:rPr>
          <w:rFonts w:cs="Mangal"/>
          <w:sz w:val="24"/>
          <w:szCs w:val="24"/>
          <w:cs/>
          <w:lang w:bidi="hi-IN"/>
        </w:rPr>
        <w:t xml:space="preserve"> </w:t>
      </w:r>
      <w:r w:rsidR="0018357B" w:rsidRPr="00D73AFF">
        <w:rPr>
          <w:rFonts w:cs="Mangal" w:hint="cs"/>
          <w:sz w:val="24"/>
          <w:szCs w:val="24"/>
          <w:cs/>
          <w:lang w:bidi="hi-IN"/>
        </w:rPr>
        <w:t>गया।</w:t>
      </w:r>
      <w:r w:rsidR="0018357B" w:rsidRPr="00D73AFF">
        <w:rPr>
          <w:rFonts w:cs="Mangal"/>
          <w:sz w:val="24"/>
          <w:szCs w:val="24"/>
          <w:cs/>
          <w:lang w:bidi="hi-IN"/>
        </w:rPr>
        <w:t xml:space="preserve"> </w:t>
      </w:r>
      <w:r w:rsidR="0018357B" w:rsidRPr="00D73AFF">
        <w:rPr>
          <w:rFonts w:cs="Mangal" w:hint="cs"/>
          <w:sz w:val="24"/>
          <w:szCs w:val="24"/>
          <w:cs/>
          <w:lang w:bidi="hi-IN"/>
        </w:rPr>
        <w:t>उक्त</w:t>
      </w:r>
      <w:r w:rsidR="0018357B" w:rsidRPr="00D73AFF">
        <w:rPr>
          <w:rFonts w:cs="Mangal"/>
          <w:sz w:val="24"/>
          <w:szCs w:val="24"/>
          <w:cs/>
          <w:lang w:bidi="hi-IN"/>
        </w:rPr>
        <w:t xml:space="preserve"> </w:t>
      </w:r>
      <w:r w:rsidR="0018357B" w:rsidRPr="00D73AFF">
        <w:rPr>
          <w:rFonts w:cs="Mangal" w:hint="cs"/>
          <w:sz w:val="24"/>
          <w:szCs w:val="24"/>
          <w:cs/>
          <w:lang w:bidi="hi-IN"/>
        </w:rPr>
        <w:t>कार्यक्रम</w:t>
      </w:r>
      <w:r w:rsidR="0018357B" w:rsidRPr="00D73AFF">
        <w:rPr>
          <w:rFonts w:cs="Mangal"/>
          <w:sz w:val="24"/>
          <w:szCs w:val="24"/>
          <w:cs/>
          <w:lang w:bidi="hi-IN"/>
        </w:rPr>
        <w:t xml:space="preserve"> </w:t>
      </w:r>
      <w:r w:rsidR="0018357B" w:rsidRPr="00D73AFF">
        <w:rPr>
          <w:rFonts w:cs="Mangal" w:hint="cs"/>
          <w:sz w:val="24"/>
          <w:szCs w:val="24"/>
          <w:cs/>
          <w:lang w:bidi="hi-IN"/>
        </w:rPr>
        <w:t>में</w:t>
      </w:r>
      <w:r w:rsidR="0018357B" w:rsidRPr="00D73AFF">
        <w:rPr>
          <w:rFonts w:cs="Mangal"/>
          <w:sz w:val="24"/>
          <w:szCs w:val="24"/>
          <w:cs/>
          <w:lang w:bidi="hi-IN"/>
        </w:rPr>
        <w:t xml:space="preserve"> 300 </w:t>
      </w:r>
      <w:r w:rsidR="0018357B" w:rsidRPr="00D73AFF">
        <w:rPr>
          <w:rFonts w:cs="Mangal" w:hint="cs"/>
          <w:sz w:val="24"/>
          <w:szCs w:val="24"/>
          <w:cs/>
          <w:lang w:bidi="hi-IN"/>
        </w:rPr>
        <w:t>से</w:t>
      </w:r>
      <w:r w:rsidR="0018357B" w:rsidRPr="00D73AFF">
        <w:rPr>
          <w:rFonts w:cs="Mangal"/>
          <w:sz w:val="24"/>
          <w:szCs w:val="24"/>
          <w:cs/>
          <w:lang w:bidi="hi-IN"/>
        </w:rPr>
        <w:t xml:space="preserve"> </w:t>
      </w:r>
      <w:r w:rsidR="0018357B" w:rsidRPr="00D73AFF">
        <w:rPr>
          <w:rFonts w:cs="Mangal" w:hint="cs"/>
          <w:sz w:val="24"/>
          <w:szCs w:val="24"/>
          <w:cs/>
          <w:lang w:bidi="hi-IN"/>
        </w:rPr>
        <w:t>अधिक</w:t>
      </w:r>
      <w:r w:rsidR="0018357B" w:rsidRPr="00D73AFF">
        <w:rPr>
          <w:rFonts w:cs="Mangal"/>
          <w:sz w:val="24"/>
          <w:szCs w:val="24"/>
          <w:cs/>
          <w:lang w:bidi="hi-IN"/>
        </w:rPr>
        <w:t xml:space="preserve"> </w:t>
      </w:r>
      <w:r w:rsidR="0018357B" w:rsidRPr="00D73AFF">
        <w:rPr>
          <w:rFonts w:cs="Mangal" w:hint="cs"/>
          <w:sz w:val="24"/>
          <w:szCs w:val="24"/>
          <w:cs/>
          <w:lang w:bidi="hi-IN"/>
        </w:rPr>
        <w:t>विद्यार्थी</w:t>
      </w:r>
      <w:r w:rsidR="0018357B" w:rsidRPr="00D73AFF">
        <w:rPr>
          <w:rFonts w:cs="Mangal"/>
          <w:sz w:val="24"/>
          <w:szCs w:val="24"/>
          <w:cs/>
          <w:lang w:bidi="hi-IN"/>
        </w:rPr>
        <w:t xml:space="preserve"> </w:t>
      </w:r>
      <w:r w:rsidR="0018357B" w:rsidRPr="00D73AFF">
        <w:rPr>
          <w:rFonts w:cs="Mangal" w:hint="cs"/>
          <w:sz w:val="24"/>
          <w:szCs w:val="24"/>
          <w:cs/>
          <w:lang w:bidi="hi-IN"/>
        </w:rPr>
        <w:t>एवं</w:t>
      </w:r>
      <w:r w:rsidR="0018357B" w:rsidRPr="00D73AFF">
        <w:rPr>
          <w:rFonts w:cs="Mangal"/>
          <w:sz w:val="24"/>
          <w:szCs w:val="24"/>
          <w:cs/>
          <w:lang w:bidi="hi-IN"/>
        </w:rPr>
        <w:t xml:space="preserve"> </w:t>
      </w:r>
      <w:r w:rsidR="0018357B" w:rsidRPr="00D73AFF">
        <w:rPr>
          <w:rFonts w:cs="Mangal" w:hint="cs"/>
          <w:sz w:val="24"/>
          <w:szCs w:val="24"/>
          <w:cs/>
          <w:lang w:bidi="hi-IN"/>
        </w:rPr>
        <w:t>रोजगार</w:t>
      </w:r>
      <w:r w:rsidR="0018357B" w:rsidRPr="00D73AFF">
        <w:rPr>
          <w:rFonts w:cs="Mangal"/>
          <w:sz w:val="24"/>
          <w:szCs w:val="24"/>
          <w:cs/>
          <w:lang w:bidi="hi-IN"/>
        </w:rPr>
        <w:t xml:space="preserve"> </w:t>
      </w:r>
      <w:r w:rsidR="0018357B" w:rsidRPr="00D73AFF">
        <w:rPr>
          <w:rFonts w:cs="Mangal" w:hint="cs"/>
          <w:sz w:val="24"/>
          <w:szCs w:val="24"/>
          <w:cs/>
          <w:lang w:bidi="hi-IN"/>
        </w:rPr>
        <w:t>मार्गदर्शन</w:t>
      </w:r>
      <w:r w:rsidR="0018357B" w:rsidRPr="00D73AFF">
        <w:rPr>
          <w:rFonts w:cs="Mangal"/>
          <w:sz w:val="24"/>
          <w:szCs w:val="24"/>
          <w:cs/>
          <w:lang w:bidi="hi-IN"/>
        </w:rPr>
        <w:t xml:space="preserve"> </w:t>
      </w:r>
      <w:r w:rsidR="0018357B" w:rsidRPr="00D73AFF">
        <w:rPr>
          <w:rFonts w:cs="Mangal" w:hint="cs"/>
          <w:sz w:val="24"/>
          <w:szCs w:val="24"/>
          <w:cs/>
          <w:lang w:bidi="hi-IN"/>
        </w:rPr>
        <w:t>प्रकोष्ठ</w:t>
      </w:r>
      <w:r w:rsidR="0018357B" w:rsidRPr="00D73AFF">
        <w:rPr>
          <w:rFonts w:cs="Mangal"/>
          <w:sz w:val="24"/>
          <w:szCs w:val="24"/>
          <w:cs/>
          <w:lang w:bidi="hi-IN"/>
        </w:rPr>
        <w:t xml:space="preserve"> </w:t>
      </w:r>
      <w:r w:rsidR="0018357B" w:rsidRPr="00D73AFF">
        <w:rPr>
          <w:rFonts w:cs="Mangal" w:hint="cs"/>
          <w:sz w:val="24"/>
          <w:szCs w:val="24"/>
          <w:cs/>
          <w:lang w:bidi="hi-IN"/>
        </w:rPr>
        <w:t>के</w:t>
      </w:r>
      <w:r w:rsidR="0018357B" w:rsidRPr="00D73AFF">
        <w:rPr>
          <w:rFonts w:cs="Mangal"/>
          <w:sz w:val="24"/>
          <w:szCs w:val="24"/>
          <w:cs/>
          <w:lang w:bidi="hi-IN"/>
        </w:rPr>
        <w:t xml:space="preserve"> </w:t>
      </w:r>
      <w:r w:rsidR="0018357B" w:rsidRPr="00D73AFF">
        <w:rPr>
          <w:rFonts w:cs="Mangal" w:hint="cs"/>
          <w:sz w:val="24"/>
          <w:szCs w:val="24"/>
          <w:cs/>
          <w:lang w:bidi="hi-IN"/>
        </w:rPr>
        <w:t>सभी</w:t>
      </w:r>
      <w:r w:rsidR="0018357B" w:rsidRPr="00D73AFF">
        <w:rPr>
          <w:rFonts w:cs="Mangal"/>
          <w:sz w:val="24"/>
          <w:szCs w:val="24"/>
          <w:cs/>
          <w:lang w:bidi="hi-IN"/>
        </w:rPr>
        <w:t xml:space="preserve"> </w:t>
      </w:r>
      <w:r w:rsidR="0018357B" w:rsidRPr="00D73AFF">
        <w:rPr>
          <w:rFonts w:cs="Mangal" w:hint="cs"/>
          <w:sz w:val="24"/>
          <w:szCs w:val="24"/>
          <w:cs/>
          <w:lang w:bidi="hi-IN"/>
        </w:rPr>
        <w:t>सदस्य</w:t>
      </w:r>
      <w:r w:rsidR="0018357B" w:rsidRPr="00D73AFF">
        <w:rPr>
          <w:rFonts w:cs="Mangal"/>
          <w:sz w:val="24"/>
          <w:szCs w:val="24"/>
          <w:cs/>
          <w:lang w:bidi="hi-IN"/>
        </w:rPr>
        <w:t xml:space="preserve"> </w:t>
      </w:r>
      <w:r w:rsidR="0018357B" w:rsidRPr="00D73AFF">
        <w:rPr>
          <w:rFonts w:cs="Mangal" w:hint="cs"/>
          <w:sz w:val="24"/>
          <w:szCs w:val="24"/>
          <w:cs/>
          <w:lang w:bidi="hi-IN"/>
        </w:rPr>
        <w:t>सम्मिलित</w:t>
      </w:r>
      <w:r w:rsidR="0018357B" w:rsidRPr="00D73AFF">
        <w:rPr>
          <w:rFonts w:cs="Mangal"/>
          <w:sz w:val="24"/>
          <w:szCs w:val="24"/>
          <w:cs/>
          <w:lang w:bidi="hi-IN"/>
        </w:rPr>
        <w:t xml:space="preserve"> </w:t>
      </w:r>
      <w:r w:rsidR="0018357B" w:rsidRPr="00D73AFF">
        <w:rPr>
          <w:rFonts w:cs="Mangal" w:hint="cs"/>
          <w:sz w:val="24"/>
          <w:szCs w:val="24"/>
          <w:cs/>
          <w:lang w:bidi="hi-IN"/>
        </w:rPr>
        <w:t>हुएं।</w:t>
      </w:r>
    </w:p>
    <w:p w:rsidR="00FA3492" w:rsidRPr="00D73AFF" w:rsidRDefault="00FA3492" w:rsidP="00FA3492">
      <w:pPr>
        <w:pStyle w:val="ListParagraph"/>
        <w:ind w:left="360"/>
        <w:jc w:val="both"/>
        <w:rPr>
          <w:sz w:val="24"/>
          <w:szCs w:val="24"/>
          <w:lang w:bidi="hi-IN"/>
        </w:rPr>
      </w:pPr>
    </w:p>
    <w:p w:rsidR="00075C49" w:rsidRDefault="00075C49" w:rsidP="00075C49">
      <w:pPr>
        <w:pStyle w:val="NormalWeb"/>
        <w:jc w:val="center"/>
      </w:pPr>
      <w:r>
        <w:rPr>
          <w:noProof/>
        </w:rPr>
        <w:lastRenderedPageBreak/>
        <w:drawing>
          <wp:inline distT="0" distB="0" distL="0" distR="0">
            <wp:extent cx="4533130" cy="5661764"/>
            <wp:effectExtent l="19050" t="0" r="770" b="0"/>
            <wp:docPr id="1" name="Picture 1" descr="C:\Users\admin\Downloads\WhatsApp Image 2026-04-29 at 1.13.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4-29 at 1.13.19 PM.jpeg"/>
                    <pic:cNvPicPr>
                      <a:picLocks noChangeAspect="1" noChangeArrowheads="1"/>
                    </pic:cNvPicPr>
                  </pic:nvPicPr>
                  <pic:blipFill>
                    <a:blip r:embed="rId16"/>
                    <a:srcRect/>
                    <a:stretch>
                      <a:fillRect/>
                    </a:stretch>
                  </pic:blipFill>
                  <pic:spPr bwMode="auto">
                    <a:xfrm>
                      <a:off x="0" y="0"/>
                      <a:ext cx="4532609" cy="5661113"/>
                    </a:xfrm>
                    <a:prstGeom prst="rect">
                      <a:avLst/>
                    </a:prstGeom>
                    <a:noFill/>
                    <a:ln w="9525">
                      <a:noFill/>
                      <a:miter lim="800000"/>
                      <a:headEnd/>
                      <a:tailEnd/>
                    </a:ln>
                  </pic:spPr>
                </pic:pic>
              </a:graphicData>
            </a:graphic>
          </wp:inline>
        </w:drawing>
      </w:r>
    </w:p>
    <w:p w:rsidR="00075C49" w:rsidRDefault="00075C49" w:rsidP="00075C49">
      <w:pPr>
        <w:pStyle w:val="NormalWeb"/>
        <w:jc w:val="center"/>
      </w:pPr>
      <w:r>
        <w:rPr>
          <w:noProof/>
        </w:rPr>
        <w:drawing>
          <wp:inline distT="0" distB="0" distL="0" distR="0">
            <wp:extent cx="5104852" cy="2907792"/>
            <wp:effectExtent l="19050" t="0" r="548" b="0"/>
            <wp:docPr id="4" name="Picture 4" descr="C:\Users\admin\Downloads\WhatsApp Image 2026-04-29 at 1.1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6-04-29 at 1.13.31 PM.jpeg"/>
                    <pic:cNvPicPr>
                      <a:picLocks noChangeAspect="1" noChangeArrowheads="1"/>
                    </pic:cNvPicPr>
                  </pic:nvPicPr>
                  <pic:blipFill>
                    <a:blip r:embed="rId17"/>
                    <a:srcRect/>
                    <a:stretch>
                      <a:fillRect/>
                    </a:stretch>
                  </pic:blipFill>
                  <pic:spPr bwMode="auto">
                    <a:xfrm>
                      <a:off x="0" y="0"/>
                      <a:ext cx="5102650" cy="2906538"/>
                    </a:xfrm>
                    <a:prstGeom prst="rect">
                      <a:avLst/>
                    </a:prstGeom>
                    <a:noFill/>
                    <a:ln w="9525">
                      <a:noFill/>
                      <a:miter lim="800000"/>
                      <a:headEnd/>
                      <a:tailEnd/>
                    </a:ln>
                  </pic:spPr>
                </pic:pic>
              </a:graphicData>
            </a:graphic>
          </wp:inline>
        </w:drawing>
      </w:r>
    </w:p>
    <w:p w:rsidR="00FA3492" w:rsidRPr="00D73AFF" w:rsidRDefault="00FA3492" w:rsidP="00FA3492">
      <w:pPr>
        <w:pStyle w:val="ListParagraph"/>
        <w:ind w:left="360"/>
        <w:jc w:val="both"/>
        <w:rPr>
          <w:sz w:val="24"/>
          <w:szCs w:val="24"/>
          <w:lang w:bidi="hi-IN"/>
        </w:rPr>
      </w:pPr>
    </w:p>
    <w:p w:rsidR="00EC317F" w:rsidRPr="000E0D1C" w:rsidRDefault="00B0475F" w:rsidP="00CC6E1F">
      <w:pPr>
        <w:pStyle w:val="ListParagraph"/>
        <w:numPr>
          <w:ilvl w:val="0"/>
          <w:numId w:val="20"/>
        </w:numPr>
        <w:ind w:left="851" w:hanging="425"/>
        <w:jc w:val="both"/>
        <w:rPr>
          <w:sz w:val="24"/>
          <w:szCs w:val="24"/>
          <w:lang w:bidi="hi-IN"/>
        </w:rPr>
      </w:pPr>
      <w:r w:rsidRPr="00CC6E1F">
        <w:rPr>
          <w:b/>
          <w:bCs/>
          <w:sz w:val="24"/>
          <w:szCs w:val="24"/>
          <w:lang w:bidi="hi-IN"/>
        </w:rPr>
        <w:t>“</w:t>
      </w:r>
      <w:r w:rsidRPr="00CC6E1F">
        <w:rPr>
          <w:rFonts w:cs="Mangal" w:hint="cs"/>
          <w:b/>
          <w:bCs/>
          <w:sz w:val="24"/>
          <w:szCs w:val="24"/>
          <w:cs/>
          <w:lang w:bidi="hi-IN"/>
        </w:rPr>
        <w:t>हाउ</w:t>
      </w:r>
      <w:r w:rsidRPr="00CC6E1F">
        <w:rPr>
          <w:rFonts w:cs="Mangal"/>
          <w:b/>
          <w:bCs/>
          <w:sz w:val="24"/>
          <w:szCs w:val="24"/>
          <w:cs/>
          <w:lang w:bidi="hi-IN"/>
        </w:rPr>
        <w:t xml:space="preserve"> </w:t>
      </w:r>
      <w:r w:rsidRPr="00CC6E1F">
        <w:rPr>
          <w:rFonts w:cs="Mangal" w:hint="cs"/>
          <w:b/>
          <w:bCs/>
          <w:sz w:val="24"/>
          <w:szCs w:val="24"/>
          <w:cs/>
          <w:lang w:bidi="hi-IN"/>
        </w:rPr>
        <w:t>टू</w:t>
      </w:r>
      <w:r w:rsidRPr="00CC6E1F">
        <w:rPr>
          <w:rFonts w:cs="Mangal"/>
          <w:b/>
          <w:bCs/>
          <w:sz w:val="24"/>
          <w:szCs w:val="24"/>
          <w:cs/>
          <w:lang w:bidi="hi-IN"/>
        </w:rPr>
        <w:t xml:space="preserve"> </w:t>
      </w:r>
      <w:r w:rsidRPr="00CC6E1F">
        <w:rPr>
          <w:rFonts w:cs="Mangal" w:hint="cs"/>
          <w:b/>
          <w:bCs/>
          <w:sz w:val="24"/>
          <w:szCs w:val="24"/>
          <w:cs/>
          <w:lang w:bidi="hi-IN"/>
        </w:rPr>
        <w:t>सक्सीड</w:t>
      </w:r>
      <w:r w:rsidRPr="00CC6E1F">
        <w:rPr>
          <w:rFonts w:cs="Mangal"/>
          <w:b/>
          <w:bCs/>
          <w:sz w:val="24"/>
          <w:szCs w:val="24"/>
          <w:cs/>
          <w:lang w:bidi="hi-IN"/>
        </w:rPr>
        <w:t xml:space="preserve"> </w:t>
      </w:r>
      <w:r w:rsidRPr="00CC6E1F">
        <w:rPr>
          <w:rFonts w:cs="Mangal" w:hint="cs"/>
          <w:b/>
          <w:bCs/>
          <w:sz w:val="24"/>
          <w:szCs w:val="24"/>
          <w:cs/>
          <w:lang w:bidi="hi-IN"/>
        </w:rPr>
        <w:t>इन</w:t>
      </w:r>
      <w:r w:rsidRPr="00CC6E1F">
        <w:rPr>
          <w:rFonts w:cs="Mangal"/>
          <w:b/>
          <w:bCs/>
          <w:sz w:val="24"/>
          <w:szCs w:val="24"/>
          <w:cs/>
          <w:lang w:bidi="hi-IN"/>
        </w:rPr>
        <w:t xml:space="preserve"> </w:t>
      </w:r>
      <w:r w:rsidRPr="00CC6E1F">
        <w:rPr>
          <w:b/>
          <w:bCs/>
          <w:sz w:val="24"/>
          <w:szCs w:val="24"/>
          <w:lang w:bidi="hi-IN"/>
        </w:rPr>
        <w:t xml:space="preserve">UPSC &amp; CGPSC” </w:t>
      </w:r>
      <w:r w:rsidRPr="00CC6E1F">
        <w:rPr>
          <w:rFonts w:cs="Mangal" w:hint="cs"/>
          <w:b/>
          <w:bCs/>
          <w:sz w:val="24"/>
          <w:szCs w:val="24"/>
          <w:cs/>
          <w:lang w:bidi="hi-IN"/>
        </w:rPr>
        <w:t>विषय</w:t>
      </w:r>
      <w:r w:rsidRPr="00CC6E1F">
        <w:rPr>
          <w:rFonts w:cs="Mangal"/>
          <w:b/>
          <w:bCs/>
          <w:sz w:val="24"/>
          <w:szCs w:val="24"/>
          <w:cs/>
          <w:lang w:bidi="hi-IN"/>
        </w:rPr>
        <w:t xml:space="preserve"> </w:t>
      </w:r>
      <w:r w:rsidRPr="00CC6E1F">
        <w:rPr>
          <w:rFonts w:cs="Mangal" w:hint="cs"/>
          <w:b/>
          <w:bCs/>
          <w:sz w:val="24"/>
          <w:szCs w:val="24"/>
          <w:cs/>
          <w:lang w:bidi="hi-IN"/>
        </w:rPr>
        <w:t>पर</w:t>
      </w:r>
      <w:r w:rsidRPr="00CC6E1F">
        <w:rPr>
          <w:rFonts w:cs="Mangal"/>
          <w:b/>
          <w:bCs/>
          <w:sz w:val="24"/>
          <w:szCs w:val="24"/>
          <w:cs/>
          <w:lang w:bidi="hi-IN"/>
        </w:rPr>
        <w:t xml:space="preserve"> </w:t>
      </w:r>
      <w:r w:rsidRPr="00CC6E1F">
        <w:rPr>
          <w:rFonts w:cs="Mangal" w:hint="cs"/>
          <w:b/>
          <w:bCs/>
          <w:sz w:val="24"/>
          <w:szCs w:val="24"/>
          <w:cs/>
          <w:lang w:bidi="hi-IN"/>
        </w:rPr>
        <w:t>एक</w:t>
      </w:r>
      <w:r w:rsidRPr="00CC6E1F">
        <w:rPr>
          <w:rFonts w:cs="Mangal"/>
          <w:b/>
          <w:bCs/>
          <w:sz w:val="24"/>
          <w:szCs w:val="24"/>
          <w:cs/>
          <w:lang w:bidi="hi-IN"/>
        </w:rPr>
        <w:t xml:space="preserve"> </w:t>
      </w:r>
      <w:r w:rsidRPr="00CC6E1F">
        <w:rPr>
          <w:rFonts w:cs="Mangal" w:hint="cs"/>
          <w:b/>
          <w:bCs/>
          <w:sz w:val="24"/>
          <w:szCs w:val="24"/>
          <w:cs/>
          <w:lang w:bidi="hi-IN"/>
        </w:rPr>
        <w:t>दिवसीय</w:t>
      </w:r>
      <w:r w:rsidRPr="00CC6E1F">
        <w:rPr>
          <w:rFonts w:cs="Mangal"/>
          <w:b/>
          <w:bCs/>
          <w:sz w:val="24"/>
          <w:szCs w:val="24"/>
          <w:cs/>
          <w:lang w:bidi="hi-IN"/>
        </w:rPr>
        <w:t xml:space="preserve"> </w:t>
      </w:r>
      <w:r w:rsidRPr="00CC6E1F">
        <w:rPr>
          <w:rFonts w:cs="Mangal" w:hint="cs"/>
          <w:b/>
          <w:bCs/>
          <w:sz w:val="24"/>
          <w:szCs w:val="24"/>
          <w:cs/>
          <w:lang w:bidi="hi-IN"/>
        </w:rPr>
        <w:t>सेमिनार</w:t>
      </w:r>
      <w:r w:rsidRPr="00CC6E1F">
        <w:rPr>
          <w:rFonts w:cs="Mangal"/>
          <w:b/>
          <w:bCs/>
          <w:sz w:val="24"/>
          <w:szCs w:val="24"/>
          <w:cs/>
          <w:lang w:bidi="hi-IN"/>
        </w:rPr>
        <w:t xml:space="preserve"> </w:t>
      </w:r>
      <w:r w:rsidRPr="00CC6E1F">
        <w:rPr>
          <w:rFonts w:cs="Mangal" w:hint="cs"/>
          <w:b/>
          <w:bCs/>
          <w:sz w:val="24"/>
          <w:szCs w:val="24"/>
          <w:cs/>
          <w:lang w:bidi="hi-IN"/>
        </w:rPr>
        <w:t>का</w:t>
      </w:r>
      <w:r w:rsidRPr="00CC6E1F">
        <w:rPr>
          <w:rFonts w:cs="Mangal"/>
          <w:b/>
          <w:bCs/>
          <w:sz w:val="24"/>
          <w:szCs w:val="24"/>
          <w:cs/>
          <w:lang w:bidi="hi-IN"/>
        </w:rPr>
        <w:t xml:space="preserve"> </w:t>
      </w:r>
      <w:r w:rsidRPr="00CC6E1F">
        <w:rPr>
          <w:rFonts w:cs="Mangal" w:hint="cs"/>
          <w:b/>
          <w:bCs/>
          <w:sz w:val="24"/>
          <w:szCs w:val="24"/>
          <w:cs/>
          <w:lang w:bidi="hi-IN"/>
        </w:rPr>
        <w:t>आयोजन</w:t>
      </w:r>
      <w:r w:rsidR="00FA3492" w:rsidRPr="00CC6E1F">
        <w:rPr>
          <w:rFonts w:cs="Mangal" w:hint="cs"/>
          <w:b/>
          <w:bCs/>
          <w:sz w:val="24"/>
          <w:szCs w:val="24"/>
          <w:cs/>
          <w:lang w:bidi="hi-IN"/>
        </w:rPr>
        <w:t>:</w:t>
      </w:r>
      <w:r w:rsidR="00FA3492" w:rsidRPr="00CC6E1F">
        <w:rPr>
          <w:rFonts w:cs="Mangal" w:hint="cs"/>
          <w:sz w:val="24"/>
          <w:szCs w:val="24"/>
          <w:cs/>
          <w:lang w:bidi="hi-IN"/>
        </w:rPr>
        <w:t xml:space="preserve"> </w:t>
      </w:r>
      <w:r w:rsidRPr="00CC6E1F">
        <w:rPr>
          <w:rFonts w:cs="Mangal" w:hint="cs"/>
          <w:sz w:val="24"/>
          <w:szCs w:val="24"/>
          <w:cs/>
          <w:lang w:bidi="hi-IN"/>
        </w:rPr>
        <w:t>शासकीय</w:t>
      </w:r>
      <w:r w:rsidRPr="00CC6E1F">
        <w:rPr>
          <w:rFonts w:cs="Mangal"/>
          <w:sz w:val="24"/>
          <w:szCs w:val="24"/>
          <w:cs/>
          <w:lang w:bidi="hi-IN"/>
        </w:rPr>
        <w:t xml:space="preserve"> </w:t>
      </w:r>
      <w:r w:rsidRPr="00CC6E1F">
        <w:rPr>
          <w:rFonts w:cs="Mangal" w:hint="cs"/>
          <w:sz w:val="24"/>
          <w:szCs w:val="24"/>
          <w:cs/>
          <w:lang w:bidi="hi-IN"/>
        </w:rPr>
        <w:t>दिग्विजय</w:t>
      </w:r>
      <w:r w:rsidR="00EC3E46">
        <w:rPr>
          <w:rFonts w:cs="Mangal" w:hint="cs"/>
          <w:sz w:val="24"/>
          <w:szCs w:val="24"/>
          <w:cs/>
          <w:lang w:bidi="hi-IN"/>
        </w:rPr>
        <w:t xml:space="preserve"> </w:t>
      </w:r>
      <w:r w:rsidRPr="00CC6E1F">
        <w:rPr>
          <w:rFonts w:cs="Mangal" w:hint="cs"/>
          <w:sz w:val="24"/>
          <w:szCs w:val="24"/>
          <w:cs/>
          <w:lang w:bidi="hi-IN"/>
        </w:rPr>
        <w:t>महाविद्यालय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प्राचार्य</w:t>
      </w:r>
      <w:r w:rsidRPr="00CC6E1F">
        <w:rPr>
          <w:rFonts w:cs="Mangal"/>
          <w:sz w:val="24"/>
          <w:szCs w:val="24"/>
          <w:cs/>
          <w:lang w:bidi="hi-IN"/>
        </w:rPr>
        <w:t xml:space="preserve"> </w:t>
      </w:r>
      <w:r w:rsidRPr="00CC6E1F">
        <w:rPr>
          <w:rFonts w:cs="Mangal" w:hint="cs"/>
          <w:sz w:val="24"/>
          <w:szCs w:val="24"/>
          <w:cs/>
          <w:lang w:bidi="hi-IN"/>
        </w:rPr>
        <w:t>डॉ</w:t>
      </w:r>
      <w:r w:rsidRPr="00CC6E1F">
        <w:rPr>
          <w:rFonts w:cs="Mangal"/>
          <w:sz w:val="24"/>
          <w:szCs w:val="24"/>
          <w:cs/>
          <w:lang w:bidi="hi-IN"/>
        </w:rPr>
        <w:t xml:space="preserve"> </w:t>
      </w:r>
      <w:r w:rsidRPr="00CC6E1F">
        <w:rPr>
          <w:rFonts w:cs="Mangal" w:hint="cs"/>
          <w:sz w:val="24"/>
          <w:szCs w:val="24"/>
          <w:cs/>
          <w:lang w:bidi="hi-IN"/>
        </w:rPr>
        <w:t>सुचित्रा</w:t>
      </w:r>
      <w:r w:rsidRPr="00CC6E1F">
        <w:rPr>
          <w:rFonts w:cs="Mangal"/>
          <w:sz w:val="24"/>
          <w:szCs w:val="24"/>
          <w:cs/>
          <w:lang w:bidi="hi-IN"/>
        </w:rPr>
        <w:t xml:space="preserve"> </w:t>
      </w:r>
      <w:r w:rsidRPr="00CC6E1F">
        <w:rPr>
          <w:rFonts w:cs="Mangal" w:hint="cs"/>
          <w:sz w:val="24"/>
          <w:szCs w:val="24"/>
          <w:cs/>
          <w:lang w:bidi="hi-IN"/>
        </w:rPr>
        <w:t>गुप्ता</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मार्गदर्शन</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एवं</w:t>
      </w:r>
      <w:r w:rsidR="00295A34">
        <w:rPr>
          <w:rFonts w:cs="Mangal" w:hint="cs"/>
          <w:sz w:val="24"/>
          <w:szCs w:val="24"/>
          <w:cs/>
          <w:lang w:bidi="hi-IN"/>
        </w:rPr>
        <w:t xml:space="preserve"> </w:t>
      </w:r>
      <w:r w:rsidRPr="00CC6E1F">
        <w:rPr>
          <w:rFonts w:cs="Mangal" w:hint="cs"/>
          <w:sz w:val="24"/>
          <w:szCs w:val="24"/>
          <w:cs/>
          <w:lang w:bidi="hi-IN"/>
        </w:rPr>
        <w:t>रोजगार</w:t>
      </w:r>
      <w:r w:rsidRPr="00CC6E1F">
        <w:rPr>
          <w:rFonts w:cs="Mangal"/>
          <w:sz w:val="24"/>
          <w:szCs w:val="24"/>
          <w:cs/>
          <w:lang w:bidi="hi-IN"/>
        </w:rPr>
        <w:t xml:space="preserve"> </w:t>
      </w:r>
      <w:r w:rsidRPr="00CC6E1F">
        <w:rPr>
          <w:rFonts w:cs="Mangal" w:hint="cs"/>
          <w:sz w:val="24"/>
          <w:szCs w:val="24"/>
          <w:cs/>
          <w:lang w:bidi="hi-IN"/>
        </w:rPr>
        <w:t>मार्गदर्शन</w:t>
      </w:r>
      <w:r w:rsidRPr="00CC6E1F">
        <w:rPr>
          <w:rFonts w:cs="Mangal"/>
          <w:sz w:val="24"/>
          <w:szCs w:val="24"/>
          <w:cs/>
          <w:lang w:bidi="hi-IN"/>
        </w:rPr>
        <w:t xml:space="preserve"> </w:t>
      </w:r>
      <w:r w:rsidRPr="00CC6E1F">
        <w:rPr>
          <w:rFonts w:cs="Mangal" w:hint="cs"/>
          <w:sz w:val="24"/>
          <w:szCs w:val="24"/>
          <w:cs/>
          <w:lang w:bidi="hi-IN"/>
        </w:rPr>
        <w:t>एवं</w:t>
      </w:r>
      <w:r w:rsidRPr="00CC6E1F">
        <w:rPr>
          <w:rFonts w:cs="Mangal"/>
          <w:sz w:val="24"/>
          <w:szCs w:val="24"/>
          <w:cs/>
          <w:lang w:bidi="hi-IN"/>
        </w:rPr>
        <w:t xml:space="preserve"> </w:t>
      </w:r>
      <w:r w:rsidRPr="00CC6E1F">
        <w:rPr>
          <w:rFonts w:cs="Mangal" w:hint="cs"/>
          <w:sz w:val="24"/>
          <w:szCs w:val="24"/>
          <w:cs/>
          <w:lang w:bidi="hi-IN"/>
        </w:rPr>
        <w:t>प्लेसमेंट</w:t>
      </w:r>
      <w:r w:rsidRPr="00CC6E1F">
        <w:rPr>
          <w:rFonts w:cs="Mangal"/>
          <w:sz w:val="24"/>
          <w:szCs w:val="24"/>
          <w:cs/>
          <w:lang w:bidi="hi-IN"/>
        </w:rPr>
        <w:t xml:space="preserve"> </w:t>
      </w:r>
      <w:r w:rsidRPr="00CC6E1F">
        <w:rPr>
          <w:rFonts w:cs="Mangal" w:hint="cs"/>
          <w:sz w:val="24"/>
          <w:szCs w:val="24"/>
          <w:cs/>
          <w:lang w:bidi="hi-IN"/>
        </w:rPr>
        <w:t>सेल</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संयोजक</w:t>
      </w:r>
      <w:r w:rsidRPr="00CC6E1F">
        <w:rPr>
          <w:rFonts w:cs="Mangal"/>
          <w:sz w:val="24"/>
          <w:szCs w:val="24"/>
          <w:cs/>
          <w:lang w:bidi="hi-IN"/>
        </w:rPr>
        <w:t xml:space="preserve"> </w:t>
      </w:r>
      <w:r w:rsidRPr="00CC6E1F">
        <w:rPr>
          <w:rFonts w:cs="Mangal" w:hint="cs"/>
          <w:sz w:val="24"/>
          <w:szCs w:val="24"/>
          <w:cs/>
          <w:lang w:bidi="hi-IN"/>
        </w:rPr>
        <w:t>डॉक्टर</w:t>
      </w:r>
      <w:r w:rsidRPr="00CC6E1F">
        <w:rPr>
          <w:rFonts w:cs="Mangal"/>
          <w:sz w:val="24"/>
          <w:szCs w:val="24"/>
          <w:cs/>
          <w:lang w:bidi="hi-IN"/>
        </w:rPr>
        <w:t xml:space="preserve"> </w:t>
      </w:r>
      <w:r w:rsidRPr="00CC6E1F">
        <w:rPr>
          <w:rFonts w:cs="Mangal" w:hint="cs"/>
          <w:sz w:val="24"/>
          <w:szCs w:val="24"/>
          <w:cs/>
          <w:lang w:bidi="hi-IN"/>
        </w:rPr>
        <w:t>संजय</w:t>
      </w:r>
      <w:r w:rsidRPr="00CC6E1F">
        <w:rPr>
          <w:rFonts w:cs="Mangal"/>
          <w:sz w:val="24"/>
          <w:szCs w:val="24"/>
          <w:cs/>
          <w:lang w:bidi="hi-IN"/>
        </w:rPr>
        <w:t xml:space="preserve"> </w:t>
      </w:r>
      <w:r w:rsidRPr="00CC6E1F">
        <w:rPr>
          <w:rFonts w:cs="Mangal" w:hint="cs"/>
          <w:sz w:val="24"/>
          <w:szCs w:val="24"/>
          <w:cs/>
          <w:lang w:bidi="hi-IN"/>
        </w:rPr>
        <w:t>ठीसके</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नेतृत्व</w:t>
      </w:r>
      <w:r w:rsidRPr="00CC6E1F">
        <w:rPr>
          <w:rFonts w:cs="Mangal"/>
          <w:sz w:val="24"/>
          <w:szCs w:val="24"/>
          <w:cs/>
          <w:lang w:bidi="hi-IN"/>
        </w:rPr>
        <w:t xml:space="preserve"> </w:t>
      </w:r>
      <w:r w:rsidRPr="00CC6E1F">
        <w:rPr>
          <w:rFonts w:cs="Mangal" w:hint="cs"/>
          <w:sz w:val="24"/>
          <w:szCs w:val="24"/>
          <w:cs/>
          <w:lang w:bidi="hi-IN"/>
        </w:rPr>
        <w:t>में</w:t>
      </w:r>
      <w:r w:rsidR="00295A34">
        <w:rPr>
          <w:rFonts w:cs="Mangal" w:hint="cs"/>
          <w:sz w:val="24"/>
          <w:szCs w:val="24"/>
          <w:cs/>
          <w:lang w:bidi="hi-IN"/>
        </w:rPr>
        <w:t xml:space="preserve"> </w:t>
      </w:r>
      <w:r w:rsidRPr="00CC6E1F">
        <w:rPr>
          <w:rFonts w:cs="Mangal" w:hint="cs"/>
          <w:sz w:val="24"/>
          <w:szCs w:val="24"/>
          <w:cs/>
          <w:lang w:bidi="hi-IN"/>
        </w:rPr>
        <w:t>महाविद्यालय</w:t>
      </w:r>
      <w:r w:rsidRPr="00CC6E1F">
        <w:rPr>
          <w:rFonts w:cs="Mangal"/>
          <w:sz w:val="24"/>
          <w:szCs w:val="24"/>
          <w:cs/>
          <w:lang w:bidi="hi-IN"/>
        </w:rPr>
        <w:t xml:space="preserve"> </w:t>
      </w:r>
      <w:r w:rsidRPr="00CC6E1F">
        <w:rPr>
          <w:rFonts w:cs="Mangal" w:hint="cs"/>
          <w:sz w:val="24"/>
          <w:szCs w:val="24"/>
          <w:cs/>
          <w:lang w:bidi="hi-IN"/>
        </w:rPr>
        <w:t>परिसर</w:t>
      </w:r>
      <w:r w:rsidRPr="00CC6E1F">
        <w:rPr>
          <w:rFonts w:cs="Mangal"/>
          <w:sz w:val="24"/>
          <w:szCs w:val="24"/>
          <w:cs/>
          <w:lang w:bidi="hi-IN"/>
        </w:rPr>
        <w:t xml:space="preserve"> </w:t>
      </w:r>
      <w:r w:rsidRPr="00CC6E1F">
        <w:rPr>
          <w:rFonts w:cs="Mangal" w:hint="cs"/>
          <w:sz w:val="24"/>
          <w:szCs w:val="24"/>
          <w:cs/>
          <w:lang w:bidi="hi-IN"/>
        </w:rPr>
        <w:t>में</w:t>
      </w:r>
      <w:r w:rsidR="00295A34">
        <w:rPr>
          <w:rFonts w:cs="Mangal" w:hint="cs"/>
          <w:sz w:val="24"/>
          <w:szCs w:val="24"/>
          <w:cs/>
          <w:lang w:bidi="hi-IN"/>
        </w:rPr>
        <w:t xml:space="preserve"> </w:t>
      </w:r>
      <w:r w:rsidRPr="00CC6E1F">
        <w:rPr>
          <w:sz w:val="24"/>
          <w:szCs w:val="24"/>
          <w:lang w:bidi="hi-IN"/>
        </w:rPr>
        <w:t xml:space="preserve">PATH </w:t>
      </w:r>
      <w:r w:rsidRPr="00CC6E1F">
        <w:rPr>
          <w:rFonts w:cs="Mangal" w:hint="cs"/>
          <w:sz w:val="24"/>
          <w:szCs w:val="24"/>
          <w:cs/>
          <w:lang w:bidi="hi-IN"/>
        </w:rPr>
        <w:t>अकादमीके</w:t>
      </w:r>
      <w:r w:rsidRPr="00CC6E1F">
        <w:rPr>
          <w:rFonts w:cs="Mangal"/>
          <w:sz w:val="24"/>
          <w:szCs w:val="24"/>
          <w:cs/>
          <w:lang w:bidi="hi-IN"/>
        </w:rPr>
        <w:t xml:space="preserve"> </w:t>
      </w:r>
      <w:r w:rsidRPr="00CC6E1F">
        <w:rPr>
          <w:rFonts w:cs="Mangal" w:hint="cs"/>
          <w:sz w:val="24"/>
          <w:szCs w:val="24"/>
          <w:cs/>
          <w:lang w:bidi="hi-IN"/>
        </w:rPr>
        <w:t>संस्थापक</w:t>
      </w:r>
      <w:r w:rsidRPr="00CC6E1F">
        <w:rPr>
          <w:rFonts w:cs="Mangal"/>
          <w:sz w:val="24"/>
          <w:szCs w:val="24"/>
          <w:cs/>
          <w:lang w:bidi="hi-IN"/>
        </w:rPr>
        <w:t xml:space="preserve"> </w:t>
      </w:r>
      <w:r w:rsidRPr="00CC6E1F">
        <w:rPr>
          <w:rFonts w:cs="Mangal" w:hint="cs"/>
          <w:sz w:val="24"/>
          <w:szCs w:val="24"/>
          <w:cs/>
          <w:lang w:bidi="hi-IN"/>
        </w:rPr>
        <w:t>एवं</w:t>
      </w:r>
      <w:r w:rsidRPr="00CC6E1F">
        <w:rPr>
          <w:rFonts w:cs="Mangal"/>
          <w:sz w:val="24"/>
          <w:szCs w:val="24"/>
          <w:cs/>
          <w:lang w:bidi="hi-IN"/>
        </w:rPr>
        <w:t xml:space="preserve"> </w:t>
      </w:r>
      <w:r w:rsidRPr="00CC6E1F">
        <w:rPr>
          <w:rFonts w:cs="Mangal" w:hint="cs"/>
          <w:sz w:val="24"/>
          <w:szCs w:val="24"/>
          <w:cs/>
          <w:lang w:bidi="hi-IN"/>
        </w:rPr>
        <w:t>प्रसिद्ध</w:t>
      </w:r>
      <w:r w:rsidRPr="00CC6E1F">
        <w:rPr>
          <w:rFonts w:cs="Mangal"/>
          <w:sz w:val="24"/>
          <w:szCs w:val="24"/>
          <w:cs/>
          <w:lang w:bidi="hi-IN"/>
        </w:rPr>
        <w:t xml:space="preserve"> </w:t>
      </w:r>
      <w:r w:rsidRPr="00CC6E1F">
        <w:rPr>
          <w:rFonts w:cs="Mangal" w:hint="cs"/>
          <w:sz w:val="24"/>
          <w:szCs w:val="24"/>
          <w:cs/>
          <w:lang w:bidi="hi-IN"/>
        </w:rPr>
        <w:t xml:space="preserve">शिक्षाविद् </w:t>
      </w:r>
      <w:r w:rsidRPr="00CC6E1F">
        <w:rPr>
          <w:rFonts w:ascii="Mangal" w:hAnsi="Mangal" w:cs="Mangal" w:hint="cs"/>
          <w:sz w:val="24"/>
          <w:szCs w:val="24"/>
          <w:cs/>
          <w:lang w:bidi="hi-IN"/>
        </w:rPr>
        <w:t xml:space="preserve">डॉ </w:t>
      </w:r>
      <w:r w:rsidRPr="00CC6E1F">
        <w:rPr>
          <w:rFonts w:cs="Mangal" w:hint="cs"/>
          <w:sz w:val="24"/>
          <w:szCs w:val="24"/>
          <w:cs/>
          <w:lang w:bidi="hi-IN"/>
        </w:rPr>
        <w:t>हामिद</w:t>
      </w:r>
      <w:r w:rsidRPr="00CC6E1F">
        <w:rPr>
          <w:rFonts w:cs="Mangal"/>
          <w:sz w:val="24"/>
          <w:szCs w:val="24"/>
          <w:cs/>
          <w:lang w:bidi="hi-IN"/>
        </w:rPr>
        <w:t xml:space="preserve"> </w:t>
      </w:r>
      <w:r w:rsidRPr="00CC6E1F">
        <w:rPr>
          <w:rFonts w:cs="Mangal" w:hint="cs"/>
          <w:sz w:val="24"/>
          <w:szCs w:val="24"/>
          <w:cs/>
          <w:lang w:bidi="hi-IN"/>
        </w:rPr>
        <w:t>खान</w:t>
      </w:r>
      <w:r w:rsidR="00295A34">
        <w:rPr>
          <w:rFonts w:cs="Mangal" w:hint="cs"/>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सौजन्य</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sz w:val="24"/>
          <w:szCs w:val="24"/>
          <w:lang w:bidi="hi-IN"/>
        </w:rPr>
        <w:t xml:space="preserve">“How to Succeed in UPSC/CGPSC” </w:t>
      </w:r>
      <w:r w:rsidRPr="00CC6E1F">
        <w:rPr>
          <w:rFonts w:cs="Mangal" w:hint="cs"/>
          <w:sz w:val="24"/>
          <w:szCs w:val="24"/>
          <w:cs/>
          <w:lang w:bidi="hi-IN"/>
        </w:rPr>
        <w:t>विषय</w:t>
      </w:r>
      <w:r w:rsidRPr="00CC6E1F">
        <w:rPr>
          <w:rFonts w:cs="Mangal"/>
          <w:sz w:val="24"/>
          <w:szCs w:val="24"/>
          <w:cs/>
          <w:lang w:bidi="hi-IN"/>
        </w:rPr>
        <w:t xml:space="preserve"> </w:t>
      </w:r>
      <w:r w:rsidRPr="00CC6E1F">
        <w:rPr>
          <w:rFonts w:cs="Mangal" w:hint="cs"/>
          <w:sz w:val="24"/>
          <w:szCs w:val="24"/>
          <w:cs/>
          <w:lang w:bidi="hi-IN"/>
        </w:rPr>
        <w:t>पर</w:t>
      </w:r>
      <w:r w:rsidRPr="00CC6E1F">
        <w:rPr>
          <w:rFonts w:cs="Mangal"/>
          <w:sz w:val="24"/>
          <w:szCs w:val="24"/>
          <w:cs/>
          <w:lang w:bidi="hi-IN"/>
        </w:rPr>
        <w:t xml:space="preserve"> </w:t>
      </w:r>
      <w:r w:rsidRPr="00CC6E1F">
        <w:rPr>
          <w:rFonts w:cs="Mangal" w:hint="cs"/>
          <w:sz w:val="24"/>
          <w:szCs w:val="24"/>
          <w:cs/>
          <w:lang w:bidi="hi-IN"/>
        </w:rPr>
        <w:t>एक</w:t>
      </w:r>
      <w:r w:rsidRPr="00CC6E1F">
        <w:rPr>
          <w:rFonts w:cs="Mangal"/>
          <w:sz w:val="24"/>
          <w:szCs w:val="24"/>
          <w:cs/>
          <w:lang w:bidi="hi-IN"/>
        </w:rPr>
        <w:t xml:space="preserve"> </w:t>
      </w:r>
      <w:r w:rsidRPr="00CC6E1F">
        <w:rPr>
          <w:rFonts w:cs="Mangal" w:hint="cs"/>
          <w:sz w:val="24"/>
          <w:szCs w:val="24"/>
          <w:cs/>
          <w:lang w:bidi="hi-IN"/>
        </w:rPr>
        <w:t>दिवसीय</w:t>
      </w:r>
      <w:r w:rsidRPr="00CC6E1F">
        <w:rPr>
          <w:rFonts w:cs="Mangal"/>
          <w:sz w:val="24"/>
          <w:szCs w:val="24"/>
          <w:cs/>
          <w:lang w:bidi="hi-IN"/>
        </w:rPr>
        <w:t xml:space="preserve"> </w:t>
      </w:r>
      <w:r w:rsidRPr="00CC6E1F">
        <w:rPr>
          <w:rFonts w:cs="Mangal" w:hint="cs"/>
          <w:sz w:val="24"/>
          <w:szCs w:val="24"/>
          <w:cs/>
          <w:lang w:bidi="hi-IN"/>
        </w:rPr>
        <w:t>सेमिनार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आयोजन</w:t>
      </w:r>
      <w:r w:rsidRPr="00CC6E1F">
        <w:rPr>
          <w:rFonts w:cs="Mangal"/>
          <w:sz w:val="24"/>
          <w:szCs w:val="24"/>
          <w:cs/>
          <w:lang w:bidi="hi-IN"/>
        </w:rPr>
        <w:t xml:space="preserve"> </w:t>
      </w:r>
      <w:r w:rsidRPr="00CC6E1F">
        <w:rPr>
          <w:rFonts w:cs="Mangal" w:hint="cs"/>
          <w:sz w:val="24"/>
          <w:szCs w:val="24"/>
          <w:cs/>
          <w:lang w:bidi="hi-IN"/>
        </w:rPr>
        <w:t>किया</w:t>
      </w:r>
      <w:r w:rsidRPr="00CC6E1F">
        <w:rPr>
          <w:rFonts w:cs="Mangal"/>
          <w:sz w:val="24"/>
          <w:szCs w:val="24"/>
          <w:cs/>
          <w:lang w:bidi="hi-IN"/>
        </w:rPr>
        <w:t xml:space="preserve"> </w:t>
      </w:r>
      <w:r w:rsidRPr="00CC6E1F">
        <w:rPr>
          <w:rFonts w:cs="Mangal" w:hint="cs"/>
          <w:sz w:val="24"/>
          <w:szCs w:val="24"/>
          <w:cs/>
          <w:lang w:bidi="hi-IN"/>
        </w:rPr>
        <w:t>गया।</w:t>
      </w:r>
      <w:r w:rsidRPr="00CC6E1F">
        <w:rPr>
          <w:rFonts w:cs="Mangal"/>
          <w:sz w:val="24"/>
          <w:szCs w:val="24"/>
          <w:cs/>
          <w:lang w:bidi="hi-IN"/>
        </w:rPr>
        <w:t xml:space="preserve"> </w:t>
      </w:r>
      <w:r w:rsidRPr="00CC6E1F">
        <w:rPr>
          <w:rFonts w:cs="Mangal" w:hint="cs"/>
          <w:sz w:val="24"/>
          <w:szCs w:val="24"/>
          <w:cs/>
          <w:lang w:bidi="hi-IN"/>
        </w:rPr>
        <w:t>कार्यक्रम</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w:t>
      </w:r>
      <w:r w:rsidRPr="00CC6E1F">
        <w:rPr>
          <w:rFonts w:cs="Mangal" w:hint="cs"/>
          <w:sz w:val="24"/>
          <w:szCs w:val="24"/>
          <w:cs/>
          <w:lang w:bidi="hi-IN"/>
        </w:rPr>
        <w:t>छात्राओं</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बड़ी</w:t>
      </w:r>
      <w:r w:rsidRPr="00CC6E1F">
        <w:rPr>
          <w:rFonts w:cs="Mangal"/>
          <w:sz w:val="24"/>
          <w:szCs w:val="24"/>
          <w:cs/>
          <w:lang w:bidi="hi-IN"/>
        </w:rPr>
        <w:t xml:space="preserve"> </w:t>
      </w:r>
      <w:r w:rsidRPr="00CC6E1F">
        <w:rPr>
          <w:rFonts w:cs="Mangal" w:hint="cs"/>
          <w:sz w:val="24"/>
          <w:szCs w:val="24"/>
          <w:cs/>
          <w:lang w:bidi="hi-IN"/>
        </w:rPr>
        <w:t>संख्या</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उपस्थिति</w:t>
      </w:r>
      <w:r w:rsidRPr="00CC6E1F">
        <w:rPr>
          <w:rFonts w:cs="Mangal"/>
          <w:sz w:val="24"/>
          <w:szCs w:val="24"/>
          <w:cs/>
          <w:lang w:bidi="hi-IN"/>
        </w:rPr>
        <w:t xml:space="preserve"> </w:t>
      </w:r>
      <w:r w:rsidRPr="00CC6E1F">
        <w:rPr>
          <w:rFonts w:cs="Mangal" w:hint="cs"/>
          <w:sz w:val="24"/>
          <w:szCs w:val="24"/>
          <w:cs/>
          <w:lang w:bidi="hi-IN"/>
        </w:rPr>
        <w:t>ने</w:t>
      </w:r>
      <w:r w:rsidRPr="00CC6E1F">
        <w:rPr>
          <w:rFonts w:cs="Mangal"/>
          <w:sz w:val="24"/>
          <w:szCs w:val="24"/>
          <w:cs/>
          <w:lang w:bidi="hi-IN"/>
        </w:rPr>
        <w:t xml:space="preserve"> </w:t>
      </w:r>
      <w:r w:rsidRPr="00CC6E1F">
        <w:rPr>
          <w:rFonts w:cs="Mangal" w:hint="cs"/>
          <w:sz w:val="24"/>
          <w:szCs w:val="24"/>
          <w:cs/>
          <w:lang w:bidi="hi-IN"/>
        </w:rPr>
        <w:t>इसे</w:t>
      </w:r>
      <w:r w:rsidRPr="00CC6E1F">
        <w:rPr>
          <w:rFonts w:cs="Mangal"/>
          <w:sz w:val="24"/>
          <w:szCs w:val="24"/>
          <w:cs/>
          <w:lang w:bidi="hi-IN"/>
        </w:rPr>
        <w:t xml:space="preserve"> </w:t>
      </w:r>
      <w:r w:rsidRPr="00CC6E1F">
        <w:rPr>
          <w:rFonts w:cs="Mangal" w:hint="cs"/>
          <w:sz w:val="24"/>
          <w:szCs w:val="24"/>
          <w:cs/>
          <w:lang w:bidi="hi-IN"/>
        </w:rPr>
        <w:t>सार्थक</w:t>
      </w:r>
      <w:r w:rsidRPr="00CC6E1F">
        <w:rPr>
          <w:rFonts w:cs="Mangal"/>
          <w:sz w:val="24"/>
          <w:szCs w:val="24"/>
          <w:cs/>
          <w:lang w:bidi="hi-IN"/>
        </w:rPr>
        <w:t xml:space="preserve"> </w:t>
      </w:r>
      <w:r w:rsidRPr="00CC6E1F">
        <w:rPr>
          <w:rFonts w:cs="Mangal" w:hint="cs"/>
          <w:sz w:val="24"/>
          <w:szCs w:val="24"/>
          <w:cs/>
          <w:lang w:bidi="hi-IN"/>
        </w:rPr>
        <w:t>बना</w:t>
      </w:r>
      <w:r w:rsidRPr="00CC6E1F">
        <w:rPr>
          <w:rFonts w:cs="Mangal"/>
          <w:sz w:val="24"/>
          <w:szCs w:val="24"/>
          <w:cs/>
          <w:lang w:bidi="hi-IN"/>
        </w:rPr>
        <w:t xml:space="preserve"> </w:t>
      </w:r>
      <w:r w:rsidRPr="00CC6E1F">
        <w:rPr>
          <w:rFonts w:cs="Mangal" w:hint="cs"/>
          <w:sz w:val="24"/>
          <w:szCs w:val="24"/>
          <w:cs/>
          <w:lang w:bidi="hi-IN"/>
        </w:rPr>
        <w:t>दिया।महाविद्यालय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प्राचार्य</w:t>
      </w:r>
      <w:r w:rsidR="00295A34">
        <w:rPr>
          <w:rFonts w:cs="Mangal" w:hint="cs"/>
          <w:sz w:val="24"/>
          <w:szCs w:val="24"/>
          <w:cs/>
          <w:lang w:bidi="hi-IN"/>
        </w:rPr>
        <w:t xml:space="preserve"> </w:t>
      </w:r>
      <w:r w:rsidRPr="00CC6E1F">
        <w:rPr>
          <w:rFonts w:cs="Mangal" w:hint="cs"/>
          <w:sz w:val="24"/>
          <w:szCs w:val="24"/>
          <w:cs/>
          <w:lang w:bidi="hi-IN"/>
        </w:rPr>
        <w:t>डॉ</w:t>
      </w:r>
      <w:r w:rsidRPr="00CC6E1F">
        <w:rPr>
          <w:rFonts w:cs="Mangal"/>
          <w:sz w:val="24"/>
          <w:szCs w:val="24"/>
          <w:cs/>
          <w:lang w:bidi="hi-IN"/>
        </w:rPr>
        <w:t xml:space="preserve">. </w:t>
      </w:r>
      <w:r w:rsidRPr="00CC6E1F">
        <w:rPr>
          <w:rFonts w:cs="Mangal" w:hint="cs"/>
          <w:sz w:val="24"/>
          <w:szCs w:val="24"/>
          <w:cs/>
          <w:lang w:bidi="hi-IN"/>
        </w:rPr>
        <w:t>सुचित्रा</w:t>
      </w:r>
      <w:r w:rsidRPr="00CC6E1F">
        <w:rPr>
          <w:rFonts w:cs="Mangal"/>
          <w:sz w:val="24"/>
          <w:szCs w:val="24"/>
          <w:cs/>
          <w:lang w:bidi="hi-IN"/>
        </w:rPr>
        <w:t xml:space="preserve"> </w:t>
      </w:r>
      <w:r w:rsidRPr="00CC6E1F">
        <w:rPr>
          <w:rFonts w:cs="Mangal" w:hint="cs"/>
          <w:sz w:val="24"/>
          <w:szCs w:val="24"/>
          <w:cs/>
          <w:lang w:bidi="hi-IN"/>
        </w:rPr>
        <w:t>गुप्ता</w:t>
      </w:r>
      <w:r w:rsidR="005F4900">
        <w:rPr>
          <w:rFonts w:cs="Mangal" w:hint="cs"/>
          <w:sz w:val="24"/>
          <w:szCs w:val="24"/>
          <w:cs/>
          <w:lang w:bidi="hi-IN"/>
        </w:rPr>
        <w:t xml:space="preserve"> </w:t>
      </w:r>
      <w:r w:rsidRPr="00CC6E1F">
        <w:rPr>
          <w:rFonts w:cs="Mangal" w:hint="cs"/>
          <w:sz w:val="24"/>
          <w:szCs w:val="24"/>
          <w:cs/>
          <w:lang w:bidi="hi-IN"/>
        </w:rPr>
        <w:t>ने</w:t>
      </w:r>
      <w:r w:rsidRPr="00CC6E1F">
        <w:rPr>
          <w:rFonts w:cs="Mangal"/>
          <w:sz w:val="24"/>
          <w:szCs w:val="24"/>
          <w:cs/>
          <w:lang w:bidi="hi-IN"/>
        </w:rPr>
        <w:t xml:space="preserve"> </w:t>
      </w:r>
      <w:r w:rsidRPr="00CC6E1F">
        <w:rPr>
          <w:rFonts w:cs="Mangal" w:hint="cs"/>
          <w:sz w:val="24"/>
          <w:szCs w:val="24"/>
          <w:cs/>
          <w:lang w:bidi="hi-IN"/>
        </w:rPr>
        <w:t>कहा</w:t>
      </w:r>
      <w:r w:rsidRPr="00CC6E1F">
        <w:rPr>
          <w:rFonts w:cs="Mangal"/>
          <w:sz w:val="24"/>
          <w:szCs w:val="24"/>
          <w:cs/>
          <w:lang w:bidi="hi-IN"/>
        </w:rPr>
        <w:t xml:space="preserve"> </w:t>
      </w:r>
      <w:r w:rsidRPr="00CC6E1F">
        <w:rPr>
          <w:rFonts w:cs="Mangal" w:hint="cs"/>
          <w:sz w:val="24"/>
          <w:szCs w:val="24"/>
          <w:cs/>
          <w:lang w:bidi="hi-IN"/>
        </w:rPr>
        <w:t>सिविल</w:t>
      </w:r>
      <w:r w:rsidRPr="00CC6E1F">
        <w:rPr>
          <w:rFonts w:cs="Mangal"/>
          <w:sz w:val="24"/>
          <w:szCs w:val="24"/>
          <w:cs/>
          <w:lang w:bidi="hi-IN"/>
        </w:rPr>
        <w:t xml:space="preserve"> </w:t>
      </w:r>
      <w:r w:rsidRPr="00CC6E1F">
        <w:rPr>
          <w:rFonts w:cs="Mangal" w:hint="cs"/>
          <w:sz w:val="24"/>
          <w:szCs w:val="24"/>
          <w:cs/>
          <w:lang w:bidi="hi-IN"/>
        </w:rPr>
        <w:t>सेवा</w:t>
      </w:r>
      <w:r w:rsidRPr="00CC6E1F">
        <w:rPr>
          <w:rFonts w:cs="Mangal"/>
          <w:sz w:val="24"/>
          <w:szCs w:val="24"/>
          <w:cs/>
          <w:lang w:bidi="hi-IN"/>
        </w:rPr>
        <w:t xml:space="preserve"> </w:t>
      </w:r>
      <w:r w:rsidRPr="00CC6E1F">
        <w:rPr>
          <w:rFonts w:cs="Mangal" w:hint="cs"/>
          <w:sz w:val="24"/>
          <w:szCs w:val="24"/>
          <w:cs/>
          <w:lang w:bidi="hi-IN"/>
        </w:rPr>
        <w:t>परीक्षाएँ</w:t>
      </w:r>
      <w:r w:rsidRPr="00CC6E1F">
        <w:rPr>
          <w:rFonts w:cs="Mangal"/>
          <w:sz w:val="24"/>
          <w:szCs w:val="24"/>
          <w:cs/>
          <w:lang w:bidi="hi-IN"/>
        </w:rPr>
        <w:t xml:space="preserve"> </w:t>
      </w:r>
      <w:r w:rsidRPr="00CC6E1F">
        <w:rPr>
          <w:rFonts w:cs="Mangal" w:hint="cs"/>
          <w:sz w:val="24"/>
          <w:szCs w:val="24"/>
          <w:cs/>
          <w:lang w:bidi="hi-IN"/>
        </w:rPr>
        <w:t>केवल</w:t>
      </w:r>
      <w:r w:rsidRPr="00CC6E1F">
        <w:rPr>
          <w:rFonts w:cs="Mangal"/>
          <w:sz w:val="24"/>
          <w:szCs w:val="24"/>
          <w:cs/>
          <w:lang w:bidi="hi-IN"/>
        </w:rPr>
        <w:t xml:space="preserve"> </w:t>
      </w:r>
      <w:r w:rsidRPr="00CC6E1F">
        <w:rPr>
          <w:rFonts w:cs="Mangal" w:hint="cs"/>
          <w:sz w:val="24"/>
          <w:szCs w:val="24"/>
          <w:cs/>
          <w:lang w:bidi="hi-IN"/>
        </w:rPr>
        <w:t>रोजगार</w:t>
      </w:r>
      <w:r w:rsidRPr="00CC6E1F">
        <w:rPr>
          <w:rFonts w:cs="Mangal"/>
          <w:sz w:val="24"/>
          <w:szCs w:val="24"/>
          <w:cs/>
          <w:lang w:bidi="hi-IN"/>
        </w:rPr>
        <w:t xml:space="preserve"> </w:t>
      </w:r>
      <w:r w:rsidRPr="00CC6E1F">
        <w:rPr>
          <w:rFonts w:cs="Mangal" w:hint="cs"/>
          <w:sz w:val="24"/>
          <w:szCs w:val="24"/>
          <w:cs/>
          <w:lang w:bidi="hi-IN"/>
        </w:rPr>
        <w:t>प्राप्त</w:t>
      </w:r>
      <w:r w:rsidRPr="00CC6E1F">
        <w:rPr>
          <w:rFonts w:cs="Mangal"/>
          <w:sz w:val="24"/>
          <w:szCs w:val="24"/>
          <w:cs/>
          <w:lang w:bidi="hi-IN"/>
        </w:rPr>
        <w:t xml:space="preserve"> </w:t>
      </w:r>
      <w:r w:rsidRPr="00CC6E1F">
        <w:rPr>
          <w:rFonts w:cs="Mangal" w:hint="cs"/>
          <w:sz w:val="24"/>
          <w:szCs w:val="24"/>
          <w:cs/>
          <w:lang w:bidi="hi-IN"/>
        </w:rPr>
        <w:t>करने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साधन</w:t>
      </w:r>
      <w:r w:rsidRPr="00CC6E1F">
        <w:rPr>
          <w:rFonts w:cs="Mangal"/>
          <w:sz w:val="24"/>
          <w:szCs w:val="24"/>
          <w:cs/>
          <w:lang w:bidi="hi-IN"/>
        </w:rPr>
        <w:t xml:space="preserve"> </w:t>
      </w:r>
      <w:r w:rsidRPr="00CC6E1F">
        <w:rPr>
          <w:rFonts w:cs="Mangal" w:hint="cs"/>
          <w:sz w:val="24"/>
          <w:szCs w:val="24"/>
          <w:cs/>
          <w:lang w:bidi="hi-IN"/>
        </w:rPr>
        <w:t>नहीं</w:t>
      </w:r>
      <w:r w:rsidRPr="00CC6E1F">
        <w:rPr>
          <w:rFonts w:cs="Mangal"/>
          <w:sz w:val="24"/>
          <w:szCs w:val="24"/>
          <w:cs/>
          <w:lang w:bidi="hi-IN"/>
        </w:rPr>
        <w:t xml:space="preserve"> </w:t>
      </w:r>
      <w:r w:rsidRPr="00CC6E1F">
        <w:rPr>
          <w:rFonts w:cs="Mangal" w:hint="cs"/>
          <w:sz w:val="24"/>
          <w:szCs w:val="24"/>
          <w:cs/>
          <w:lang w:bidi="hi-IN"/>
        </w:rPr>
        <w:t>हैं</w:t>
      </w:r>
      <w:r w:rsidRPr="00CC6E1F">
        <w:rPr>
          <w:sz w:val="24"/>
          <w:szCs w:val="24"/>
          <w:lang w:bidi="hi-IN"/>
        </w:rPr>
        <w:t xml:space="preserve">, </w:t>
      </w:r>
      <w:r w:rsidRPr="00CC6E1F">
        <w:rPr>
          <w:rFonts w:cs="Mangal" w:hint="cs"/>
          <w:sz w:val="24"/>
          <w:szCs w:val="24"/>
          <w:cs/>
          <w:lang w:bidi="hi-IN"/>
        </w:rPr>
        <w:t>बल्कि</w:t>
      </w:r>
      <w:r w:rsidRPr="00CC6E1F">
        <w:rPr>
          <w:rFonts w:cs="Mangal"/>
          <w:sz w:val="24"/>
          <w:szCs w:val="24"/>
          <w:cs/>
          <w:lang w:bidi="hi-IN"/>
        </w:rPr>
        <w:t xml:space="preserve"> </w:t>
      </w:r>
      <w:r w:rsidRPr="00CC6E1F">
        <w:rPr>
          <w:rFonts w:cs="Mangal" w:hint="cs"/>
          <w:sz w:val="24"/>
          <w:szCs w:val="24"/>
          <w:cs/>
          <w:lang w:bidi="hi-IN"/>
        </w:rPr>
        <w:t>यह</w:t>
      </w:r>
      <w:r w:rsidRPr="00CC6E1F">
        <w:rPr>
          <w:rFonts w:cs="Mangal"/>
          <w:sz w:val="24"/>
          <w:szCs w:val="24"/>
          <w:cs/>
          <w:lang w:bidi="hi-IN"/>
        </w:rPr>
        <w:t xml:space="preserve"> </w:t>
      </w:r>
      <w:r w:rsidRPr="00CC6E1F">
        <w:rPr>
          <w:rFonts w:cs="Mangal" w:hint="cs"/>
          <w:sz w:val="24"/>
          <w:szCs w:val="24"/>
          <w:cs/>
          <w:lang w:bidi="hi-IN"/>
        </w:rPr>
        <w:t>युवाओं</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समाज</w:t>
      </w:r>
      <w:r w:rsidRPr="00CC6E1F">
        <w:rPr>
          <w:rFonts w:cs="Mangal"/>
          <w:sz w:val="24"/>
          <w:szCs w:val="24"/>
          <w:cs/>
          <w:lang w:bidi="hi-IN"/>
        </w:rPr>
        <w:t xml:space="preserve"> </w:t>
      </w:r>
      <w:r w:rsidRPr="00CC6E1F">
        <w:rPr>
          <w:rFonts w:cs="Mangal" w:hint="cs"/>
          <w:sz w:val="24"/>
          <w:szCs w:val="24"/>
          <w:cs/>
          <w:lang w:bidi="hi-IN"/>
        </w:rPr>
        <w:t>एवं</w:t>
      </w:r>
      <w:r w:rsidRPr="00CC6E1F">
        <w:rPr>
          <w:rFonts w:cs="Mangal"/>
          <w:sz w:val="24"/>
          <w:szCs w:val="24"/>
          <w:cs/>
          <w:lang w:bidi="hi-IN"/>
        </w:rPr>
        <w:t xml:space="preserve"> </w:t>
      </w:r>
      <w:r w:rsidRPr="00CC6E1F">
        <w:rPr>
          <w:rFonts w:cs="Mangal" w:hint="cs"/>
          <w:sz w:val="24"/>
          <w:szCs w:val="24"/>
          <w:cs/>
          <w:lang w:bidi="hi-IN"/>
        </w:rPr>
        <w:t>राष्ट्र</w:t>
      </w:r>
      <w:r w:rsidRPr="00CC6E1F">
        <w:rPr>
          <w:rFonts w:cs="Mangal"/>
          <w:sz w:val="24"/>
          <w:szCs w:val="24"/>
          <w:cs/>
          <w:lang w:bidi="hi-IN"/>
        </w:rPr>
        <w:t xml:space="preserve"> </w:t>
      </w:r>
      <w:r w:rsidRPr="00CC6E1F">
        <w:rPr>
          <w:rFonts w:cs="Mangal" w:hint="cs"/>
          <w:sz w:val="24"/>
          <w:szCs w:val="24"/>
          <w:cs/>
          <w:lang w:bidi="hi-IN"/>
        </w:rPr>
        <w:t>निर्माण</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दिशा</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कार्य</w:t>
      </w:r>
      <w:r w:rsidRPr="00CC6E1F">
        <w:rPr>
          <w:rFonts w:cs="Mangal"/>
          <w:sz w:val="24"/>
          <w:szCs w:val="24"/>
          <w:cs/>
          <w:lang w:bidi="hi-IN"/>
        </w:rPr>
        <w:t xml:space="preserve"> </w:t>
      </w:r>
      <w:r w:rsidRPr="00CC6E1F">
        <w:rPr>
          <w:rFonts w:cs="Mangal" w:hint="cs"/>
          <w:sz w:val="24"/>
          <w:szCs w:val="24"/>
          <w:cs/>
          <w:lang w:bidi="hi-IN"/>
        </w:rPr>
        <w:t>करने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अवसर</w:t>
      </w:r>
      <w:r w:rsidRPr="00CC6E1F">
        <w:rPr>
          <w:rFonts w:cs="Mangal"/>
          <w:sz w:val="24"/>
          <w:szCs w:val="24"/>
          <w:cs/>
          <w:lang w:bidi="hi-IN"/>
        </w:rPr>
        <w:t xml:space="preserve"> </w:t>
      </w:r>
      <w:r w:rsidRPr="00CC6E1F">
        <w:rPr>
          <w:rFonts w:cs="Mangal" w:hint="cs"/>
          <w:sz w:val="24"/>
          <w:szCs w:val="24"/>
          <w:cs/>
          <w:lang w:bidi="hi-IN"/>
        </w:rPr>
        <w:t>भी</w:t>
      </w:r>
      <w:r w:rsidRPr="00CC6E1F">
        <w:rPr>
          <w:rFonts w:cs="Mangal"/>
          <w:sz w:val="24"/>
          <w:szCs w:val="24"/>
          <w:cs/>
          <w:lang w:bidi="hi-IN"/>
        </w:rPr>
        <w:t xml:space="preserve"> </w:t>
      </w:r>
      <w:r w:rsidRPr="00CC6E1F">
        <w:rPr>
          <w:rFonts w:cs="Mangal" w:hint="cs"/>
          <w:sz w:val="24"/>
          <w:szCs w:val="24"/>
          <w:cs/>
          <w:lang w:bidi="hi-IN"/>
        </w:rPr>
        <w:t>प्रदान</w:t>
      </w:r>
      <w:r w:rsidRPr="00CC6E1F">
        <w:rPr>
          <w:rFonts w:cs="Mangal"/>
          <w:sz w:val="24"/>
          <w:szCs w:val="24"/>
          <w:cs/>
          <w:lang w:bidi="hi-IN"/>
        </w:rPr>
        <w:t xml:space="preserve"> </w:t>
      </w:r>
      <w:r w:rsidRPr="00CC6E1F">
        <w:rPr>
          <w:rFonts w:cs="Mangal" w:hint="cs"/>
          <w:sz w:val="24"/>
          <w:szCs w:val="24"/>
          <w:cs/>
          <w:lang w:bidi="hi-IN"/>
        </w:rPr>
        <w:t>करती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इस</w:t>
      </w:r>
      <w:r w:rsidRPr="00CC6E1F">
        <w:rPr>
          <w:rFonts w:cs="Mangal"/>
          <w:sz w:val="24"/>
          <w:szCs w:val="24"/>
          <w:cs/>
          <w:lang w:bidi="hi-IN"/>
        </w:rPr>
        <w:t xml:space="preserve"> </w:t>
      </w:r>
      <w:r w:rsidRPr="00CC6E1F">
        <w:rPr>
          <w:rFonts w:cs="Mangal" w:hint="cs"/>
          <w:sz w:val="24"/>
          <w:szCs w:val="24"/>
          <w:cs/>
          <w:lang w:bidi="hi-IN"/>
        </w:rPr>
        <w:t>तरह</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सेमिनार</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एक</w:t>
      </w:r>
      <w:r w:rsidRPr="00CC6E1F">
        <w:rPr>
          <w:rFonts w:cs="Mangal"/>
          <w:sz w:val="24"/>
          <w:szCs w:val="24"/>
          <w:cs/>
          <w:lang w:bidi="hi-IN"/>
        </w:rPr>
        <w:t xml:space="preserve"> </w:t>
      </w:r>
      <w:r w:rsidRPr="00CC6E1F">
        <w:rPr>
          <w:rFonts w:cs="Mangal" w:hint="cs"/>
          <w:sz w:val="24"/>
          <w:szCs w:val="24"/>
          <w:cs/>
          <w:lang w:bidi="hi-IN"/>
        </w:rPr>
        <w:t>नई</w:t>
      </w:r>
      <w:r w:rsidRPr="00CC6E1F">
        <w:rPr>
          <w:rFonts w:cs="Mangal"/>
          <w:sz w:val="24"/>
          <w:szCs w:val="24"/>
          <w:cs/>
          <w:lang w:bidi="hi-IN"/>
        </w:rPr>
        <w:t xml:space="preserve"> </w:t>
      </w:r>
      <w:r w:rsidRPr="00CC6E1F">
        <w:rPr>
          <w:rFonts w:cs="Mangal" w:hint="cs"/>
          <w:sz w:val="24"/>
          <w:szCs w:val="24"/>
          <w:cs/>
          <w:lang w:bidi="hi-IN"/>
        </w:rPr>
        <w:t>दिशा</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प्रेरणा</w:t>
      </w:r>
      <w:r w:rsidRPr="00CC6E1F">
        <w:rPr>
          <w:rFonts w:cs="Mangal"/>
          <w:sz w:val="24"/>
          <w:szCs w:val="24"/>
          <w:cs/>
          <w:lang w:bidi="hi-IN"/>
        </w:rPr>
        <w:t xml:space="preserve"> </w:t>
      </w:r>
      <w:r w:rsidRPr="00CC6E1F">
        <w:rPr>
          <w:rFonts w:cs="Mangal" w:hint="cs"/>
          <w:sz w:val="24"/>
          <w:szCs w:val="24"/>
          <w:cs/>
          <w:lang w:bidi="hi-IN"/>
        </w:rPr>
        <w:t>प्रदान</w:t>
      </w:r>
      <w:r w:rsidRPr="00CC6E1F">
        <w:rPr>
          <w:rFonts w:cs="Mangal"/>
          <w:sz w:val="24"/>
          <w:szCs w:val="24"/>
          <w:cs/>
          <w:lang w:bidi="hi-IN"/>
        </w:rPr>
        <w:t xml:space="preserve"> </w:t>
      </w:r>
      <w:r w:rsidRPr="00CC6E1F">
        <w:rPr>
          <w:rFonts w:cs="Mangal" w:hint="cs"/>
          <w:sz w:val="24"/>
          <w:szCs w:val="24"/>
          <w:cs/>
          <w:lang w:bidi="hi-IN"/>
        </w:rPr>
        <w:t>करते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हमें</w:t>
      </w:r>
      <w:r w:rsidRPr="00CC6E1F">
        <w:rPr>
          <w:rFonts w:cs="Mangal"/>
          <w:sz w:val="24"/>
          <w:szCs w:val="24"/>
          <w:cs/>
          <w:lang w:bidi="hi-IN"/>
        </w:rPr>
        <w:t xml:space="preserve"> </w:t>
      </w:r>
      <w:r w:rsidRPr="00CC6E1F">
        <w:rPr>
          <w:rFonts w:cs="Mangal" w:hint="cs"/>
          <w:sz w:val="24"/>
          <w:szCs w:val="24"/>
          <w:cs/>
          <w:lang w:bidi="hi-IN"/>
        </w:rPr>
        <w:t>गर्व</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हमारे</w:t>
      </w:r>
      <w:r w:rsidRPr="00CC6E1F">
        <w:rPr>
          <w:rFonts w:cs="Mangal"/>
          <w:sz w:val="24"/>
          <w:szCs w:val="24"/>
          <w:cs/>
          <w:lang w:bidi="hi-IN"/>
        </w:rPr>
        <w:t xml:space="preserve"> </w:t>
      </w:r>
      <w:r w:rsidRPr="00CC6E1F">
        <w:rPr>
          <w:rFonts w:cs="Mangal" w:hint="cs"/>
          <w:sz w:val="24"/>
          <w:szCs w:val="24"/>
          <w:cs/>
          <w:lang w:bidi="hi-IN"/>
        </w:rPr>
        <w:t>संस्थान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w:t>
      </w:r>
      <w:r w:rsidRPr="00CC6E1F">
        <w:rPr>
          <w:rFonts w:cs="Mangal" w:hint="cs"/>
          <w:sz w:val="24"/>
          <w:szCs w:val="24"/>
          <w:cs/>
          <w:lang w:bidi="hi-IN"/>
        </w:rPr>
        <w:t>छात्राएँ</w:t>
      </w:r>
      <w:r w:rsidRPr="00CC6E1F">
        <w:rPr>
          <w:rFonts w:cs="Mangal"/>
          <w:sz w:val="24"/>
          <w:szCs w:val="24"/>
          <w:cs/>
          <w:lang w:bidi="hi-IN"/>
        </w:rPr>
        <w:t xml:space="preserve"> </w:t>
      </w:r>
      <w:r w:rsidRPr="00CC6E1F">
        <w:rPr>
          <w:rFonts w:cs="Mangal" w:hint="cs"/>
          <w:sz w:val="24"/>
          <w:szCs w:val="24"/>
          <w:cs/>
          <w:lang w:bidi="hi-IN"/>
        </w:rPr>
        <w:t>इस</w:t>
      </w:r>
      <w:r w:rsidRPr="00CC6E1F">
        <w:rPr>
          <w:rFonts w:cs="Mangal"/>
          <w:sz w:val="24"/>
          <w:szCs w:val="24"/>
          <w:cs/>
          <w:lang w:bidi="hi-IN"/>
        </w:rPr>
        <w:t xml:space="preserve"> </w:t>
      </w:r>
      <w:r w:rsidRPr="00CC6E1F">
        <w:rPr>
          <w:rFonts w:cs="Mangal" w:hint="cs"/>
          <w:sz w:val="24"/>
          <w:szCs w:val="24"/>
          <w:cs/>
          <w:lang w:bidi="hi-IN"/>
        </w:rPr>
        <w:t>तरह</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गतिविधियों</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लाभान्वित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रहे</w:t>
      </w:r>
      <w:r w:rsidRPr="00CC6E1F">
        <w:rPr>
          <w:rFonts w:cs="Mangal"/>
          <w:sz w:val="24"/>
          <w:szCs w:val="24"/>
          <w:cs/>
          <w:lang w:bidi="hi-IN"/>
        </w:rPr>
        <w:t xml:space="preserve"> </w:t>
      </w:r>
      <w:r w:rsidRPr="00CC6E1F">
        <w:rPr>
          <w:rFonts w:cs="Mangal" w:hint="cs"/>
          <w:sz w:val="24"/>
          <w:szCs w:val="24"/>
          <w:cs/>
          <w:lang w:bidi="hi-IN"/>
        </w:rPr>
        <w:t>हैं।रोजगार</w:t>
      </w:r>
      <w:r w:rsidRPr="00CC6E1F">
        <w:rPr>
          <w:rFonts w:cs="Mangal"/>
          <w:sz w:val="24"/>
          <w:szCs w:val="24"/>
          <w:cs/>
          <w:lang w:bidi="hi-IN"/>
        </w:rPr>
        <w:t xml:space="preserve"> </w:t>
      </w:r>
      <w:r w:rsidRPr="00CC6E1F">
        <w:rPr>
          <w:rFonts w:cs="Mangal" w:hint="cs"/>
          <w:sz w:val="24"/>
          <w:szCs w:val="24"/>
          <w:cs/>
          <w:lang w:bidi="hi-IN"/>
        </w:rPr>
        <w:t>मार्गदर्शन</w:t>
      </w:r>
      <w:r w:rsidRPr="00CC6E1F">
        <w:rPr>
          <w:rFonts w:cs="Mangal"/>
          <w:sz w:val="24"/>
          <w:szCs w:val="24"/>
          <w:cs/>
          <w:lang w:bidi="hi-IN"/>
        </w:rPr>
        <w:t xml:space="preserve"> </w:t>
      </w:r>
      <w:r w:rsidRPr="00CC6E1F">
        <w:rPr>
          <w:rFonts w:cs="Mangal" w:hint="cs"/>
          <w:sz w:val="24"/>
          <w:szCs w:val="24"/>
          <w:cs/>
          <w:lang w:bidi="hi-IN"/>
        </w:rPr>
        <w:t>प्रकोष्ठ</w:t>
      </w:r>
      <w:r w:rsidR="00295A34">
        <w:rPr>
          <w:rFonts w:cs="Mangal" w:hint="cs"/>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संयोजकडॉ</w:t>
      </w:r>
      <w:r w:rsidRPr="00CC6E1F">
        <w:rPr>
          <w:rFonts w:cs="Mangal"/>
          <w:sz w:val="24"/>
          <w:szCs w:val="24"/>
          <w:cs/>
          <w:lang w:bidi="hi-IN"/>
        </w:rPr>
        <w:t xml:space="preserve">. </w:t>
      </w:r>
      <w:r w:rsidRPr="00CC6E1F">
        <w:rPr>
          <w:rFonts w:cs="Mangal" w:hint="cs"/>
          <w:sz w:val="24"/>
          <w:szCs w:val="24"/>
          <w:cs/>
          <w:lang w:bidi="hi-IN"/>
        </w:rPr>
        <w:t>संजय</w:t>
      </w:r>
      <w:r w:rsidRPr="00CC6E1F">
        <w:rPr>
          <w:rFonts w:cs="Mangal"/>
          <w:sz w:val="24"/>
          <w:szCs w:val="24"/>
          <w:cs/>
          <w:lang w:bidi="hi-IN"/>
        </w:rPr>
        <w:t xml:space="preserve"> </w:t>
      </w:r>
      <w:r w:rsidRPr="00CC6E1F">
        <w:rPr>
          <w:rFonts w:cs="Mangal" w:hint="cs"/>
          <w:sz w:val="24"/>
          <w:szCs w:val="24"/>
          <w:cs/>
          <w:lang w:bidi="hi-IN"/>
        </w:rPr>
        <w:t>ठिसके</w:t>
      </w:r>
      <w:r w:rsidR="00295A34">
        <w:rPr>
          <w:rFonts w:cs="Mangal" w:hint="cs"/>
          <w:sz w:val="24"/>
          <w:szCs w:val="24"/>
          <w:cs/>
          <w:lang w:bidi="hi-IN"/>
        </w:rPr>
        <w:t xml:space="preserve"> </w:t>
      </w:r>
      <w:r w:rsidRPr="00CC6E1F">
        <w:rPr>
          <w:rFonts w:cs="Mangal" w:hint="cs"/>
          <w:sz w:val="24"/>
          <w:szCs w:val="24"/>
          <w:cs/>
          <w:lang w:bidi="hi-IN"/>
        </w:rPr>
        <w:t>ने</w:t>
      </w:r>
      <w:r w:rsidRPr="00CC6E1F">
        <w:rPr>
          <w:rFonts w:cs="Mangal"/>
          <w:sz w:val="24"/>
          <w:szCs w:val="24"/>
          <w:cs/>
          <w:lang w:bidi="hi-IN"/>
        </w:rPr>
        <w:t xml:space="preserve"> </w:t>
      </w:r>
      <w:r w:rsidRPr="00CC6E1F">
        <w:rPr>
          <w:rFonts w:cs="Mangal" w:hint="cs"/>
          <w:sz w:val="24"/>
          <w:szCs w:val="24"/>
          <w:cs/>
          <w:lang w:bidi="hi-IN"/>
        </w:rPr>
        <w:t>अपने</w:t>
      </w:r>
      <w:r w:rsidRPr="00CC6E1F">
        <w:rPr>
          <w:rFonts w:cs="Mangal"/>
          <w:sz w:val="24"/>
          <w:szCs w:val="24"/>
          <w:cs/>
          <w:lang w:bidi="hi-IN"/>
        </w:rPr>
        <w:t xml:space="preserve"> </w:t>
      </w:r>
      <w:r w:rsidRPr="00CC6E1F">
        <w:rPr>
          <w:rFonts w:cs="Mangal" w:hint="cs"/>
          <w:sz w:val="24"/>
          <w:szCs w:val="24"/>
          <w:cs/>
          <w:lang w:bidi="hi-IN"/>
        </w:rPr>
        <w:t>उद्बोधन</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कहा</w:t>
      </w:r>
      <w:r w:rsidRPr="00CC6E1F">
        <w:rPr>
          <w:rFonts w:cs="Mangal"/>
          <w:sz w:val="24"/>
          <w:szCs w:val="24"/>
          <w:cs/>
          <w:lang w:bidi="hi-IN"/>
        </w:rPr>
        <w:t xml:space="preserve"> </w:t>
      </w:r>
      <w:r w:rsidRPr="00CC6E1F">
        <w:rPr>
          <w:sz w:val="24"/>
          <w:szCs w:val="24"/>
          <w:lang w:bidi="hi-IN"/>
        </w:rPr>
        <w:t>“</w:t>
      </w:r>
      <w:r w:rsidRPr="00CC6E1F">
        <w:rPr>
          <w:rFonts w:cs="Mangal" w:hint="cs"/>
          <w:sz w:val="24"/>
          <w:szCs w:val="24"/>
          <w:cs/>
          <w:lang w:bidi="hi-IN"/>
        </w:rPr>
        <w:t>छात्रों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दिलाने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लिए</w:t>
      </w:r>
      <w:r w:rsidRPr="00CC6E1F">
        <w:rPr>
          <w:rFonts w:cs="Mangal"/>
          <w:sz w:val="24"/>
          <w:szCs w:val="24"/>
          <w:cs/>
          <w:lang w:bidi="hi-IN"/>
        </w:rPr>
        <w:t xml:space="preserve"> </w:t>
      </w:r>
      <w:r w:rsidRPr="00CC6E1F">
        <w:rPr>
          <w:rFonts w:cs="Mangal" w:hint="cs"/>
          <w:sz w:val="24"/>
          <w:szCs w:val="24"/>
          <w:cs/>
          <w:lang w:bidi="hi-IN"/>
        </w:rPr>
        <w:t>केवल</w:t>
      </w:r>
      <w:r w:rsidRPr="00CC6E1F">
        <w:rPr>
          <w:rFonts w:cs="Mangal"/>
          <w:sz w:val="24"/>
          <w:szCs w:val="24"/>
          <w:cs/>
          <w:lang w:bidi="hi-IN"/>
        </w:rPr>
        <w:t xml:space="preserve"> </w:t>
      </w:r>
      <w:r w:rsidRPr="00CC6E1F">
        <w:rPr>
          <w:rFonts w:cs="Mangal" w:hint="cs"/>
          <w:sz w:val="24"/>
          <w:szCs w:val="24"/>
          <w:cs/>
          <w:lang w:bidi="hi-IN"/>
        </w:rPr>
        <w:t>अकादमिक</w:t>
      </w:r>
      <w:r w:rsidRPr="00CC6E1F">
        <w:rPr>
          <w:rFonts w:cs="Mangal"/>
          <w:sz w:val="24"/>
          <w:szCs w:val="24"/>
          <w:cs/>
          <w:lang w:bidi="hi-IN"/>
        </w:rPr>
        <w:t xml:space="preserve"> </w:t>
      </w:r>
      <w:r w:rsidRPr="00CC6E1F">
        <w:rPr>
          <w:rFonts w:cs="Mangal" w:hint="cs"/>
          <w:sz w:val="24"/>
          <w:szCs w:val="24"/>
          <w:cs/>
          <w:lang w:bidi="hi-IN"/>
        </w:rPr>
        <w:t>अध्ययन</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पर्याप्त</w:t>
      </w:r>
      <w:r w:rsidRPr="00CC6E1F">
        <w:rPr>
          <w:rFonts w:cs="Mangal"/>
          <w:sz w:val="24"/>
          <w:szCs w:val="24"/>
          <w:cs/>
          <w:lang w:bidi="hi-IN"/>
        </w:rPr>
        <w:t xml:space="preserve"> </w:t>
      </w:r>
      <w:r w:rsidRPr="00CC6E1F">
        <w:rPr>
          <w:rFonts w:cs="Mangal" w:hint="cs"/>
          <w:sz w:val="24"/>
          <w:szCs w:val="24"/>
          <w:cs/>
          <w:lang w:bidi="hi-IN"/>
        </w:rPr>
        <w:t>नहीं</w:t>
      </w:r>
      <w:r w:rsidRPr="00CC6E1F">
        <w:rPr>
          <w:rFonts w:cs="Mangal"/>
          <w:sz w:val="24"/>
          <w:szCs w:val="24"/>
          <w:cs/>
          <w:lang w:bidi="hi-IN"/>
        </w:rPr>
        <w:t xml:space="preserve"> </w:t>
      </w:r>
      <w:r w:rsidRPr="00CC6E1F">
        <w:rPr>
          <w:rFonts w:cs="Mangal" w:hint="cs"/>
          <w:sz w:val="24"/>
          <w:szCs w:val="24"/>
          <w:cs/>
          <w:lang w:bidi="hi-IN"/>
        </w:rPr>
        <w:t>है</w:t>
      </w:r>
      <w:r w:rsidRPr="00CC6E1F">
        <w:rPr>
          <w:sz w:val="24"/>
          <w:szCs w:val="24"/>
          <w:lang w:bidi="hi-IN"/>
        </w:rPr>
        <w:t xml:space="preserve">, </w:t>
      </w:r>
      <w:r w:rsidRPr="00CC6E1F">
        <w:rPr>
          <w:rFonts w:cs="Mangal" w:hint="cs"/>
          <w:sz w:val="24"/>
          <w:szCs w:val="24"/>
          <w:cs/>
          <w:lang w:bidi="hi-IN"/>
        </w:rPr>
        <w:t>बल्कि</w:t>
      </w:r>
      <w:r w:rsidRPr="00CC6E1F">
        <w:rPr>
          <w:rFonts w:cs="Mangal"/>
          <w:sz w:val="24"/>
          <w:szCs w:val="24"/>
          <w:cs/>
          <w:lang w:bidi="hi-IN"/>
        </w:rPr>
        <w:t xml:space="preserve"> </w:t>
      </w:r>
      <w:r w:rsidRPr="00CC6E1F">
        <w:rPr>
          <w:rFonts w:cs="Mangal" w:hint="cs"/>
          <w:sz w:val="24"/>
          <w:szCs w:val="24"/>
          <w:cs/>
          <w:lang w:bidi="hi-IN"/>
        </w:rPr>
        <w:t>उन्हें</w:t>
      </w:r>
      <w:r w:rsidRPr="00CC6E1F">
        <w:rPr>
          <w:rFonts w:cs="Mangal"/>
          <w:sz w:val="24"/>
          <w:szCs w:val="24"/>
          <w:cs/>
          <w:lang w:bidi="hi-IN"/>
        </w:rPr>
        <w:t xml:space="preserve"> </w:t>
      </w:r>
      <w:r w:rsidRPr="00CC6E1F">
        <w:rPr>
          <w:rFonts w:cs="Mangal" w:hint="cs"/>
          <w:sz w:val="24"/>
          <w:szCs w:val="24"/>
          <w:cs/>
          <w:lang w:bidi="hi-IN"/>
        </w:rPr>
        <w:t>प्रतियोगी</w:t>
      </w:r>
      <w:r w:rsidRPr="00CC6E1F">
        <w:rPr>
          <w:rFonts w:cs="Mangal"/>
          <w:sz w:val="24"/>
          <w:szCs w:val="24"/>
          <w:cs/>
          <w:lang w:bidi="hi-IN"/>
        </w:rPr>
        <w:t xml:space="preserve"> </w:t>
      </w:r>
      <w:r w:rsidRPr="00CC6E1F">
        <w:rPr>
          <w:rFonts w:cs="Mangal" w:hint="cs"/>
          <w:sz w:val="24"/>
          <w:szCs w:val="24"/>
          <w:cs/>
          <w:lang w:bidi="hi-IN"/>
        </w:rPr>
        <w:t>परीक्षाओं</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लिए</w:t>
      </w:r>
      <w:r w:rsidRPr="00CC6E1F">
        <w:rPr>
          <w:rFonts w:cs="Mangal"/>
          <w:sz w:val="24"/>
          <w:szCs w:val="24"/>
          <w:cs/>
          <w:lang w:bidi="hi-IN"/>
        </w:rPr>
        <w:t xml:space="preserve"> </w:t>
      </w:r>
      <w:r w:rsidRPr="00CC6E1F">
        <w:rPr>
          <w:rFonts w:cs="Mangal" w:hint="cs"/>
          <w:sz w:val="24"/>
          <w:szCs w:val="24"/>
          <w:cs/>
          <w:lang w:bidi="hi-IN"/>
        </w:rPr>
        <w:t>आवश्यक</w:t>
      </w:r>
      <w:r w:rsidR="00295A34">
        <w:rPr>
          <w:rFonts w:cs="Mangal" w:hint="cs"/>
          <w:sz w:val="24"/>
          <w:szCs w:val="24"/>
          <w:cs/>
          <w:lang w:bidi="hi-IN"/>
        </w:rPr>
        <w:t xml:space="preserve"> </w:t>
      </w:r>
      <w:r w:rsidRPr="00CC6E1F">
        <w:rPr>
          <w:rFonts w:cs="Mangal" w:hint="cs"/>
          <w:sz w:val="24"/>
          <w:szCs w:val="24"/>
          <w:cs/>
          <w:lang w:bidi="hi-IN"/>
        </w:rPr>
        <w:t>रणनीति</w:t>
      </w:r>
      <w:r w:rsidRPr="00CC6E1F">
        <w:rPr>
          <w:sz w:val="24"/>
          <w:szCs w:val="24"/>
          <w:lang w:bidi="hi-IN"/>
        </w:rPr>
        <w:t xml:space="preserve">, </w:t>
      </w:r>
      <w:r w:rsidRPr="00CC6E1F">
        <w:rPr>
          <w:rFonts w:cs="Mangal" w:hint="cs"/>
          <w:sz w:val="24"/>
          <w:szCs w:val="24"/>
          <w:cs/>
          <w:lang w:bidi="hi-IN"/>
        </w:rPr>
        <w:t>कौशल</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मानसिक</w:t>
      </w:r>
      <w:r w:rsidRPr="00CC6E1F">
        <w:rPr>
          <w:rFonts w:cs="Mangal"/>
          <w:sz w:val="24"/>
          <w:szCs w:val="24"/>
          <w:cs/>
          <w:lang w:bidi="hi-IN"/>
        </w:rPr>
        <w:t xml:space="preserve"> </w:t>
      </w:r>
      <w:r w:rsidRPr="00CC6E1F">
        <w:rPr>
          <w:rFonts w:cs="Mangal" w:hint="cs"/>
          <w:sz w:val="24"/>
          <w:szCs w:val="24"/>
          <w:cs/>
          <w:lang w:bidi="hi-IN"/>
        </w:rPr>
        <w:t>दृढ़ता</w:t>
      </w:r>
      <w:r w:rsidR="00295A34">
        <w:rPr>
          <w:rFonts w:cs="Mangal" w:hint="cs"/>
          <w:sz w:val="24"/>
          <w:szCs w:val="24"/>
          <w:cs/>
          <w:lang w:bidi="hi-IN"/>
        </w:rPr>
        <w:t xml:space="preserve"> </w:t>
      </w:r>
      <w:r w:rsidRPr="00CC6E1F">
        <w:rPr>
          <w:rFonts w:cs="Mangal" w:hint="cs"/>
          <w:sz w:val="24"/>
          <w:szCs w:val="24"/>
          <w:cs/>
          <w:lang w:bidi="hi-IN"/>
        </w:rPr>
        <w:t>भी</w:t>
      </w:r>
      <w:r w:rsidRPr="00CC6E1F">
        <w:rPr>
          <w:rFonts w:cs="Mangal"/>
          <w:sz w:val="24"/>
          <w:szCs w:val="24"/>
          <w:cs/>
          <w:lang w:bidi="hi-IN"/>
        </w:rPr>
        <w:t xml:space="preserve"> </w:t>
      </w:r>
      <w:r w:rsidRPr="00CC6E1F">
        <w:rPr>
          <w:rFonts w:cs="Mangal" w:hint="cs"/>
          <w:sz w:val="24"/>
          <w:szCs w:val="24"/>
          <w:cs/>
          <w:lang w:bidi="hi-IN"/>
        </w:rPr>
        <w:t>विकसित</w:t>
      </w:r>
      <w:r w:rsidRPr="00CC6E1F">
        <w:rPr>
          <w:rFonts w:cs="Mangal"/>
          <w:sz w:val="24"/>
          <w:szCs w:val="24"/>
          <w:cs/>
          <w:lang w:bidi="hi-IN"/>
        </w:rPr>
        <w:t xml:space="preserve"> </w:t>
      </w:r>
      <w:r w:rsidRPr="00CC6E1F">
        <w:rPr>
          <w:rFonts w:cs="Mangal" w:hint="cs"/>
          <w:sz w:val="24"/>
          <w:szCs w:val="24"/>
          <w:cs/>
          <w:lang w:bidi="hi-IN"/>
        </w:rPr>
        <w:t>करनी</w:t>
      </w:r>
      <w:r w:rsidRPr="00CC6E1F">
        <w:rPr>
          <w:rFonts w:cs="Mangal"/>
          <w:sz w:val="24"/>
          <w:szCs w:val="24"/>
          <w:cs/>
          <w:lang w:bidi="hi-IN"/>
        </w:rPr>
        <w:t xml:space="preserve"> </w:t>
      </w:r>
      <w:r w:rsidRPr="00CC6E1F">
        <w:rPr>
          <w:rFonts w:cs="Mangal" w:hint="cs"/>
          <w:sz w:val="24"/>
          <w:szCs w:val="24"/>
          <w:cs/>
          <w:lang w:bidi="hi-IN"/>
        </w:rPr>
        <w:t>होती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यह</w:t>
      </w:r>
      <w:r w:rsidRPr="00CC6E1F">
        <w:rPr>
          <w:rFonts w:cs="Mangal"/>
          <w:sz w:val="24"/>
          <w:szCs w:val="24"/>
          <w:cs/>
          <w:lang w:bidi="hi-IN"/>
        </w:rPr>
        <w:t xml:space="preserve"> </w:t>
      </w:r>
      <w:r w:rsidRPr="00CC6E1F">
        <w:rPr>
          <w:rFonts w:cs="Mangal" w:hint="cs"/>
          <w:sz w:val="24"/>
          <w:szCs w:val="24"/>
          <w:cs/>
          <w:lang w:bidi="hi-IN"/>
        </w:rPr>
        <w:t>सेमिनार</w:t>
      </w:r>
      <w:r w:rsidRPr="00CC6E1F">
        <w:rPr>
          <w:rFonts w:cs="Mangal"/>
          <w:sz w:val="24"/>
          <w:szCs w:val="24"/>
          <w:cs/>
          <w:lang w:bidi="hi-IN"/>
        </w:rPr>
        <w:t xml:space="preserve"> </w:t>
      </w:r>
      <w:r w:rsidRPr="00CC6E1F">
        <w:rPr>
          <w:rFonts w:cs="Mangal" w:hint="cs"/>
          <w:sz w:val="24"/>
          <w:szCs w:val="24"/>
          <w:cs/>
          <w:lang w:bidi="hi-IN"/>
        </w:rPr>
        <w:t>विद्यार्थियों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लिए</w:t>
      </w:r>
      <w:r w:rsidRPr="00CC6E1F">
        <w:rPr>
          <w:rFonts w:cs="Mangal"/>
          <w:sz w:val="24"/>
          <w:szCs w:val="24"/>
          <w:cs/>
          <w:lang w:bidi="hi-IN"/>
        </w:rPr>
        <w:t xml:space="preserve"> </w:t>
      </w:r>
      <w:r w:rsidRPr="00CC6E1F">
        <w:rPr>
          <w:rFonts w:cs="Mangal" w:hint="cs"/>
          <w:sz w:val="24"/>
          <w:szCs w:val="24"/>
          <w:cs/>
          <w:lang w:bidi="hi-IN"/>
        </w:rPr>
        <w:t>अत्यंत</w:t>
      </w:r>
      <w:r w:rsidRPr="00CC6E1F">
        <w:rPr>
          <w:rFonts w:cs="Mangal"/>
          <w:sz w:val="24"/>
          <w:szCs w:val="24"/>
          <w:cs/>
          <w:lang w:bidi="hi-IN"/>
        </w:rPr>
        <w:t xml:space="preserve"> </w:t>
      </w:r>
      <w:r w:rsidRPr="00CC6E1F">
        <w:rPr>
          <w:rFonts w:cs="Mangal" w:hint="cs"/>
          <w:sz w:val="24"/>
          <w:szCs w:val="24"/>
          <w:cs/>
          <w:lang w:bidi="hi-IN"/>
        </w:rPr>
        <w:t>लाभकारी</w:t>
      </w:r>
      <w:r w:rsidRPr="00CC6E1F">
        <w:rPr>
          <w:rFonts w:cs="Mangal"/>
          <w:sz w:val="24"/>
          <w:szCs w:val="24"/>
          <w:cs/>
          <w:lang w:bidi="hi-IN"/>
        </w:rPr>
        <w:t xml:space="preserve"> </w:t>
      </w:r>
      <w:r w:rsidRPr="00CC6E1F">
        <w:rPr>
          <w:rFonts w:cs="Mangal" w:hint="cs"/>
          <w:sz w:val="24"/>
          <w:szCs w:val="24"/>
          <w:cs/>
          <w:lang w:bidi="hi-IN"/>
        </w:rPr>
        <w:t>सिद्ध</w:t>
      </w:r>
      <w:r w:rsidRPr="00CC6E1F">
        <w:rPr>
          <w:rFonts w:cs="Mangal"/>
          <w:sz w:val="24"/>
          <w:szCs w:val="24"/>
          <w:cs/>
          <w:lang w:bidi="hi-IN"/>
        </w:rPr>
        <w:t xml:space="preserve"> </w:t>
      </w:r>
      <w:r w:rsidRPr="00CC6E1F">
        <w:rPr>
          <w:rFonts w:cs="Mangal" w:hint="cs"/>
          <w:sz w:val="24"/>
          <w:szCs w:val="24"/>
          <w:cs/>
          <w:lang w:bidi="hi-IN"/>
        </w:rPr>
        <w:t>होगा</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उन्हें</w:t>
      </w:r>
      <w:r w:rsidRPr="00CC6E1F">
        <w:rPr>
          <w:rFonts w:cs="Mangal"/>
          <w:sz w:val="24"/>
          <w:szCs w:val="24"/>
          <w:cs/>
          <w:lang w:bidi="hi-IN"/>
        </w:rPr>
        <w:t xml:space="preserve"> </w:t>
      </w:r>
      <w:r w:rsidRPr="00CC6E1F">
        <w:rPr>
          <w:rFonts w:cs="Mangal" w:hint="cs"/>
          <w:sz w:val="24"/>
          <w:szCs w:val="24"/>
          <w:cs/>
          <w:lang w:bidi="hi-IN"/>
        </w:rPr>
        <w:t>लक्ष्य</w:t>
      </w:r>
      <w:r w:rsidRPr="00CC6E1F">
        <w:rPr>
          <w:rFonts w:cs="Mangal"/>
          <w:sz w:val="24"/>
          <w:szCs w:val="24"/>
          <w:cs/>
          <w:lang w:bidi="hi-IN"/>
        </w:rPr>
        <w:t xml:space="preserve"> </w:t>
      </w:r>
      <w:r w:rsidRPr="00CC6E1F">
        <w:rPr>
          <w:rFonts w:cs="Mangal" w:hint="cs"/>
          <w:sz w:val="24"/>
          <w:szCs w:val="24"/>
          <w:cs/>
          <w:lang w:bidi="hi-IN"/>
        </w:rPr>
        <w:t>साधने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प्रेरणा</w:t>
      </w:r>
      <w:r w:rsidRPr="00CC6E1F">
        <w:rPr>
          <w:rFonts w:cs="Mangal"/>
          <w:sz w:val="24"/>
          <w:szCs w:val="24"/>
          <w:cs/>
          <w:lang w:bidi="hi-IN"/>
        </w:rPr>
        <w:t xml:space="preserve"> </w:t>
      </w:r>
      <w:r w:rsidRPr="00CC6E1F">
        <w:rPr>
          <w:rFonts w:cs="Mangal" w:hint="cs"/>
          <w:sz w:val="24"/>
          <w:szCs w:val="24"/>
          <w:cs/>
          <w:lang w:bidi="hi-IN"/>
        </w:rPr>
        <w:t>देगा।</w:t>
      </w:r>
      <w:r w:rsidRPr="00CC6E1F">
        <w:rPr>
          <w:rFonts w:hint="eastAsia"/>
          <w:sz w:val="24"/>
          <w:szCs w:val="24"/>
          <w:lang w:bidi="hi-IN"/>
        </w:rPr>
        <w:t>”</w:t>
      </w:r>
      <w:r w:rsidRPr="00CC6E1F">
        <w:rPr>
          <w:sz w:val="24"/>
          <w:szCs w:val="24"/>
          <w:lang w:bidi="hi-IN"/>
        </w:rPr>
        <w:t xml:space="preserve"> </w:t>
      </w:r>
      <w:r w:rsidRPr="00CC6E1F">
        <w:rPr>
          <w:rFonts w:cs="Mangal" w:hint="cs"/>
          <w:sz w:val="24"/>
          <w:szCs w:val="24"/>
          <w:cs/>
          <w:lang w:bidi="hi-IN"/>
        </w:rPr>
        <w:t>कार्यक्रम</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मुख्य</w:t>
      </w:r>
      <w:r w:rsidRPr="00CC6E1F">
        <w:rPr>
          <w:rFonts w:cs="Mangal"/>
          <w:sz w:val="24"/>
          <w:szCs w:val="24"/>
          <w:cs/>
          <w:lang w:bidi="hi-IN"/>
        </w:rPr>
        <w:t xml:space="preserve"> </w:t>
      </w:r>
      <w:r w:rsidRPr="00CC6E1F">
        <w:rPr>
          <w:rFonts w:cs="Mangal" w:hint="cs"/>
          <w:sz w:val="24"/>
          <w:szCs w:val="24"/>
          <w:cs/>
          <w:lang w:bidi="hi-IN"/>
        </w:rPr>
        <w:t>वक्ता</w:t>
      </w:r>
      <w:r w:rsidR="00295A34">
        <w:rPr>
          <w:rFonts w:cs="Mangal" w:hint="cs"/>
          <w:sz w:val="24"/>
          <w:szCs w:val="24"/>
          <w:cs/>
          <w:lang w:bidi="hi-IN"/>
        </w:rPr>
        <w:t xml:space="preserve"> </w:t>
      </w:r>
      <w:r w:rsidRPr="00CC6E1F">
        <w:rPr>
          <w:sz w:val="24"/>
          <w:szCs w:val="24"/>
          <w:lang w:bidi="hi-IN"/>
        </w:rPr>
        <w:t xml:space="preserve">PATH </w:t>
      </w:r>
      <w:r w:rsidRPr="00CC6E1F">
        <w:rPr>
          <w:rFonts w:cs="Mangal" w:hint="cs"/>
          <w:sz w:val="24"/>
          <w:szCs w:val="24"/>
          <w:cs/>
          <w:lang w:bidi="hi-IN"/>
        </w:rPr>
        <w:t>अकादमी</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संस्थापक</w:t>
      </w:r>
      <w:r w:rsidRPr="00CC6E1F">
        <w:rPr>
          <w:rFonts w:cs="Mangal"/>
          <w:sz w:val="24"/>
          <w:szCs w:val="24"/>
          <w:cs/>
          <w:lang w:bidi="hi-IN"/>
        </w:rPr>
        <w:t xml:space="preserve"> </w:t>
      </w:r>
      <w:r w:rsidRPr="00CC6E1F">
        <w:rPr>
          <w:rFonts w:cs="Mangal" w:hint="cs"/>
          <w:sz w:val="24"/>
          <w:szCs w:val="24"/>
          <w:cs/>
          <w:lang w:bidi="hi-IN"/>
        </w:rPr>
        <w:t>डॉ</w:t>
      </w:r>
      <w:r w:rsidRPr="00CC6E1F">
        <w:rPr>
          <w:rFonts w:cs="Mangal"/>
          <w:sz w:val="24"/>
          <w:szCs w:val="24"/>
          <w:cs/>
          <w:lang w:bidi="hi-IN"/>
        </w:rPr>
        <w:t xml:space="preserve">. </w:t>
      </w:r>
      <w:r w:rsidRPr="00CC6E1F">
        <w:rPr>
          <w:rFonts w:cs="Mangal" w:hint="cs"/>
          <w:sz w:val="24"/>
          <w:szCs w:val="24"/>
          <w:cs/>
          <w:lang w:bidi="hi-IN"/>
        </w:rPr>
        <w:t>हामिद</w:t>
      </w:r>
      <w:r w:rsidRPr="00CC6E1F">
        <w:rPr>
          <w:rFonts w:cs="Mangal"/>
          <w:sz w:val="24"/>
          <w:szCs w:val="24"/>
          <w:cs/>
          <w:lang w:bidi="hi-IN"/>
        </w:rPr>
        <w:t xml:space="preserve"> </w:t>
      </w:r>
      <w:r w:rsidRPr="00CC6E1F">
        <w:rPr>
          <w:rFonts w:cs="Mangal" w:hint="cs"/>
          <w:sz w:val="24"/>
          <w:szCs w:val="24"/>
          <w:cs/>
          <w:lang w:bidi="hi-IN"/>
        </w:rPr>
        <w:t>खानने</w:t>
      </w:r>
      <w:r w:rsidRPr="00CC6E1F">
        <w:rPr>
          <w:rFonts w:cs="Mangal"/>
          <w:sz w:val="24"/>
          <w:szCs w:val="24"/>
          <w:cs/>
          <w:lang w:bidi="hi-IN"/>
        </w:rPr>
        <w:t xml:space="preserve"> </w:t>
      </w:r>
      <w:r w:rsidRPr="00CC6E1F">
        <w:rPr>
          <w:rFonts w:cs="Mangal" w:hint="cs"/>
          <w:sz w:val="24"/>
          <w:szCs w:val="24"/>
          <w:cs/>
          <w:lang w:bidi="hi-IN"/>
        </w:rPr>
        <w:t>अपने</w:t>
      </w:r>
      <w:r w:rsidRPr="00CC6E1F">
        <w:rPr>
          <w:rFonts w:cs="Mangal"/>
          <w:sz w:val="24"/>
          <w:szCs w:val="24"/>
          <w:cs/>
          <w:lang w:bidi="hi-IN"/>
        </w:rPr>
        <w:t xml:space="preserve"> </w:t>
      </w:r>
      <w:r w:rsidRPr="00CC6E1F">
        <w:rPr>
          <w:rFonts w:cs="Mangal" w:hint="cs"/>
          <w:sz w:val="24"/>
          <w:szCs w:val="24"/>
          <w:cs/>
          <w:lang w:bidi="hi-IN"/>
        </w:rPr>
        <w:t>ऊर्जावान</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प्रेरणादायी</w:t>
      </w:r>
      <w:r w:rsidRPr="00CC6E1F">
        <w:rPr>
          <w:rFonts w:cs="Mangal"/>
          <w:sz w:val="24"/>
          <w:szCs w:val="24"/>
          <w:cs/>
          <w:lang w:bidi="hi-IN"/>
        </w:rPr>
        <w:t xml:space="preserve"> </w:t>
      </w:r>
      <w:r w:rsidRPr="00CC6E1F">
        <w:rPr>
          <w:rFonts w:cs="Mangal" w:hint="cs"/>
          <w:sz w:val="24"/>
          <w:szCs w:val="24"/>
          <w:cs/>
          <w:lang w:bidi="hi-IN"/>
        </w:rPr>
        <w:t>व्याख्यान</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पूरे</w:t>
      </w:r>
      <w:r w:rsidRPr="00CC6E1F">
        <w:rPr>
          <w:rFonts w:cs="Mangal"/>
          <w:sz w:val="24"/>
          <w:szCs w:val="24"/>
          <w:cs/>
          <w:lang w:bidi="hi-IN"/>
        </w:rPr>
        <w:t xml:space="preserve"> </w:t>
      </w:r>
      <w:r w:rsidRPr="00CC6E1F">
        <w:rPr>
          <w:rFonts w:cs="Mangal" w:hint="cs"/>
          <w:sz w:val="24"/>
          <w:szCs w:val="24"/>
          <w:cs/>
          <w:lang w:bidi="hi-IN"/>
        </w:rPr>
        <w:t>सभागार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मंत्रमुग्ध</w:t>
      </w:r>
      <w:r w:rsidRPr="00CC6E1F">
        <w:rPr>
          <w:rFonts w:cs="Mangal"/>
          <w:sz w:val="24"/>
          <w:szCs w:val="24"/>
          <w:cs/>
          <w:lang w:bidi="hi-IN"/>
        </w:rPr>
        <w:t xml:space="preserve"> </w:t>
      </w:r>
      <w:r w:rsidRPr="00CC6E1F">
        <w:rPr>
          <w:rFonts w:cs="Mangal" w:hint="cs"/>
          <w:sz w:val="24"/>
          <w:szCs w:val="24"/>
          <w:cs/>
          <w:lang w:bidi="hi-IN"/>
        </w:rPr>
        <w:t>कर</w:t>
      </w:r>
      <w:r w:rsidRPr="00CC6E1F">
        <w:rPr>
          <w:rFonts w:cs="Mangal"/>
          <w:sz w:val="24"/>
          <w:szCs w:val="24"/>
          <w:cs/>
          <w:lang w:bidi="hi-IN"/>
        </w:rPr>
        <w:t xml:space="preserve"> </w:t>
      </w:r>
      <w:r w:rsidRPr="00CC6E1F">
        <w:rPr>
          <w:rFonts w:cs="Mangal" w:hint="cs"/>
          <w:sz w:val="24"/>
          <w:szCs w:val="24"/>
          <w:cs/>
          <w:lang w:bidi="hi-IN"/>
        </w:rPr>
        <w:t>दिया।</w:t>
      </w:r>
      <w:r w:rsidRPr="00CC6E1F">
        <w:rPr>
          <w:rFonts w:cs="Mangal"/>
          <w:sz w:val="24"/>
          <w:szCs w:val="24"/>
          <w:cs/>
          <w:lang w:bidi="hi-IN"/>
        </w:rPr>
        <w:t xml:space="preserve"> </w:t>
      </w:r>
      <w:r w:rsidRPr="00CC6E1F">
        <w:rPr>
          <w:rFonts w:cs="Mangal" w:hint="cs"/>
          <w:sz w:val="24"/>
          <w:szCs w:val="24"/>
          <w:cs/>
          <w:lang w:bidi="hi-IN"/>
        </w:rPr>
        <w:t>उन्होंने</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संबोधित</w:t>
      </w:r>
      <w:r w:rsidRPr="00CC6E1F">
        <w:rPr>
          <w:rFonts w:cs="Mangal"/>
          <w:sz w:val="24"/>
          <w:szCs w:val="24"/>
          <w:cs/>
          <w:lang w:bidi="hi-IN"/>
        </w:rPr>
        <w:t xml:space="preserve"> </w:t>
      </w:r>
      <w:r w:rsidRPr="00CC6E1F">
        <w:rPr>
          <w:rFonts w:cs="Mangal" w:hint="cs"/>
          <w:sz w:val="24"/>
          <w:szCs w:val="24"/>
          <w:cs/>
          <w:lang w:bidi="hi-IN"/>
        </w:rPr>
        <w:t>करते</w:t>
      </w:r>
      <w:r w:rsidRPr="00CC6E1F">
        <w:rPr>
          <w:rFonts w:cs="Mangal"/>
          <w:sz w:val="24"/>
          <w:szCs w:val="24"/>
          <w:cs/>
          <w:lang w:bidi="hi-IN"/>
        </w:rPr>
        <w:t xml:space="preserve"> </w:t>
      </w:r>
      <w:r w:rsidRPr="00CC6E1F">
        <w:rPr>
          <w:rFonts w:cs="Mangal" w:hint="cs"/>
          <w:sz w:val="24"/>
          <w:szCs w:val="24"/>
          <w:cs/>
          <w:lang w:bidi="hi-IN"/>
        </w:rPr>
        <w:t>हुए</w:t>
      </w:r>
      <w:r w:rsidRPr="00CC6E1F">
        <w:rPr>
          <w:rFonts w:cs="Mangal"/>
          <w:sz w:val="24"/>
          <w:szCs w:val="24"/>
          <w:cs/>
          <w:lang w:bidi="hi-IN"/>
        </w:rPr>
        <w:t xml:space="preserve"> </w:t>
      </w:r>
      <w:r w:rsidRPr="00CC6E1F">
        <w:rPr>
          <w:rFonts w:cs="Mangal" w:hint="cs"/>
          <w:sz w:val="24"/>
          <w:szCs w:val="24"/>
          <w:cs/>
          <w:lang w:bidi="hi-IN"/>
        </w:rPr>
        <w:t>कहा</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sz w:val="24"/>
          <w:szCs w:val="24"/>
          <w:lang w:bidi="hi-IN"/>
        </w:rPr>
        <w:t xml:space="preserve">“UPSC </w:t>
      </w:r>
      <w:r w:rsidRPr="00CC6E1F">
        <w:rPr>
          <w:rFonts w:cs="Mangal" w:hint="cs"/>
          <w:sz w:val="24"/>
          <w:szCs w:val="24"/>
          <w:cs/>
          <w:lang w:bidi="hi-IN"/>
        </w:rPr>
        <w:t>और</w:t>
      </w:r>
      <w:r w:rsidRPr="00CC6E1F">
        <w:rPr>
          <w:rFonts w:cs="Mangal"/>
          <w:sz w:val="24"/>
          <w:szCs w:val="24"/>
          <w:cs/>
          <w:lang w:bidi="hi-IN"/>
        </w:rPr>
        <w:t xml:space="preserve"> </w:t>
      </w:r>
      <w:r w:rsidRPr="00CC6E1F">
        <w:rPr>
          <w:sz w:val="24"/>
          <w:szCs w:val="24"/>
          <w:lang w:bidi="hi-IN"/>
        </w:rPr>
        <w:t xml:space="preserve">CGPSC </w:t>
      </w:r>
      <w:r w:rsidRPr="00CC6E1F">
        <w:rPr>
          <w:rFonts w:cs="Mangal" w:hint="cs"/>
          <w:sz w:val="24"/>
          <w:szCs w:val="24"/>
          <w:cs/>
          <w:lang w:bidi="hi-IN"/>
        </w:rPr>
        <w:t>जैसी</w:t>
      </w:r>
      <w:r w:rsidRPr="00CC6E1F">
        <w:rPr>
          <w:rFonts w:cs="Mangal"/>
          <w:sz w:val="24"/>
          <w:szCs w:val="24"/>
          <w:cs/>
          <w:lang w:bidi="hi-IN"/>
        </w:rPr>
        <w:t xml:space="preserve"> </w:t>
      </w:r>
      <w:r w:rsidRPr="00CC6E1F">
        <w:rPr>
          <w:rFonts w:cs="Mangal" w:hint="cs"/>
          <w:sz w:val="24"/>
          <w:szCs w:val="24"/>
          <w:cs/>
          <w:lang w:bidi="hi-IN"/>
        </w:rPr>
        <w:t>प्रतिष्ठित</w:t>
      </w:r>
      <w:r w:rsidRPr="00CC6E1F">
        <w:rPr>
          <w:rFonts w:cs="Mangal"/>
          <w:sz w:val="24"/>
          <w:szCs w:val="24"/>
          <w:cs/>
          <w:lang w:bidi="hi-IN"/>
        </w:rPr>
        <w:t xml:space="preserve"> </w:t>
      </w:r>
      <w:r w:rsidRPr="00CC6E1F">
        <w:rPr>
          <w:rFonts w:cs="Mangal" w:hint="cs"/>
          <w:sz w:val="24"/>
          <w:szCs w:val="24"/>
          <w:cs/>
          <w:lang w:bidi="hi-IN"/>
        </w:rPr>
        <w:t>परीक्षाएँ</w:t>
      </w:r>
      <w:r w:rsidRPr="00CC6E1F">
        <w:rPr>
          <w:rFonts w:cs="Mangal"/>
          <w:sz w:val="24"/>
          <w:szCs w:val="24"/>
          <w:cs/>
          <w:lang w:bidi="hi-IN"/>
        </w:rPr>
        <w:t xml:space="preserve"> </w:t>
      </w:r>
      <w:r w:rsidRPr="00CC6E1F">
        <w:rPr>
          <w:rFonts w:cs="Mangal" w:hint="cs"/>
          <w:sz w:val="24"/>
          <w:szCs w:val="24"/>
          <w:cs/>
          <w:lang w:bidi="hi-IN"/>
        </w:rPr>
        <w:t>केवल</w:t>
      </w:r>
      <w:r w:rsidRPr="00CC6E1F">
        <w:rPr>
          <w:rFonts w:cs="Mangal"/>
          <w:sz w:val="24"/>
          <w:szCs w:val="24"/>
          <w:cs/>
          <w:lang w:bidi="hi-IN"/>
        </w:rPr>
        <w:t xml:space="preserve"> </w:t>
      </w:r>
      <w:r w:rsidRPr="00CC6E1F">
        <w:rPr>
          <w:rFonts w:cs="Mangal" w:hint="cs"/>
          <w:sz w:val="24"/>
          <w:szCs w:val="24"/>
          <w:cs/>
          <w:lang w:bidi="hi-IN"/>
        </w:rPr>
        <w:t>एक</w:t>
      </w:r>
      <w:r w:rsidRPr="00CC6E1F">
        <w:rPr>
          <w:rFonts w:cs="Mangal"/>
          <w:sz w:val="24"/>
          <w:szCs w:val="24"/>
          <w:cs/>
          <w:lang w:bidi="hi-IN"/>
        </w:rPr>
        <w:t xml:space="preserve"> </w:t>
      </w:r>
      <w:r w:rsidRPr="00CC6E1F">
        <w:rPr>
          <w:rFonts w:cs="Mangal" w:hint="cs"/>
          <w:sz w:val="24"/>
          <w:szCs w:val="24"/>
          <w:cs/>
          <w:lang w:bidi="hi-IN"/>
        </w:rPr>
        <w:t>परीक्षा</w:t>
      </w:r>
      <w:r w:rsidRPr="00CC6E1F">
        <w:rPr>
          <w:rFonts w:cs="Mangal"/>
          <w:sz w:val="24"/>
          <w:szCs w:val="24"/>
          <w:cs/>
          <w:lang w:bidi="hi-IN"/>
        </w:rPr>
        <w:t xml:space="preserve"> </w:t>
      </w:r>
      <w:r w:rsidRPr="00CC6E1F">
        <w:rPr>
          <w:rFonts w:cs="Mangal" w:hint="cs"/>
          <w:sz w:val="24"/>
          <w:szCs w:val="24"/>
          <w:cs/>
          <w:lang w:bidi="hi-IN"/>
        </w:rPr>
        <w:t>नहीं</w:t>
      </w:r>
      <w:r w:rsidRPr="00CC6E1F">
        <w:rPr>
          <w:sz w:val="24"/>
          <w:szCs w:val="24"/>
          <w:lang w:bidi="hi-IN"/>
        </w:rPr>
        <w:t xml:space="preserve">, </w:t>
      </w:r>
      <w:r w:rsidRPr="00CC6E1F">
        <w:rPr>
          <w:rFonts w:cs="Mangal" w:hint="cs"/>
          <w:sz w:val="24"/>
          <w:szCs w:val="24"/>
          <w:cs/>
          <w:lang w:bidi="hi-IN"/>
        </w:rPr>
        <w:t>बल्किजीवन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सबसे</w:t>
      </w:r>
      <w:r w:rsidRPr="00CC6E1F">
        <w:rPr>
          <w:rFonts w:cs="Mangal"/>
          <w:sz w:val="24"/>
          <w:szCs w:val="24"/>
          <w:cs/>
          <w:lang w:bidi="hi-IN"/>
        </w:rPr>
        <w:t xml:space="preserve"> </w:t>
      </w:r>
      <w:r w:rsidRPr="00CC6E1F">
        <w:rPr>
          <w:rFonts w:cs="Mangal" w:hint="cs"/>
          <w:sz w:val="24"/>
          <w:szCs w:val="24"/>
          <w:cs/>
          <w:lang w:bidi="hi-IN"/>
        </w:rPr>
        <w:t>बड़ी</w:t>
      </w:r>
      <w:r w:rsidRPr="00CC6E1F">
        <w:rPr>
          <w:rFonts w:cs="Mangal"/>
          <w:sz w:val="24"/>
          <w:szCs w:val="24"/>
          <w:cs/>
          <w:lang w:bidi="hi-IN"/>
        </w:rPr>
        <w:t xml:space="preserve"> </w:t>
      </w:r>
      <w:r w:rsidRPr="00CC6E1F">
        <w:rPr>
          <w:rFonts w:cs="Mangal" w:hint="cs"/>
          <w:sz w:val="24"/>
          <w:szCs w:val="24"/>
          <w:cs/>
          <w:lang w:bidi="hi-IN"/>
        </w:rPr>
        <w:t>चुनौती</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अवसरहैं।</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कोई</w:t>
      </w:r>
      <w:r w:rsidRPr="00CC6E1F">
        <w:rPr>
          <w:rFonts w:cs="Mangal"/>
          <w:sz w:val="24"/>
          <w:szCs w:val="24"/>
          <w:cs/>
          <w:lang w:bidi="hi-IN"/>
        </w:rPr>
        <w:t xml:space="preserve"> </w:t>
      </w:r>
      <w:r w:rsidRPr="00CC6E1F">
        <w:rPr>
          <w:rFonts w:cs="Mangal" w:hint="cs"/>
          <w:sz w:val="24"/>
          <w:szCs w:val="24"/>
          <w:cs/>
          <w:lang w:bidi="hi-IN"/>
        </w:rPr>
        <w:t>शॉर्टकट</w:t>
      </w:r>
      <w:r w:rsidRPr="00CC6E1F">
        <w:rPr>
          <w:rFonts w:cs="Mangal"/>
          <w:sz w:val="24"/>
          <w:szCs w:val="24"/>
          <w:cs/>
          <w:lang w:bidi="hi-IN"/>
        </w:rPr>
        <w:t xml:space="preserve"> </w:t>
      </w:r>
      <w:r w:rsidRPr="00CC6E1F">
        <w:rPr>
          <w:rFonts w:cs="Mangal" w:hint="cs"/>
          <w:sz w:val="24"/>
          <w:szCs w:val="24"/>
          <w:cs/>
          <w:lang w:bidi="hi-IN"/>
        </w:rPr>
        <w:t>नहीं</w:t>
      </w:r>
      <w:r w:rsidRPr="00CC6E1F">
        <w:rPr>
          <w:rFonts w:cs="Mangal"/>
          <w:sz w:val="24"/>
          <w:szCs w:val="24"/>
          <w:cs/>
          <w:lang w:bidi="hi-IN"/>
        </w:rPr>
        <w:t xml:space="preserve"> </w:t>
      </w:r>
      <w:r w:rsidRPr="00CC6E1F">
        <w:rPr>
          <w:rFonts w:cs="Mangal" w:hint="cs"/>
          <w:sz w:val="24"/>
          <w:szCs w:val="24"/>
          <w:cs/>
          <w:lang w:bidi="hi-IN"/>
        </w:rPr>
        <w:t>होता</w:t>
      </w:r>
      <w:r w:rsidRPr="00CC6E1F">
        <w:rPr>
          <w:sz w:val="24"/>
          <w:szCs w:val="24"/>
          <w:lang w:bidi="hi-IN"/>
        </w:rPr>
        <w:t xml:space="preserve">; </w:t>
      </w:r>
      <w:r w:rsidRPr="00CC6E1F">
        <w:rPr>
          <w:rFonts w:cs="Mangal" w:hint="cs"/>
          <w:sz w:val="24"/>
          <w:szCs w:val="24"/>
          <w:cs/>
          <w:lang w:bidi="hi-IN"/>
        </w:rPr>
        <w:t>इसके</w:t>
      </w:r>
      <w:r w:rsidRPr="00CC6E1F">
        <w:rPr>
          <w:rFonts w:cs="Mangal"/>
          <w:sz w:val="24"/>
          <w:szCs w:val="24"/>
          <w:cs/>
          <w:lang w:bidi="hi-IN"/>
        </w:rPr>
        <w:t xml:space="preserve"> </w:t>
      </w:r>
      <w:r w:rsidRPr="00CC6E1F">
        <w:rPr>
          <w:rFonts w:cs="Mangal" w:hint="cs"/>
          <w:sz w:val="24"/>
          <w:szCs w:val="24"/>
          <w:cs/>
          <w:lang w:bidi="hi-IN"/>
        </w:rPr>
        <w:t>लिएसंकल्प</w:t>
      </w:r>
      <w:r w:rsidRPr="00CC6E1F">
        <w:rPr>
          <w:sz w:val="24"/>
          <w:szCs w:val="24"/>
          <w:lang w:bidi="hi-IN"/>
        </w:rPr>
        <w:t xml:space="preserve">, </w:t>
      </w:r>
      <w:r w:rsidRPr="00CC6E1F">
        <w:rPr>
          <w:rFonts w:cs="Mangal" w:hint="cs"/>
          <w:sz w:val="24"/>
          <w:szCs w:val="24"/>
          <w:cs/>
          <w:lang w:bidi="hi-IN"/>
        </w:rPr>
        <w:t>अनुशासन</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आत्मविश्वासकी</w:t>
      </w:r>
      <w:r w:rsidRPr="00CC6E1F">
        <w:rPr>
          <w:rFonts w:cs="Mangal"/>
          <w:sz w:val="24"/>
          <w:szCs w:val="24"/>
          <w:cs/>
          <w:lang w:bidi="hi-IN"/>
        </w:rPr>
        <w:t xml:space="preserve"> </w:t>
      </w:r>
      <w:r w:rsidRPr="00CC6E1F">
        <w:rPr>
          <w:rFonts w:cs="Mangal" w:hint="cs"/>
          <w:sz w:val="24"/>
          <w:szCs w:val="24"/>
          <w:cs/>
          <w:lang w:bidi="hi-IN"/>
        </w:rPr>
        <w:t>आवश्यकता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यदि</w:t>
      </w:r>
      <w:r w:rsidRPr="00CC6E1F">
        <w:rPr>
          <w:rFonts w:cs="Mangal"/>
          <w:sz w:val="24"/>
          <w:szCs w:val="24"/>
          <w:cs/>
          <w:lang w:bidi="hi-IN"/>
        </w:rPr>
        <w:t xml:space="preserve"> </w:t>
      </w:r>
      <w:r w:rsidRPr="00CC6E1F">
        <w:rPr>
          <w:rFonts w:cs="Mangal" w:hint="cs"/>
          <w:sz w:val="24"/>
          <w:szCs w:val="24"/>
          <w:cs/>
          <w:lang w:bidi="hi-IN"/>
        </w:rPr>
        <w:t>विद्यार्थी</w:t>
      </w:r>
      <w:r w:rsidRPr="00CC6E1F">
        <w:rPr>
          <w:rFonts w:cs="Mangal"/>
          <w:sz w:val="24"/>
          <w:szCs w:val="24"/>
          <w:cs/>
          <w:lang w:bidi="hi-IN"/>
        </w:rPr>
        <w:t xml:space="preserve"> </w:t>
      </w:r>
      <w:r w:rsidRPr="00CC6E1F">
        <w:rPr>
          <w:rFonts w:cs="Mangal" w:hint="cs"/>
          <w:sz w:val="24"/>
          <w:szCs w:val="24"/>
          <w:cs/>
          <w:lang w:bidi="hi-IN"/>
        </w:rPr>
        <w:t>हर</w:t>
      </w:r>
      <w:r w:rsidRPr="00CC6E1F">
        <w:rPr>
          <w:rFonts w:cs="Mangal"/>
          <w:sz w:val="24"/>
          <w:szCs w:val="24"/>
          <w:cs/>
          <w:lang w:bidi="hi-IN"/>
        </w:rPr>
        <w:t xml:space="preserve"> </w:t>
      </w:r>
      <w:r w:rsidRPr="00CC6E1F">
        <w:rPr>
          <w:rFonts w:cs="Mangal" w:hint="cs"/>
          <w:sz w:val="24"/>
          <w:szCs w:val="24"/>
          <w:cs/>
          <w:lang w:bidi="hi-IN"/>
        </w:rPr>
        <w:t>दिन</w:t>
      </w:r>
      <w:r w:rsidRPr="00CC6E1F">
        <w:rPr>
          <w:rFonts w:cs="Mangal"/>
          <w:sz w:val="24"/>
          <w:szCs w:val="24"/>
          <w:cs/>
          <w:lang w:bidi="hi-IN"/>
        </w:rPr>
        <w:t xml:space="preserve"> </w:t>
      </w:r>
      <w:r w:rsidRPr="00CC6E1F">
        <w:rPr>
          <w:rFonts w:cs="Mangal" w:hint="cs"/>
          <w:sz w:val="24"/>
          <w:szCs w:val="24"/>
          <w:cs/>
          <w:lang w:bidi="hi-IN"/>
        </w:rPr>
        <w:t>अपने</w:t>
      </w:r>
      <w:r w:rsidRPr="00CC6E1F">
        <w:rPr>
          <w:rFonts w:cs="Mangal"/>
          <w:sz w:val="24"/>
          <w:szCs w:val="24"/>
          <w:cs/>
          <w:lang w:bidi="hi-IN"/>
        </w:rPr>
        <w:t xml:space="preserve"> </w:t>
      </w:r>
      <w:r w:rsidRPr="00CC6E1F">
        <w:rPr>
          <w:rFonts w:cs="Mangal" w:hint="cs"/>
          <w:sz w:val="24"/>
          <w:szCs w:val="24"/>
          <w:cs/>
          <w:lang w:bidi="hi-IN"/>
        </w:rPr>
        <w:t>लक्ष्य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ध्यान</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रखते</w:t>
      </w:r>
      <w:r w:rsidRPr="00CC6E1F">
        <w:rPr>
          <w:rFonts w:cs="Mangal"/>
          <w:sz w:val="24"/>
          <w:szCs w:val="24"/>
          <w:cs/>
          <w:lang w:bidi="hi-IN"/>
        </w:rPr>
        <w:t xml:space="preserve"> </w:t>
      </w:r>
      <w:r w:rsidRPr="00CC6E1F">
        <w:rPr>
          <w:rFonts w:cs="Mangal" w:hint="cs"/>
          <w:sz w:val="24"/>
          <w:szCs w:val="24"/>
          <w:cs/>
          <w:lang w:bidi="hi-IN"/>
        </w:rPr>
        <w:t>हुए</w:t>
      </w:r>
      <w:r w:rsidRPr="00CC6E1F">
        <w:rPr>
          <w:rFonts w:cs="Mangal"/>
          <w:sz w:val="24"/>
          <w:szCs w:val="24"/>
          <w:cs/>
          <w:lang w:bidi="hi-IN"/>
        </w:rPr>
        <w:t xml:space="preserve"> </w:t>
      </w:r>
      <w:r w:rsidRPr="00CC6E1F">
        <w:rPr>
          <w:rFonts w:cs="Mangal" w:hint="cs"/>
          <w:sz w:val="24"/>
          <w:szCs w:val="24"/>
          <w:cs/>
          <w:lang w:bidi="hi-IN"/>
        </w:rPr>
        <w:t>छोटे</w:t>
      </w:r>
      <w:r w:rsidRPr="00CC6E1F">
        <w:rPr>
          <w:rFonts w:cs="Mangal"/>
          <w:sz w:val="24"/>
          <w:szCs w:val="24"/>
          <w:cs/>
          <w:lang w:bidi="hi-IN"/>
        </w:rPr>
        <w:t>-</w:t>
      </w:r>
      <w:r w:rsidRPr="00CC6E1F">
        <w:rPr>
          <w:rFonts w:cs="Mangal" w:hint="cs"/>
          <w:sz w:val="24"/>
          <w:szCs w:val="24"/>
          <w:cs/>
          <w:lang w:bidi="hi-IN"/>
        </w:rPr>
        <w:t>छोटे</w:t>
      </w:r>
      <w:r w:rsidRPr="00CC6E1F">
        <w:rPr>
          <w:rFonts w:cs="Mangal"/>
          <w:sz w:val="24"/>
          <w:szCs w:val="24"/>
          <w:cs/>
          <w:lang w:bidi="hi-IN"/>
        </w:rPr>
        <w:t xml:space="preserve"> </w:t>
      </w:r>
      <w:r w:rsidRPr="00CC6E1F">
        <w:rPr>
          <w:rFonts w:cs="Mangal" w:hint="cs"/>
          <w:sz w:val="24"/>
          <w:szCs w:val="24"/>
          <w:cs/>
          <w:lang w:bidi="hi-IN"/>
        </w:rPr>
        <w:t>कदम</w:t>
      </w:r>
      <w:r w:rsidRPr="00CC6E1F">
        <w:rPr>
          <w:rFonts w:cs="Mangal"/>
          <w:sz w:val="24"/>
          <w:szCs w:val="24"/>
          <w:cs/>
          <w:lang w:bidi="hi-IN"/>
        </w:rPr>
        <w:t xml:space="preserve"> </w:t>
      </w:r>
      <w:r w:rsidRPr="00CC6E1F">
        <w:rPr>
          <w:rFonts w:cs="Mangal" w:hint="cs"/>
          <w:sz w:val="24"/>
          <w:szCs w:val="24"/>
          <w:cs/>
          <w:lang w:bidi="hi-IN"/>
        </w:rPr>
        <w:t>बढ़ाएँ</w:t>
      </w:r>
      <w:r w:rsidRPr="00CC6E1F">
        <w:rPr>
          <w:rFonts w:cs="Mangal"/>
          <w:sz w:val="24"/>
          <w:szCs w:val="24"/>
          <w:cs/>
          <w:lang w:bidi="hi-IN"/>
        </w:rPr>
        <w:t xml:space="preserve"> </w:t>
      </w:r>
      <w:r w:rsidRPr="00CC6E1F">
        <w:rPr>
          <w:rFonts w:cs="Mangal" w:hint="cs"/>
          <w:sz w:val="24"/>
          <w:szCs w:val="24"/>
          <w:cs/>
          <w:lang w:bidi="hi-IN"/>
        </w:rPr>
        <w:t>तो</w:t>
      </w:r>
      <w:r w:rsidRPr="00CC6E1F">
        <w:rPr>
          <w:rFonts w:cs="Mangal"/>
          <w:sz w:val="24"/>
          <w:szCs w:val="24"/>
          <w:cs/>
          <w:lang w:bidi="hi-IN"/>
        </w:rPr>
        <w:t xml:space="preserve"> </w:t>
      </w:r>
      <w:r w:rsidRPr="00CC6E1F">
        <w:rPr>
          <w:rFonts w:cs="Mangal" w:hint="cs"/>
          <w:sz w:val="24"/>
          <w:szCs w:val="24"/>
          <w:cs/>
          <w:lang w:bidi="hi-IN"/>
        </w:rPr>
        <w:t>बड़ी</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बड़ी</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भी</w:t>
      </w:r>
      <w:r w:rsidRPr="00CC6E1F">
        <w:rPr>
          <w:rFonts w:cs="Mangal"/>
          <w:sz w:val="24"/>
          <w:szCs w:val="24"/>
          <w:cs/>
          <w:lang w:bidi="hi-IN"/>
        </w:rPr>
        <w:t xml:space="preserve"> </w:t>
      </w:r>
      <w:r w:rsidRPr="00CC6E1F">
        <w:rPr>
          <w:rFonts w:cs="Mangal" w:hint="cs"/>
          <w:sz w:val="24"/>
          <w:szCs w:val="24"/>
          <w:cs/>
          <w:lang w:bidi="hi-IN"/>
        </w:rPr>
        <w:t>सरल</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जाती</w:t>
      </w:r>
      <w:r w:rsidRPr="00CC6E1F">
        <w:rPr>
          <w:rFonts w:cs="Mangal"/>
          <w:sz w:val="24"/>
          <w:szCs w:val="24"/>
          <w:cs/>
          <w:lang w:bidi="hi-IN"/>
        </w:rPr>
        <w:t xml:space="preserve"> </w:t>
      </w:r>
      <w:r w:rsidRPr="00CC6E1F">
        <w:rPr>
          <w:rFonts w:cs="Mangal" w:hint="cs"/>
          <w:sz w:val="24"/>
          <w:szCs w:val="24"/>
          <w:cs/>
          <w:lang w:bidi="hi-IN"/>
        </w:rPr>
        <w:t>है।</w:t>
      </w:r>
      <w:r w:rsidRPr="00CC6E1F">
        <w:rPr>
          <w:rFonts w:hint="eastAsia"/>
          <w:sz w:val="24"/>
          <w:szCs w:val="24"/>
          <w:lang w:bidi="hi-IN"/>
        </w:rPr>
        <w:t>”</w:t>
      </w:r>
      <w:r w:rsidRPr="00CC6E1F">
        <w:rPr>
          <w:rFonts w:cs="Mangal" w:hint="cs"/>
          <w:sz w:val="24"/>
          <w:szCs w:val="24"/>
          <w:cs/>
          <w:lang w:bidi="hi-IN"/>
        </w:rPr>
        <w:t>डॉ</w:t>
      </w:r>
      <w:r w:rsidRPr="00CC6E1F">
        <w:rPr>
          <w:rFonts w:cs="Mangal"/>
          <w:sz w:val="24"/>
          <w:szCs w:val="24"/>
          <w:cs/>
          <w:lang w:bidi="hi-IN"/>
        </w:rPr>
        <w:t xml:space="preserve">. </w:t>
      </w:r>
      <w:r w:rsidRPr="00CC6E1F">
        <w:rPr>
          <w:rFonts w:cs="Mangal" w:hint="cs"/>
          <w:sz w:val="24"/>
          <w:szCs w:val="24"/>
          <w:cs/>
          <w:lang w:bidi="hi-IN"/>
        </w:rPr>
        <w:t>खान</w:t>
      </w:r>
      <w:r w:rsidRPr="00CC6E1F">
        <w:rPr>
          <w:rFonts w:cs="Mangal"/>
          <w:sz w:val="24"/>
          <w:szCs w:val="24"/>
          <w:cs/>
          <w:lang w:bidi="hi-IN"/>
        </w:rPr>
        <w:t xml:space="preserve"> </w:t>
      </w:r>
      <w:r w:rsidRPr="00CC6E1F">
        <w:rPr>
          <w:rFonts w:cs="Mangal" w:hint="cs"/>
          <w:sz w:val="24"/>
          <w:szCs w:val="24"/>
          <w:cs/>
          <w:lang w:bidi="hi-IN"/>
        </w:rPr>
        <w:t>ने</w:t>
      </w:r>
      <w:r w:rsidRPr="00CC6E1F">
        <w:rPr>
          <w:rFonts w:cs="Mangal"/>
          <w:sz w:val="24"/>
          <w:szCs w:val="24"/>
          <w:cs/>
          <w:lang w:bidi="hi-IN"/>
        </w:rPr>
        <w:t xml:space="preserve"> </w:t>
      </w:r>
      <w:r w:rsidRPr="00CC6E1F">
        <w:rPr>
          <w:rFonts w:cs="Mangal" w:hint="cs"/>
          <w:sz w:val="24"/>
          <w:szCs w:val="24"/>
          <w:cs/>
          <w:lang w:bidi="hi-IN"/>
        </w:rPr>
        <w:t>विद्यार्थियों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यह</w:t>
      </w:r>
      <w:r w:rsidRPr="00CC6E1F">
        <w:rPr>
          <w:rFonts w:cs="Mangal"/>
          <w:sz w:val="24"/>
          <w:szCs w:val="24"/>
          <w:cs/>
          <w:lang w:bidi="hi-IN"/>
        </w:rPr>
        <w:t xml:space="preserve"> </w:t>
      </w:r>
      <w:r w:rsidRPr="00CC6E1F">
        <w:rPr>
          <w:rFonts w:cs="Mangal" w:hint="cs"/>
          <w:sz w:val="24"/>
          <w:szCs w:val="24"/>
          <w:cs/>
          <w:lang w:bidi="hi-IN"/>
        </w:rPr>
        <w:t>समझाया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सिविल</w:t>
      </w:r>
      <w:r w:rsidRPr="00CC6E1F">
        <w:rPr>
          <w:rFonts w:cs="Mangal"/>
          <w:sz w:val="24"/>
          <w:szCs w:val="24"/>
          <w:cs/>
          <w:lang w:bidi="hi-IN"/>
        </w:rPr>
        <w:t xml:space="preserve"> </w:t>
      </w:r>
      <w:r w:rsidRPr="00CC6E1F">
        <w:rPr>
          <w:rFonts w:cs="Mangal" w:hint="cs"/>
          <w:sz w:val="24"/>
          <w:szCs w:val="24"/>
          <w:cs/>
          <w:lang w:bidi="hi-IN"/>
        </w:rPr>
        <w:t>सेवा</w:t>
      </w:r>
      <w:r w:rsidRPr="00CC6E1F">
        <w:rPr>
          <w:rFonts w:cs="Mangal"/>
          <w:sz w:val="24"/>
          <w:szCs w:val="24"/>
          <w:cs/>
          <w:lang w:bidi="hi-IN"/>
        </w:rPr>
        <w:t xml:space="preserve"> </w:t>
      </w:r>
      <w:r w:rsidRPr="00CC6E1F">
        <w:rPr>
          <w:rFonts w:cs="Mangal" w:hint="cs"/>
          <w:sz w:val="24"/>
          <w:szCs w:val="24"/>
          <w:cs/>
          <w:lang w:bidi="hi-IN"/>
        </w:rPr>
        <w:t>परीक्षाओं</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तैयारी</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सबसे</w:t>
      </w:r>
      <w:r w:rsidRPr="00CC6E1F">
        <w:rPr>
          <w:rFonts w:cs="Mangal"/>
          <w:sz w:val="24"/>
          <w:szCs w:val="24"/>
          <w:cs/>
          <w:lang w:bidi="hi-IN"/>
        </w:rPr>
        <w:t xml:space="preserve"> </w:t>
      </w:r>
      <w:r w:rsidRPr="00CC6E1F">
        <w:rPr>
          <w:rFonts w:cs="Mangal" w:hint="cs"/>
          <w:sz w:val="24"/>
          <w:szCs w:val="24"/>
          <w:cs/>
          <w:lang w:bidi="hi-IN"/>
        </w:rPr>
        <w:t>महत्वपूर्ण</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समय</w:t>
      </w:r>
      <w:r w:rsidRPr="00CC6E1F">
        <w:rPr>
          <w:rFonts w:cs="Mangal"/>
          <w:sz w:val="24"/>
          <w:szCs w:val="24"/>
          <w:cs/>
          <w:lang w:bidi="hi-IN"/>
        </w:rPr>
        <w:t xml:space="preserve"> </w:t>
      </w:r>
      <w:r w:rsidRPr="00CC6E1F">
        <w:rPr>
          <w:rFonts w:cs="Mangal" w:hint="cs"/>
          <w:sz w:val="24"/>
          <w:szCs w:val="24"/>
          <w:cs/>
          <w:lang w:bidi="hi-IN"/>
        </w:rPr>
        <w:t>प्रबंधन</w:t>
      </w:r>
      <w:r w:rsidRPr="00CC6E1F">
        <w:rPr>
          <w:rFonts w:cs="Mangal"/>
          <w:sz w:val="24"/>
          <w:szCs w:val="24"/>
          <w:cs/>
          <w:lang w:bidi="hi-IN"/>
        </w:rPr>
        <w:t xml:space="preserve"> (</w:t>
      </w:r>
      <w:r w:rsidRPr="00CC6E1F">
        <w:rPr>
          <w:sz w:val="24"/>
          <w:szCs w:val="24"/>
          <w:lang w:bidi="hi-IN"/>
        </w:rPr>
        <w:t xml:space="preserve">Time Management) : </w:t>
      </w:r>
      <w:r w:rsidRPr="00CC6E1F">
        <w:rPr>
          <w:rFonts w:cs="Mangal" w:hint="cs"/>
          <w:sz w:val="24"/>
          <w:szCs w:val="24"/>
          <w:cs/>
          <w:lang w:bidi="hi-IN"/>
        </w:rPr>
        <w:t>रोज़ाना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समय</w:t>
      </w:r>
      <w:r w:rsidRPr="00CC6E1F">
        <w:rPr>
          <w:rFonts w:cs="Mangal"/>
          <w:sz w:val="24"/>
          <w:szCs w:val="24"/>
          <w:cs/>
          <w:lang w:bidi="hi-IN"/>
        </w:rPr>
        <w:t xml:space="preserve"> </w:t>
      </w:r>
      <w:r w:rsidRPr="00CC6E1F">
        <w:rPr>
          <w:rFonts w:cs="Mangal" w:hint="cs"/>
          <w:sz w:val="24"/>
          <w:szCs w:val="24"/>
          <w:cs/>
          <w:lang w:bidi="hi-IN"/>
        </w:rPr>
        <w:t>सारिणी</w:t>
      </w:r>
      <w:r w:rsidRPr="00CC6E1F">
        <w:rPr>
          <w:rFonts w:cs="Mangal"/>
          <w:sz w:val="24"/>
          <w:szCs w:val="24"/>
          <w:cs/>
          <w:lang w:bidi="hi-IN"/>
        </w:rPr>
        <w:t xml:space="preserve"> </w:t>
      </w:r>
      <w:r w:rsidRPr="00CC6E1F">
        <w:rPr>
          <w:rFonts w:cs="Mangal" w:hint="cs"/>
          <w:sz w:val="24"/>
          <w:szCs w:val="24"/>
          <w:cs/>
          <w:lang w:bidi="hi-IN"/>
        </w:rPr>
        <w:t>बनाकर</w:t>
      </w:r>
      <w:r w:rsidRPr="00CC6E1F">
        <w:rPr>
          <w:rFonts w:cs="Mangal"/>
          <w:sz w:val="24"/>
          <w:szCs w:val="24"/>
          <w:cs/>
          <w:lang w:bidi="hi-IN"/>
        </w:rPr>
        <w:t xml:space="preserve"> </w:t>
      </w:r>
      <w:r w:rsidRPr="00CC6E1F">
        <w:rPr>
          <w:rFonts w:cs="Mangal" w:hint="cs"/>
          <w:sz w:val="24"/>
          <w:szCs w:val="24"/>
          <w:cs/>
          <w:lang w:bidi="hi-IN"/>
        </w:rPr>
        <w:t>उसका</w:t>
      </w:r>
      <w:r w:rsidRPr="00CC6E1F">
        <w:rPr>
          <w:rFonts w:cs="Mangal"/>
          <w:sz w:val="24"/>
          <w:szCs w:val="24"/>
          <w:cs/>
          <w:lang w:bidi="hi-IN"/>
        </w:rPr>
        <w:t xml:space="preserve"> </w:t>
      </w:r>
      <w:r w:rsidRPr="00CC6E1F">
        <w:rPr>
          <w:rFonts w:cs="Mangal" w:hint="cs"/>
          <w:sz w:val="24"/>
          <w:szCs w:val="24"/>
          <w:cs/>
          <w:lang w:bidi="hi-IN"/>
        </w:rPr>
        <w:t>कठोरता</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पालन</w:t>
      </w:r>
      <w:r w:rsidRPr="00CC6E1F">
        <w:rPr>
          <w:rFonts w:cs="Mangal"/>
          <w:sz w:val="24"/>
          <w:szCs w:val="24"/>
          <w:cs/>
          <w:lang w:bidi="hi-IN"/>
        </w:rPr>
        <w:t xml:space="preserve"> </w:t>
      </w:r>
      <w:r w:rsidRPr="00CC6E1F">
        <w:rPr>
          <w:rFonts w:cs="Mangal" w:hint="cs"/>
          <w:sz w:val="24"/>
          <w:szCs w:val="24"/>
          <w:cs/>
          <w:lang w:bidi="hi-IN"/>
        </w:rPr>
        <w:t>करना।</w:t>
      </w:r>
      <w:r w:rsidRPr="00CC6E1F">
        <w:rPr>
          <w:sz w:val="24"/>
          <w:szCs w:val="24"/>
          <w:lang w:bidi="hi-IN"/>
        </w:rPr>
        <w:t>,</w:t>
      </w:r>
      <w:r w:rsidRPr="00CC6E1F">
        <w:rPr>
          <w:rFonts w:cs="Mangal" w:hint="cs"/>
          <w:sz w:val="24"/>
          <w:szCs w:val="24"/>
          <w:cs/>
          <w:lang w:bidi="hi-IN"/>
        </w:rPr>
        <w:t>समसामयिक</w:t>
      </w:r>
      <w:r w:rsidRPr="00CC6E1F">
        <w:rPr>
          <w:rFonts w:cs="Mangal"/>
          <w:sz w:val="24"/>
          <w:szCs w:val="24"/>
          <w:cs/>
          <w:lang w:bidi="hi-IN"/>
        </w:rPr>
        <w:t xml:space="preserve"> </w:t>
      </w:r>
      <w:r w:rsidRPr="00CC6E1F">
        <w:rPr>
          <w:rFonts w:cs="Mangal" w:hint="cs"/>
          <w:sz w:val="24"/>
          <w:szCs w:val="24"/>
          <w:cs/>
          <w:lang w:bidi="hi-IN"/>
        </w:rPr>
        <w:t>घटनाओं</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समझ</w:t>
      </w:r>
      <w:r w:rsidRPr="00CC6E1F">
        <w:rPr>
          <w:rFonts w:cs="Mangal"/>
          <w:sz w:val="24"/>
          <w:szCs w:val="24"/>
          <w:cs/>
          <w:lang w:bidi="hi-IN"/>
        </w:rPr>
        <w:t xml:space="preserve"> (</w:t>
      </w:r>
      <w:r w:rsidRPr="00CC6E1F">
        <w:rPr>
          <w:sz w:val="24"/>
          <w:szCs w:val="24"/>
          <w:lang w:bidi="hi-IN"/>
        </w:rPr>
        <w:t xml:space="preserve">Current Affairs) : </w:t>
      </w:r>
      <w:r w:rsidRPr="00CC6E1F">
        <w:rPr>
          <w:rFonts w:cs="Mangal" w:hint="cs"/>
          <w:sz w:val="24"/>
          <w:szCs w:val="24"/>
          <w:cs/>
          <w:lang w:bidi="hi-IN"/>
        </w:rPr>
        <w:t>अख़बार</w:t>
      </w:r>
      <w:r w:rsidRPr="00CC6E1F">
        <w:rPr>
          <w:sz w:val="24"/>
          <w:szCs w:val="24"/>
          <w:lang w:bidi="hi-IN"/>
        </w:rPr>
        <w:t xml:space="preserve">, </w:t>
      </w:r>
      <w:r w:rsidRPr="00CC6E1F">
        <w:rPr>
          <w:rFonts w:cs="Mangal" w:hint="cs"/>
          <w:sz w:val="24"/>
          <w:szCs w:val="24"/>
          <w:cs/>
          <w:lang w:bidi="hi-IN"/>
        </w:rPr>
        <w:t>पत्रिकाएँ</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प्रामाणिक</w:t>
      </w:r>
      <w:r w:rsidRPr="00CC6E1F">
        <w:rPr>
          <w:rFonts w:cs="Mangal"/>
          <w:sz w:val="24"/>
          <w:szCs w:val="24"/>
          <w:cs/>
          <w:lang w:bidi="hi-IN"/>
        </w:rPr>
        <w:t xml:space="preserve"> </w:t>
      </w:r>
      <w:r w:rsidRPr="00CC6E1F">
        <w:rPr>
          <w:rFonts w:cs="Mangal" w:hint="cs"/>
          <w:sz w:val="24"/>
          <w:szCs w:val="24"/>
          <w:cs/>
          <w:lang w:bidi="hi-IN"/>
        </w:rPr>
        <w:t>स्रोतों</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सतत</w:t>
      </w:r>
      <w:r w:rsidRPr="00CC6E1F">
        <w:rPr>
          <w:rFonts w:cs="Mangal"/>
          <w:sz w:val="24"/>
          <w:szCs w:val="24"/>
          <w:cs/>
          <w:lang w:bidi="hi-IN"/>
        </w:rPr>
        <w:t xml:space="preserve"> </w:t>
      </w:r>
      <w:r w:rsidRPr="00CC6E1F">
        <w:rPr>
          <w:rFonts w:cs="Mangal" w:hint="cs"/>
          <w:sz w:val="24"/>
          <w:szCs w:val="24"/>
          <w:cs/>
          <w:lang w:bidi="hi-IN"/>
        </w:rPr>
        <w:t>जानकारी</w:t>
      </w:r>
      <w:r w:rsidRPr="00CC6E1F">
        <w:rPr>
          <w:rFonts w:cs="Mangal"/>
          <w:sz w:val="24"/>
          <w:szCs w:val="24"/>
          <w:cs/>
          <w:lang w:bidi="hi-IN"/>
        </w:rPr>
        <w:t xml:space="preserve"> </w:t>
      </w:r>
      <w:r w:rsidRPr="00CC6E1F">
        <w:rPr>
          <w:rFonts w:cs="Mangal" w:hint="cs"/>
          <w:sz w:val="24"/>
          <w:szCs w:val="24"/>
          <w:cs/>
          <w:lang w:bidi="hi-IN"/>
        </w:rPr>
        <w:t>प्राप्त</w:t>
      </w:r>
      <w:r w:rsidRPr="00CC6E1F">
        <w:rPr>
          <w:rFonts w:cs="Mangal"/>
          <w:sz w:val="24"/>
          <w:szCs w:val="24"/>
          <w:cs/>
          <w:lang w:bidi="hi-IN"/>
        </w:rPr>
        <w:t xml:space="preserve"> </w:t>
      </w:r>
      <w:r w:rsidRPr="00CC6E1F">
        <w:rPr>
          <w:rFonts w:cs="Mangal" w:hint="cs"/>
          <w:sz w:val="24"/>
          <w:szCs w:val="24"/>
          <w:cs/>
          <w:lang w:bidi="hi-IN"/>
        </w:rPr>
        <w:t>करना।</w:t>
      </w:r>
      <w:r w:rsidRPr="00CC6E1F">
        <w:rPr>
          <w:sz w:val="24"/>
          <w:szCs w:val="24"/>
          <w:lang w:bidi="hi-IN"/>
        </w:rPr>
        <w:t xml:space="preserve">, </w:t>
      </w:r>
      <w:r w:rsidRPr="00CC6E1F">
        <w:rPr>
          <w:rFonts w:cs="Mangal" w:hint="cs"/>
          <w:sz w:val="24"/>
          <w:szCs w:val="24"/>
          <w:cs/>
          <w:lang w:bidi="hi-IN"/>
        </w:rPr>
        <w:t>उत्तर</w:t>
      </w:r>
      <w:r w:rsidRPr="00CC6E1F">
        <w:rPr>
          <w:rFonts w:cs="Mangal"/>
          <w:sz w:val="24"/>
          <w:szCs w:val="24"/>
          <w:cs/>
          <w:lang w:bidi="hi-IN"/>
        </w:rPr>
        <w:t xml:space="preserve"> </w:t>
      </w:r>
      <w:r w:rsidRPr="00CC6E1F">
        <w:rPr>
          <w:rFonts w:cs="Mangal" w:hint="cs"/>
          <w:sz w:val="24"/>
          <w:szCs w:val="24"/>
          <w:cs/>
          <w:lang w:bidi="hi-IN"/>
        </w:rPr>
        <w:t>लेखन</w:t>
      </w:r>
      <w:r w:rsidRPr="00CC6E1F">
        <w:rPr>
          <w:rFonts w:cs="Mangal"/>
          <w:sz w:val="24"/>
          <w:szCs w:val="24"/>
          <w:cs/>
          <w:lang w:bidi="hi-IN"/>
        </w:rPr>
        <w:t xml:space="preserve"> </w:t>
      </w:r>
      <w:r w:rsidRPr="00CC6E1F">
        <w:rPr>
          <w:rFonts w:cs="Mangal" w:hint="cs"/>
          <w:sz w:val="24"/>
          <w:szCs w:val="24"/>
          <w:cs/>
          <w:lang w:bidi="hi-IN"/>
        </w:rPr>
        <w:t>कला</w:t>
      </w:r>
      <w:r w:rsidRPr="00CC6E1F">
        <w:rPr>
          <w:rFonts w:cs="Mangal"/>
          <w:sz w:val="24"/>
          <w:szCs w:val="24"/>
          <w:cs/>
          <w:lang w:bidi="hi-IN"/>
        </w:rPr>
        <w:t xml:space="preserve"> (</w:t>
      </w:r>
      <w:r w:rsidRPr="00CC6E1F">
        <w:rPr>
          <w:sz w:val="24"/>
          <w:szCs w:val="24"/>
          <w:lang w:bidi="hi-IN"/>
        </w:rPr>
        <w:t xml:space="preserve">Answer Writing Skill) : </w:t>
      </w:r>
      <w:r w:rsidRPr="00CC6E1F">
        <w:rPr>
          <w:rFonts w:cs="Mangal" w:hint="cs"/>
          <w:sz w:val="24"/>
          <w:szCs w:val="24"/>
          <w:cs/>
          <w:lang w:bidi="hi-IN"/>
        </w:rPr>
        <w:t>नियमित</w:t>
      </w:r>
      <w:r w:rsidRPr="00CC6E1F">
        <w:rPr>
          <w:rFonts w:cs="Mangal"/>
          <w:sz w:val="24"/>
          <w:szCs w:val="24"/>
          <w:cs/>
          <w:lang w:bidi="hi-IN"/>
        </w:rPr>
        <w:t xml:space="preserve"> </w:t>
      </w:r>
      <w:r w:rsidRPr="00CC6E1F">
        <w:rPr>
          <w:rFonts w:cs="Mangal" w:hint="cs"/>
          <w:sz w:val="24"/>
          <w:szCs w:val="24"/>
          <w:cs/>
          <w:lang w:bidi="hi-IN"/>
        </w:rPr>
        <w:t>अभ्यास</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बिना</w:t>
      </w:r>
      <w:r w:rsidRPr="00CC6E1F">
        <w:rPr>
          <w:rFonts w:cs="Mangal"/>
          <w:sz w:val="24"/>
          <w:szCs w:val="24"/>
          <w:cs/>
          <w:lang w:bidi="hi-IN"/>
        </w:rPr>
        <w:t xml:space="preserve"> </w:t>
      </w:r>
      <w:r w:rsidRPr="00CC6E1F">
        <w:rPr>
          <w:rFonts w:cs="Mangal" w:hint="cs"/>
          <w:sz w:val="24"/>
          <w:szCs w:val="24"/>
          <w:cs/>
          <w:lang w:bidi="hi-IN"/>
        </w:rPr>
        <w:t>परीक्षा</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संभव</w:t>
      </w:r>
      <w:r w:rsidRPr="00CC6E1F">
        <w:rPr>
          <w:rFonts w:cs="Mangal"/>
          <w:sz w:val="24"/>
          <w:szCs w:val="24"/>
          <w:cs/>
          <w:lang w:bidi="hi-IN"/>
        </w:rPr>
        <w:t xml:space="preserve"> </w:t>
      </w:r>
      <w:r w:rsidRPr="00CC6E1F">
        <w:rPr>
          <w:rFonts w:cs="Mangal" w:hint="cs"/>
          <w:sz w:val="24"/>
          <w:szCs w:val="24"/>
          <w:cs/>
          <w:lang w:bidi="hi-IN"/>
        </w:rPr>
        <w:t>नहीं</w:t>
      </w:r>
      <w:r w:rsidRPr="00CC6E1F">
        <w:rPr>
          <w:sz w:val="24"/>
          <w:szCs w:val="24"/>
          <w:lang w:bidi="hi-IN"/>
        </w:rPr>
        <w:t xml:space="preserve">, </w:t>
      </w:r>
      <w:r w:rsidRPr="00CC6E1F">
        <w:rPr>
          <w:rFonts w:cs="Mangal" w:hint="cs"/>
          <w:sz w:val="24"/>
          <w:szCs w:val="24"/>
          <w:cs/>
          <w:lang w:bidi="hi-IN"/>
        </w:rPr>
        <w:t>मानसिक</w:t>
      </w:r>
      <w:r w:rsidRPr="00CC6E1F">
        <w:rPr>
          <w:rFonts w:cs="Mangal"/>
          <w:sz w:val="24"/>
          <w:szCs w:val="24"/>
          <w:cs/>
          <w:lang w:bidi="hi-IN"/>
        </w:rPr>
        <w:t xml:space="preserve"> </w:t>
      </w:r>
      <w:r w:rsidRPr="00CC6E1F">
        <w:rPr>
          <w:rFonts w:cs="Mangal" w:hint="cs"/>
          <w:sz w:val="24"/>
          <w:szCs w:val="24"/>
          <w:cs/>
          <w:lang w:bidi="hi-IN"/>
        </w:rPr>
        <w:t>दृढ़ता</w:t>
      </w:r>
      <w:r w:rsidRPr="00CC6E1F">
        <w:rPr>
          <w:rFonts w:cs="Mangal"/>
          <w:sz w:val="24"/>
          <w:szCs w:val="24"/>
          <w:cs/>
          <w:lang w:bidi="hi-IN"/>
        </w:rPr>
        <w:t xml:space="preserve"> (</w:t>
      </w:r>
      <w:r w:rsidRPr="00CC6E1F">
        <w:rPr>
          <w:sz w:val="24"/>
          <w:szCs w:val="24"/>
          <w:lang w:bidi="hi-IN"/>
        </w:rPr>
        <w:t xml:space="preserve">Mental Strength) : </w:t>
      </w:r>
      <w:r w:rsidRPr="00CC6E1F">
        <w:rPr>
          <w:rFonts w:cs="Mangal" w:hint="cs"/>
          <w:sz w:val="24"/>
          <w:szCs w:val="24"/>
          <w:cs/>
          <w:lang w:bidi="hi-IN"/>
        </w:rPr>
        <w:t>असफलता</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घबराने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lastRenderedPageBreak/>
        <w:t>बजाय</w:t>
      </w:r>
      <w:r w:rsidRPr="00CC6E1F">
        <w:rPr>
          <w:rFonts w:cs="Mangal"/>
          <w:sz w:val="24"/>
          <w:szCs w:val="24"/>
          <w:cs/>
          <w:lang w:bidi="hi-IN"/>
        </w:rPr>
        <w:t xml:space="preserve"> </w:t>
      </w:r>
      <w:r w:rsidRPr="00CC6E1F">
        <w:rPr>
          <w:rFonts w:cs="Mangal" w:hint="cs"/>
          <w:sz w:val="24"/>
          <w:szCs w:val="24"/>
          <w:cs/>
          <w:lang w:bidi="hi-IN"/>
        </w:rPr>
        <w:t>उसे</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दिशा</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अगला</w:t>
      </w:r>
      <w:r w:rsidRPr="00CC6E1F">
        <w:rPr>
          <w:rFonts w:cs="Mangal"/>
          <w:sz w:val="24"/>
          <w:szCs w:val="24"/>
          <w:cs/>
          <w:lang w:bidi="hi-IN"/>
        </w:rPr>
        <w:t xml:space="preserve"> </w:t>
      </w:r>
      <w:r w:rsidRPr="00CC6E1F">
        <w:rPr>
          <w:rFonts w:cs="Mangal" w:hint="cs"/>
          <w:sz w:val="24"/>
          <w:szCs w:val="24"/>
          <w:cs/>
          <w:lang w:bidi="hi-IN"/>
        </w:rPr>
        <w:t>कदम</w:t>
      </w:r>
      <w:r w:rsidRPr="00CC6E1F">
        <w:rPr>
          <w:rFonts w:cs="Mangal"/>
          <w:sz w:val="24"/>
          <w:szCs w:val="24"/>
          <w:cs/>
          <w:lang w:bidi="hi-IN"/>
        </w:rPr>
        <w:t xml:space="preserve"> </w:t>
      </w:r>
      <w:r w:rsidRPr="00CC6E1F">
        <w:rPr>
          <w:rFonts w:cs="Mangal" w:hint="cs"/>
          <w:sz w:val="24"/>
          <w:szCs w:val="24"/>
          <w:cs/>
          <w:lang w:bidi="hi-IN"/>
        </w:rPr>
        <w:t>मानना।उन्होंने</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प्रोत्साहित</w:t>
      </w:r>
      <w:r w:rsidRPr="00CC6E1F">
        <w:rPr>
          <w:rFonts w:cs="Mangal"/>
          <w:sz w:val="24"/>
          <w:szCs w:val="24"/>
          <w:cs/>
          <w:lang w:bidi="hi-IN"/>
        </w:rPr>
        <w:t xml:space="preserve"> </w:t>
      </w:r>
      <w:r w:rsidRPr="00CC6E1F">
        <w:rPr>
          <w:rFonts w:cs="Mangal" w:hint="cs"/>
          <w:sz w:val="24"/>
          <w:szCs w:val="24"/>
          <w:cs/>
          <w:lang w:bidi="hi-IN"/>
        </w:rPr>
        <w:t>करते</w:t>
      </w:r>
      <w:r w:rsidRPr="00CC6E1F">
        <w:rPr>
          <w:rFonts w:cs="Mangal"/>
          <w:sz w:val="24"/>
          <w:szCs w:val="24"/>
          <w:cs/>
          <w:lang w:bidi="hi-IN"/>
        </w:rPr>
        <w:t xml:space="preserve"> </w:t>
      </w:r>
      <w:r w:rsidRPr="00CC6E1F">
        <w:rPr>
          <w:rFonts w:cs="Mangal" w:hint="cs"/>
          <w:sz w:val="24"/>
          <w:szCs w:val="24"/>
          <w:cs/>
          <w:lang w:bidi="hi-IN"/>
        </w:rPr>
        <w:t>हुए</w:t>
      </w:r>
      <w:r w:rsidRPr="00CC6E1F">
        <w:rPr>
          <w:rFonts w:cs="Mangal"/>
          <w:sz w:val="24"/>
          <w:szCs w:val="24"/>
          <w:cs/>
          <w:lang w:bidi="hi-IN"/>
        </w:rPr>
        <w:t xml:space="preserve"> </w:t>
      </w:r>
      <w:r w:rsidRPr="00CC6E1F">
        <w:rPr>
          <w:rFonts w:cs="Mangal" w:hint="cs"/>
          <w:sz w:val="24"/>
          <w:szCs w:val="24"/>
          <w:cs/>
          <w:lang w:bidi="hi-IN"/>
        </w:rPr>
        <w:t>कहा</w:t>
      </w:r>
      <w:r w:rsidRPr="00CC6E1F">
        <w:rPr>
          <w:rFonts w:cs="Mangal"/>
          <w:sz w:val="24"/>
          <w:szCs w:val="24"/>
          <w:cs/>
          <w:lang w:bidi="hi-IN"/>
        </w:rPr>
        <w:t xml:space="preserve"> </w:t>
      </w:r>
      <w:r w:rsidRPr="00CC6E1F">
        <w:rPr>
          <w:rFonts w:cs="Mangal" w:hint="cs"/>
          <w:sz w:val="24"/>
          <w:szCs w:val="24"/>
          <w:cs/>
          <w:lang w:bidi="hi-IN"/>
        </w:rPr>
        <w:t>कि</w:t>
      </w:r>
      <w:r w:rsidRPr="00CC6E1F">
        <w:rPr>
          <w:rFonts w:hint="eastAsia"/>
          <w:sz w:val="24"/>
          <w:szCs w:val="24"/>
          <w:lang w:bidi="hi-IN"/>
        </w:rPr>
        <w:t>“</w:t>
      </w:r>
      <w:r w:rsidRPr="00CC6E1F">
        <w:rPr>
          <w:rFonts w:cs="Mangal" w:hint="cs"/>
          <w:sz w:val="24"/>
          <w:szCs w:val="24"/>
          <w:cs/>
          <w:lang w:bidi="hi-IN"/>
        </w:rPr>
        <w:t>एक</w:t>
      </w:r>
      <w:r w:rsidRPr="00CC6E1F">
        <w:rPr>
          <w:rFonts w:cs="Mangal"/>
          <w:sz w:val="24"/>
          <w:szCs w:val="24"/>
          <w:cs/>
          <w:lang w:bidi="hi-IN"/>
        </w:rPr>
        <w:t xml:space="preserve"> </w:t>
      </w:r>
      <w:r w:rsidRPr="00CC6E1F">
        <w:rPr>
          <w:rFonts w:cs="Mangal" w:hint="cs"/>
          <w:sz w:val="24"/>
          <w:szCs w:val="24"/>
          <w:cs/>
          <w:lang w:bidi="hi-IN"/>
        </w:rPr>
        <w:t>सिविल</w:t>
      </w:r>
      <w:r w:rsidRPr="00CC6E1F">
        <w:rPr>
          <w:rFonts w:cs="Mangal"/>
          <w:sz w:val="24"/>
          <w:szCs w:val="24"/>
          <w:cs/>
          <w:lang w:bidi="hi-IN"/>
        </w:rPr>
        <w:t xml:space="preserve"> </w:t>
      </w:r>
      <w:r w:rsidRPr="00CC6E1F">
        <w:rPr>
          <w:rFonts w:cs="Mangal" w:hint="cs"/>
          <w:sz w:val="24"/>
          <w:szCs w:val="24"/>
          <w:cs/>
          <w:lang w:bidi="hi-IN"/>
        </w:rPr>
        <w:t>सेवक</w:t>
      </w:r>
      <w:r w:rsidRPr="00CC6E1F">
        <w:rPr>
          <w:rFonts w:cs="Mangal"/>
          <w:sz w:val="24"/>
          <w:szCs w:val="24"/>
          <w:cs/>
          <w:lang w:bidi="hi-IN"/>
        </w:rPr>
        <w:t xml:space="preserve"> </w:t>
      </w:r>
      <w:r w:rsidRPr="00CC6E1F">
        <w:rPr>
          <w:rFonts w:cs="Mangal" w:hint="cs"/>
          <w:sz w:val="24"/>
          <w:szCs w:val="24"/>
          <w:cs/>
          <w:lang w:bidi="hi-IN"/>
        </w:rPr>
        <w:t>केवल</w:t>
      </w:r>
      <w:r w:rsidRPr="00CC6E1F">
        <w:rPr>
          <w:rFonts w:cs="Mangal"/>
          <w:sz w:val="24"/>
          <w:szCs w:val="24"/>
          <w:cs/>
          <w:lang w:bidi="hi-IN"/>
        </w:rPr>
        <w:t xml:space="preserve"> </w:t>
      </w:r>
      <w:r w:rsidRPr="00CC6E1F">
        <w:rPr>
          <w:rFonts w:cs="Mangal" w:hint="cs"/>
          <w:sz w:val="24"/>
          <w:szCs w:val="24"/>
          <w:cs/>
          <w:lang w:bidi="hi-IN"/>
        </w:rPr>
        <w:t>नौकरी</w:t>
      </w:r>
      <w:r w:rsidRPr="00CC6E1F">
        <w:rPr>
          <w:rFonts w:cs="Mangal"/>
          <w:sz w:val="24"/>
          <w:szCs w:val="24"/>
          <w:cs/>
          <w:lang w:bidi="hi-IN"/>
        </w:rPr>
        <w:t xml:space="preserve"> </w:t>
      </w:r>
      <w:r w:rsidRPr="00CC6E1F">
        <w:rPr>
          <w:rFonts w:cs="Mangal" w:hint="cs"/>
          <w:sz w:val="24"/>
          <w:szCs w:val="24"/>
          <w:cs/>
          <w:lang w:bidi="hi-IN"/>
        </w:rPr>
        <w:t>नहीं</w:t>
      </w:r>
      <w:r w:rsidRPr="00CC6E1F">
        <w:rPr>
          <w:rFonts w:cs="Mangal"/>
          <w:sz w:val="24"/>
          <w:szCs w:val="24"/>
          <w:cs/>
          <w:lang w:bidi="hi-IN"/>
        </w:rPr>
        <w:t xml:space="preserve"> </w:t>
      </w:r>
      <w:r w:rsidRPr="00CC6E1F">
        <w:rPr>
          <w:rFonts w:cs="Mangal" w:hint="cs"/>
          <w:sz w:val="24"/>
          <w:szCs w:val="24"/>
          <w:cs/>
          <w:lang w:bidi="hi-IN"/>
        </w:rPr>
        <w:t>करता</w:t>
      </w:r>
      <w:r w:rsidRPr="00CC6E1F">
        <w:rPr>
          <w:sz w:val="24"/>
          <w:szCs w:val="24"/>
          <w:lang w:bidi="hi-IN"/>
        </w:rPr>
        <w:t xml:space="preserve">, </w:t>
      </w:r>
      <w:r w:rsidRPr="00CC6E1F">
        <w:rPr>
          <w:rFonts w:cs="Mangal" w:hint="cs"/>
          <w:sz w:val="24"/>
          <w:szCs w:val="24"/>
          <w:cs/>
          <w:lang w:bidi="hi-IN"/>
        </w:rPr>
        <w:t>बल्कि</w:t>
      </w:r>
      <w:r w:rsidRPr="00CC6E1F">
        <w:rPr>
          <w:rFonts w:cs="Mangal"/>
          <w:sz w:val="24"/>
          <w:szCs w:val="24"/>
          <w:cs/>
          <w:lang w:bidi="hi-IN"/>
        </w:rPr>
        <w:t xml:space="preserve"> </w:t>
      </w:r>
      <w:r w:rsidRPr="00CC6E1F">
        <w:rPr>
          <w:rFonts w:cs="Mangal" w:hint="cs"/>
          <w:sz w:val="24"/>
          <w:szCs w:val="24"/>
          <w:cs/>
          <w:lang w:bidi="hi-IN"/>
        </w:rPr>
        <w:t>वहदेश</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समाज</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दिशा</w:t>
      </w:r>
      <w:r w:rsidRPr="00CC6E1F">
        <w:rPr>
          <w:rFonts w:cs="Mangal"/>
          <w:sz w:val="24"/>
          <w:szCs w:val="24"/>
          <w:cs/>
          <w:lang w:bidi="hi-IN"/>
        </w:rPr>
        <w:t xml:space="preserve"> </w:t>
      </w:r>
      <w:r w:rsidRPr="00CC6E1F">
        <w:rPr>
          <w:rFonts w:cs="Mangal" w:hint="cs"/>
          <w:sz w:val="24"/>
          <w:szCs w:val="24"/>
          <w:cs/>
          <w:lang w:bidi="hi-IN"/>
        </w:rPr>
        <w:t>तय</w:t>
      </w:r>
      <w:r w:rsidRPr="00CC6E1F">
        <w:rPr>
          <w:rFonts w:cs="Mangal"/>
          <w:sz w:val="24"/>
          <w:szCs w:val="24"/>
          <w:cs/>
          <w:lang w:bidi="hi-IN"/>
        </w:rPr>
        <w:t xml:space="preserve"> </w:t>
      </w:r>
      <w:r w:rsidRPr="00CC6E1F">
        <w:rPr>
          <w:rFonts w:cs="Mangal" w:hint="cs"/>
          <w:sz w:val="24"/>
          <w:szCs w:val="24"/>
          <w:cs/>
          <w:lang w:bidi="hi-IN"/>
        </w:rPr>
        <w:t>करने</w:t>
      </w:r>
      <w:r w:rsidRPr="00CC6E1F">
        <w:rPr>
          <w:rFonts w:cs="Mangal"/>
          <w:sz w:val="24"/>
          <w:szCs w:val="24"/>
          <w:cs/>
          <w:lang w:bidi="hi-IN"/>
        </w:rPr>
        <w:t xml:space="preserve"> </w:t>
      </w:r>
      <w:r w:rsidRPr="00CC6E1F">
        <w:rPr>
          <w:rFonts w:cs="Mangal" w:hint="cs"/>
          <w:sz w:val="24"/>
          <w:szCs w:val="24"/>
          <w:cs/>
          <w:lang w:bidi="hi-IN"/>
        </w:rPr>
        <w:t>वाला</w:t>
      </w:r>
      <w:r w:rsidRPr="00CC6E1F">
        <w:rPr>
          <w:rFonts w:cs="Mangal"/>
          <w:sz w:val="24"/>
          <w:szCs w:val="24"/>
          <w:cs/>
          <w:lang w:bidi="hi-IN"/>
        </w:rPr>
        <w:t xml:space="preserve"> </w:t>
      </w:r>
      <w:r w:rsidRPr="00CC6E1F">
        <w:rPr>
          <w:rFonts w:cs="Mangal" w:hint="cs"/>
          <w:sz w:val="24"/>
          <w:szCs w:val="24"/>
          <w:cs/>
          <w:lang w:bidi="hi-IN"/>
        </w:rPr>
        <w:t>नेतृत्वकर्ता</w:t>
      </w:r>
      <w:r w:rsidR="005F4900">
        <w:rPr>
          <w:rFonts w:cs="Mangal" w:hint="cs"/>
          <w:sz w:val="24"/>
          <w:szCs w:val="24"/>
          <w:cs/>
          <w:lang w:bidi="hi-IN"/>
        </w:rPr>
        <w:t xml:space="preserve"> </w:t>
      </w:r>
      <w:r w:rsidRPr="00CC6E1F">
        <w:rPr>
          <w:rFonts w:cs="Mangal" w:hint="cs"/>
          <w:sz w:val="24"/>
          <w:szCs w:val="24"/>
          <w:cs/>
          <w:lang w:bidi="hi-IN"/>
        </w:rPr>
        <w:t>होता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इसलिए</w:t>
      </w:r>
      <w:r w:rsidRPr="00CC6E1F">
        <w:rPr>
          <w:rFonts w:cs="Mangal"/>
          <w:sz w:val="24"/>
          <w:szCs w:val="24"/>
          <w:cs/>
          <w:lang w:bidi="hi-IN"/>
        </w:rPr>
        <w:t xml:space="preserve"> </w:t>
      </w:r>
      <w:r w:rsidRPr="00CC6E1F">
        <w:rPr>
          <w:rFonts w:cs="Mangal" w:hint="cs"/>
          <w:sz w:val="24"/>
          <w:szCs w:val="24"/>
          <w:cs/>
          <w:lang w:bidi="hi-IN"/>
        </w:rPr>
        <w:t>तैयारी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दौरान</w:t>
      </w:r>
      <w:r w:rsidRPr="00CC6E1F">
        <w:rPr>
          <w:rFonts w:cs="Mangal"/>
          <w:sz w:val="24"/>
          <w:szCs w:val="24"/>
          <w:cs/>
          <w:lang w:bidi="hi-IN"/>
        </w:rPr>
        <w:t xml:space="preserve"> </w:t>
      </w:r>
      <w:r w:rsidRPr="00CC6E1F">
        <w:rPr>
          <w:rFonts w:cs="Mangal" w:hint="cs"/>
          <w:sz w:val="24"/>
          <w:szCs w:val="24"/>
          <w:cs/>
          <w:lang w:bidi="hi-IN"/>
        </w:rPr>
        <w:t>केवल</w:t>
      </w:r>
      <w:r w:rsidRPr="00CC6E1F">
        <w:rPr>
          <w:rFonts w:cs="Mangal"/>
          <w:sz w:val="24"/>
          <w:szCs w:val="24"/>
          <w:cs/>
          <w:lang w:bidi="hi-IN"/>
        </w:rPr>
        <w:t xml:space="preserve"> </w:t>
      </w:r>
      <w:r w:rsidRPr="00CC6E1F">
        <w:rPr>
          <w:rFonts w:cs="Mangal" w:hint="cs"/>
          <w:sz w:val="24"/>
          <w:szCs w:val="24"/>
          <w:cs/>
          <w:lang w:bidi="hi-IN"/>
        </w:rPr>
        <w:t>अंकों</w:t>
      </w:r>
      <w:r w:rsidRPr="00CC6E1F">
        <w:rPr>
          <w:rFonts w:cs="Mangal"/>
          <w:sz w:val="24"/>
          <w:szCs w:val="24"/>
          <w:cs/>
          <w:lang w:bidi="hi-IN"/>
        </w:rPr>
        <w:t xml:space="preserve"> </w:t>
      </w:r>
      <w:r w:rsidRPr="00CC6E1F">
        <w:rPr>
          <w:rFonts w:cs="Mangal" w:hint="cs"/>
          <w:sz w:val="24"/>
          <w:szCs w:val="24"/>
          <w:cs/>
          <w:lang w:bidi="hi-IN"/>
        </w:rPr>
        <w:t>पर</w:t>
      </w:r>
      <w:r w:rsidRPr="00CC6E1F">
        <w:rPr>
          <w:rFonts w:cs="Mangal"/>
          <w:sz w:val="24"/>
          <w:szCs w:val="24"/>
          <w:cs/>
          <w:lang w:bidi="hi-IN"/>
        </w:rPr>
        <w:t xml:space="preserve"> </w:t>
      </w:r>
      <w:r w:rsidRPr="00CC6E1F">
        <w:rPr>
          <w:rFonts w:cs="Mangal" w:hint="cs"/>
          <w:sz w:val="24"/>
          <w:szCs w:val="24"/>
          <w:cs/>
          <w:lang w:bidi="hi-IN"/>
        </w:rPr>
        <w:t>ध्यान</w:t>
      </w:r>
      <w:r w:rsidRPr="00CC6E1F">
        <w:rPr>
          <w:rFonts w:cs="Mangal"/>
          <w:sz w:val="24"/>
          <w:szCs w:val="24"/>
          <w:cs/>
          <w:lang w:bidi="hi-IN"/>
        </w:rPr>
        <w:t xml:space="preserve"> </w:t>
      </w:r>
      <w:r w:rsidRPr="00CC6E1F">
        <w:rPr>
          <w:rFonts w:cs="Mangal" w:hint="cs"/>
          <w:sz w:val="24"/>
          <w:szCs w:val="24"/>
          <w:cs/>
          <w:lang w:bidi="hi-IN"/>
        </w:rPr>
        <w:t>न</w:t>
      </w:r>
      <w:r w:rsidRPr="00CC6E1F">
        <w:rPr>
          <w:rFonts w:cs="Mangal"/>
          <w:sz w:val="24"/>
          <w:szCs w:val="24"/>
          <w:cs/>
          <w:lang w:bidi="hi-IN"/>
        </w:rPr>
        <w:t xml:space="preserve"> </w:t>
      </w:r>
      <w:r w:rsidRPr="00CC6E1F">
        <w:rPr>
          <w:rFonts w:cs="Mangal" w:hint="cs"/>
          <w:sz w:val="24"/>
          <w:szCs w:val="24"/>
          <w:cs/>
          <w:lang w:bidi="hi-IN"/>
        </w:rPr>
        <w:t>देकर</w:t>
      </w:r>
      <w:r w:rsidRPr="00CC6E1F">
        <w:rPr>
          <w:sz w:val="24"/>
          <w:szCs w:val="24"/>
          <w:lang w:bidi="hi-IN"/>
        </w:rPr>
        <w:t xml:space="preserve">, </w:t>
      </w:r>
      <w:r w:rsidRPr="00CC6E1F">
        <w:rPr>
          <w:rFonts w:cs="Mangal" w:hint="cs"/>
          <w:sz w:val="24"/>
          <w:szCs w:val="24"/>
          <w:cs/>
          <w:lang w:bidi="hi-IN"/>
        </w:rPr>
        <w:t>अपने</w:t>
      </w:r>
      <w:r w:rsidRPr="00CC6E1F">
        <w:rPr>
          <w:rFonts w:cs="Mangal"/>
          <w:sz w:val="24"/>
          <w:szCs w:val="24"/>
          <w:cs/>
          <w:lang w:bidi="hi-IN"/>
        </w:rPr>
        <w:t xml:space="preserve"> </w:t>
      </w:r>
      <w:r w:rsidRPr="00CC6E1F">
        <w:rPr>
          <w:rFonts w:cs="Mangal" w:hint="cs"/>
          <w:sz w:val="24"/>
          <w:szCs w:val="24"/>
          <w:cs/>
          <w:lang w:bidi="hi-IN"/>
        </w:rPr>
        <w:t>भीतर</w:t>
      </w:r>
      <w:r w:rsidR="005F4900">
        <w:rPr>
          <w:rFonts w:cs="Mangal" w:hint="cs"/>
          <w:sz w:val="24"/>
          <w:szCs w:val="24"/>
          <w:cs/>
          <w:lang w:bidi="hi-IN"/>
        </w:rPr>
        <w:t xml:space="preserve"> </w:t>
      </w:r>
      <w:r w:rsidRPr="00CC6E1F">
        <w:rPr>
          <w:rFonts w:cs="Mangal" w:hint="cs"/>
          <w:sz w:val="24"/>
          <w:szCs w:val="24"/>
          <w:cs/>
          <w:lang w:bidi="hi-IN"/>
        </w:rPr>
        <w:t>ईमानदारी</w:t>
      </w:r>
      <w:r w:rsidRPr="00CC6E1F">
        <w:rPr>
          <w:sz w:val="24"/>
          <w:szCs w:val="24"/>
          <w:lang w:bidi="hi-IN"/>
        </w:rPr>
        <w:t xml:space="preserve">, </w:t>
      </w:r>
      <w:r w:rsidRPr="00CC6E1F">
        <w:rPr>
          <w:rFonts w:cs="Mangal" w:hint="cs"/>
          <w:sz w:val="24"/>
          <w:szCs w:val="24"/>
          <w:cs/>
          <w:lang w:bidi="hi-IN"/>
        </w:rPr>
        <w:t>कर्तव्यनिष्ठा</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सेवा</w:t>
      </w:r>
      <w:r w:rsidRPr="00CC6E1F">
        <w:rPr>
          <w:rFonts w:cs="Mangal"/>
          <w:sz w:val="24"/>
          <w:szCs w:val="24"/>
          <w:cs/>
          <w:lang w:bidi="hi-IN"/>
        </w:rPr>
        <w:t xml:space="preserve"> </w:t>
      </w:r>
      <w:r w:rsidRPr="00CC6E1F">
        <w:rPr>
          <w:rFonts w:cs="Mangal" w:hint="cs"/>
          <w:sz w:val="24"/>
          <w:szCs w:val="24"/>
          <w:cs/>
          <w:lang w:bidi="hi-IN"/>
        </w:rPr>
        <w:t>भावको</w:t>
      </w:r>
      <w:r w:rsidRPr="00CC6E1F">
        <w:rPr>
          <w:rFonts w:cs="Mangal"/>
          <w:sz w:val="24"/>
          <w:szCs w:val="24"/>
          <w:cs/>
          <w:lang w:bidi="hi-IN"/>
        </w:rPr>
        <w:t xml:space="preserve"> </w:t>
      </w:r>
      <w:r w:rsidRPr="00CC6E1F">
        <w:rPr>
          <w:rFonts w:cs="Mangal" w:hint="cs"/>
          <w:sz w:val="24"/>
          <w:szCs w:val="24"/>
          <w:cs/>
          <w:lang w:bidi="hi-IN"/>
        </w:rPr>
        <w:t>भी</w:t>
      </w:r>
      <w:r w:rsidRPr="00CC6E1F">
        <w:rPr>
          <w:rFonts w:cs="Mangal"/>
          <w:sz w:val="24"/>
          <w:szCs w:val="24"/>
          <w:cs/>
          <w:lang w:bidi="hi-IN"/>
        </w:rPr>
        <w:t xml:space="preserve"> </w:t>
      </w:r>
      <w:r w:rsidRPr="00CC6E1F">
        <w:rPr>
          <w:rFonts w:cs="Mangal" w:hint="cs"/>
          <w:sz w:val="24"/>
          <w:szCs w:val="24"/>
          <w:cs/>
          <w:lang w:bidi="hi-IN"/>
        </w:rPr>
        <w:t>विकसित</w:t>
      </w:r>
      <w:r w:rsidRPr="00CC6E1F">
        <w:rPr>
          <w:rFonts w:cs="Mangal"/>
          <w:sz w:val="24"/>
          <w:szCs w:val="24"/>
          <w:cs/>
          <w:lang w:bidi="hi-IN"/>
        </w:rPr>
        <w:t xml:space="preserve"> </w:t>
      </w:r>
      <w:r w:rsidRPr="00CC6E1F">
        <w:rPr>
          <w:rFonts w:cs="Mangal" w:hint="cs"/>
          <w:sz w:val="24"/>
          <w:szCs w:val="24"/>
          <w:cs/>
          <w:lang w:bidi="hi-IN"/>
        </w:rPr>
        <w:t>करें।</w:t>
      </w:r>
      <w:r w:rsidRPr="00CC6E1F">
        <w:rPr>
          <w:rFonts w:hint="eastAsia"/>
          <w:sz w:val="24"/>
          <w:szCs w:val="24"/>
          <w:lang w:bidi="hi-IN"/>
        </w:rPr>
        <w:t>”</w:t>
      </w:r>
      <w:r w:rsidRPr="00CC6E1F">
        <w:rPr>
          <w:sz w:val="24"/>
          <w:szCs w:val="24"/>
          <w:lang w:bidi="hi-IN"/>
        </w:rPr>
        <w:t xml:space="preserve"> </w:t>
      </w:r>
      <w:r w:rsidRPr="00CC6E1F">
        <w:rPr>
          <w:rFonts w:cs="Mangal" w:hint="cs"/>
          <w:sz w:val="24"/>
          <w:szCs w:val="24"/>
          <w:cs/>
          <w:lang w:bidi="hi-IN"/>
        </w:rPr>
        <w:t>डॉ</w:t>
      </w:r>
      <w:r w:rsidRPr="00CC6E1F">
        <w:rPr>
          <w:rFonts w:cs="Mangal"/>
          <w:sz w:val="24"/>
          <w:szCs w:val="24"/>
          <w:cs/>
          <w:lang w:bidi="hi-IN"/>
        </w:rPr>
        <w:t xml:space="preserve">. </w:t>
      </w:r>
      <w:r w:rsidRPr="00CC6E1F">
        <w:rPr>
          <w:rFonts w:cs="Mangal" w:hint="cs"/>
          <w:sz w:val="24"/>
          <w:szCs w:val="24"/>
          <w:cs/>
          <w:lang w:bidi="hi-IN"/>
        </w:rPr>
        <w:t>खान</w:t>
      </w:r>
      <w:r w:rsidRPr="00CC6E1F">
        <w:rPr>
          <w:rFonts w:cs="Mangal"/>
          <w:sz w:val="24"/>
          <w:szCs w:val="24"/>
          <w:cs/>
          <w:lang w:bidi="hi-IN"/>
        </w:rPr>
        <w:t xml:space="preserve"> </w:t>
      </w:r>
      <w:r w:rsidRPr="00CC6E1F">
        <w:rPr>
          <w:rFonts w:cs="Mangal" w:hint="cs"/>
          <w:sz w:val="24"/>
          <w:szCs w:val="24"/>
          <w:cs/>
          <w:lang w:bidi="hi-IN"/>
        </w:rPr>
        <w:t>ने</w:t>
      </w:r>
      <w:r w:rsidRPr="00CC6E1F">
        <w:rPr>
          <w:rFonts w:cs="Mangal"/>
          <w:sz w:val="24"/>
          <w:szCs w:val="24"/>
          <w:cs/>
          <w:lang w:bidi="hi-IN"/>
        </w:rPr>
        <w:t xml:space="preserve"> </w:t>
      </w:r>
      <w:r w:rsidRPr="00CC6E1F">
        <w:rPr>
          <w:rFonts w:cs="Mangal" w:hint="cs"/>
          <w:sz w:val="24"/>
          <w:szCs w:val="24"/>
          <w:cs/>
          <w:lang w:bidi="hi-IN"/>
        </w:rPr>
        <w:t>यह</w:t>
      </w:r>
      <w:r w:rsidRPr="00CC6E1F">
        <w:rPr>
          <w:rFonts w:cs="Mangal"/>
          <w:sz w:val="24"/>
          <w:szCs w:val="24"/>
          <w:cs/>
          <w:lang w:bidi="hi-IN"/>
        </w:rPr>
        <w:t xml:space="preserve"> </w:t>
      </w:r>
      <w:r w:rsidRPr="00CC6E1F">
        <w:rPr>
          <w:rFonts w:cs="Mangal" w:hint="cs"/>
          <w:sz w:val="24"/>
          <w:szCs w:val="24"/>
          <w:cs/>
          <w:lang w:bidi="hi-IN"/>
        </w:rPr>
        <w:t>भी</w:t>
      </w:r>
      <w:r w:rsidRPr="00CC6E1F">
        <w:rPr>
          <w:rFonts w:cs="Mangal"/>
          <w:sz w:val="24"/>
          <w:szCs w:val="24"/>
          <w:cs/>
          <w:lang w:bidi="hi-IN"/>
        </w:rPr>
        <w:t xml:space="preserve"> </w:t>
      </w:r>
      <w:r w:rsidRPr="00CC6E1F">
        <w:rPr>
          <w:rFonts w:cs="Mangal" w:hint="cs"/>
          <w:sz w:val="24"/>
          <w:szCs w:val="24"/>
          <w:cs/>
          <w:lang w:bidi="hi-IN"/>
        </w:rPr>
        <w:t>स्पष्ट</w:t>
      </w:r>
      <w:r w:rsidRPr="00CC6E1F">
        <w:rPr>
          <w:rFonts w:cs="Mangal"/>
          <w:sz w:val="24"/>
          <w:szCs w:val="24"/>
          <w:cs/>
          <w:lang w:bidi="hi-IN"/>
        </w:rPr>
        <w:t xml:space="preserve"> </w:t>
      </w:r>
      <w:r w:rsidRPr="00CC6E1F">
        <w:rPr>
          <w:rFonts w:cs="Mangal" w:hint="cs"/>
          <w:sz w:val="24"/>
          <w:szCs w:val="24"/>
          <w:cs/>
          <w:lang w:bidi="hi-IN"/>
        </w:rPr>
        <w:t>किया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ग्रामीण</w:t>
      </w:r>
      <w:r w:rsidRPr="00CC6E1F">
        <w:rPr>
          <w:rFonts w:cs="Mangal"/>
          <w:sz w:val="24"/>
          <w:szCs w:val="24"/>
          <w:cs/>
          <w:lang w:bidi="hi-IN"/>
        </w:rPr>
        <w:t xml:space="preserve"> </w:t>
      </w:r>
      <w:r w:rsidRPr="00CC6E1F">
        <w:rPr>
          <w:rFonts w:cs="Mangal" w:hint="cs"/>
          <w:sz w:val="24"/>
          <w:szCs w:val="24"/>
          <w:cs/>
          <w:lang w:bidi="hi-IN"/>
        </w:rPr>
        <w:t>पृष्ठभूमि</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आने</w:t>
      </w:r>
      <w:r w:rsidRPr="00CC6E1F">
        <w:rPr>
          <w:rFonts w:cs="Mangal"/>
          <w:sz w:val="24"/>
          <w:szCs w:val="24"/>
          <w:cs/>
          <w:lang w:bidi="hi-IN"/>
        </w:rPr>
        <w:t xml:space="preserve"> </w:t>
      </w:r>
      <w:r w:rsidRPr="00CC6E1F">
        <w:rPr>
          <w:rFonts w:cs="Mangal" w:hint="cs"/>
          <w:sz w:val="24"/>
          <w:szCs w:val="24"/>
          <w:cs/>
          <w:lang w:bidi="hi-IN"/>
        </w:rPr>
        <w:t>वाले</w:t>
      </w:r>
      <w:r w:rsidRPr="00CC6E1F">
        <w:rPr>
          <w:rFonts w:cs="Mangal"/>
          <w:sz w:val="24"/>
          <w:szCs w:val="24"/>
          <w:cs/>
          <w:lang w:bidi="hi-IN"/>
        </w:rPr>
        <w:t xml:space="preserve"> </w:t>
      </w:r>
      <w:r w:rsidRPr="00CC6E1F">
        <w:rPr>
          <w:rFonts w:cs="Mangal" w:hint="cs"/>
          <w:sz w:val="24"/>
          <w:szCs w:val="24"/>
          <w:cs/>
          <w:lang w:bidi="hi-IN"/>
        </w:rPr>
        <w:t>अथवा</w:t>
      </w:r>
      <w:r w:rsidRPr="00CC6E1F">
        <w:rPr>
          <w:rFonts w:cs="Mangal"/>
          <w:sz w:val="24"/>
          <w:szCs w:val="24"/>
          <w:cs/>
          <w:lang w:bidi="hi-IN"/>
        </w:rPr>
        <w:t xml:space="preserve"> </w:t>
      </w:r>
      <w:r w:rsidRPr="00CC6E1F">
        <w:rPr>
          <w:rFonts w:cs="Mangal" w:hint="cs"/>
          <w:sz w:val="24"/>
          <w:szCs w:val="24"/>
          <w:cs/>
          <w:lang w:bidi="hi-IN"/>
        </w:rPr>
        <w:t>साधारण</w:t>
      </w:r>
      <w:r w:rsidRPr="00CC6E1F">
        <w:rPr>
          <w:rFonts w:cs="Mangal"/>
          <w:sz w:val="24"/>
          <w:szCs w:val="24"/>
          <w:cs/>
          <w:lang w:bidi="hi-IN"/>
        </w:rPr>
        <w:t xml:space="preserve"> </w:t>
      </w:r>
      <w:r w:rsidRPr="00CC6E1F">
        <w:rPr>
          <w:rFonts w:cs="Mangal" w:hint="cs"/>
          <w:sz w:val="24"/>
          <w:szCs w:val="24"/>
          <w:cs/>
          <w:lang w:bidi="hi-IN"/>
        </w:rPr>
        <w:t>परिवारों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 xml:space="preserve"> </w:t>
      </w:r>
      <w:r w:rsidRPr="00CC6E1F">
        <w:rPr>
          <w:rFonts w:cs="Mangal" w:hint="cs"/>
          <w:sz w:val="24"/>
          <w:szCs w:val="24"/>
          <w:cs/>
          <w:lang w:bidi="hi-IN"/>
        </w:rPr>
        <w:t>भी</w:t>
      </w:r>
      <w:r w:rsidRPr="00CC6E1F">
        <w:rPr>
          <w:rFonts w:cs="Mangal"/>
          <w:sz w:val="24"/>
          <w:szCs w:val="24"/>
          <w:cs/>
          <w:lang w:bidi="hi-IN"/>
        </w:rPr>
        <w:t xml:space="preserve"> </w:t>
      </w:r>
      <w:r w:rsidRPr="00CC6E1F">
        <w:rPr>
          <w:rFonts w:cs="Mangal" w:hint="cs"/>
          <w:sz w:val="24"/>
          <w:szCs w:val="24"/>
          <w:cs/>
          <w:lang w:bidi="hi-IN"/>
        </w:rPr>
        <w:t>यदि</w:t>
      </w:r>
      <w:r w:rsidRPr="00CC6E1F">
        <w:rPr>
          <w:rFonts w:cs="Mangal"/>
          <w:sz w:val="24"/>
          <w:szCs w:val="24"/>
          <w:cs/>
          <w:lang w:bidi="hi-IN"/>
        </w:rPr>
        <w:t xml:space="preserve"> </w:t>
      </w:r>
      <w:r w:rsidRPr="00CC6E1F">
        <w:rPr>
          <w:rFonts w:cs="Mangal" w:hint="cs"/>
          <w:sz w:val="24"/>
          <w:szCs w:val="24"/>
          <w:cs/>
          <w:lang w:bidi="hi-IN"/>
        </w:rPr>
        <w:t>सही</w:t>
      </w:r>
      <w:r w:rsidRPr="00CC6E1F">
        <w:rPr>
          <w:rFonts w:cs="Mangal"/>
          <w:sz w:val="24"/>
          <w:szCs w:val="24"/>
          <w:cs/>
          <w:lang w:bidi="hi-IN"/>
        </w:rPr>
        <w:t xml:space="preserve"> </w:t>
      </w:r>
      <w:r w:rsidRPr="00CC6E1F">
        <w:rPr>
          <w:rFonts w:cs="Mangal" w:hint="cs"/>
          <w:sz w:val="24"/>
          <w:szCs w:val="24"/>
          <w:cs/>
          <w:lang w:bidi="hi-IN"/>
        </w:rPr>
        <w:t>मार्गदर्शन</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दृढ़</w:t>
      </w:r>
      <w:r w:rsidRPr="00CC6E1F">
        <w:rPr>
          <w:rFonts w:cs="Mangal"/>
          <w:sz w:val="24"/>
          <w:szCs w:val="24"/>
          <w:cs/>
          <w:lang w:bidi="hi-IN"/>
        </w:rPr>
        <w:t xml:space="preserve"> </w:t>
      </w:r>
      <w:r w:rsidRPr="00CC6E1F">
        <w:rPr>
          <w:rFonts w:cs="Mangal" w:hint="cs"/>
          <w:sz w:val="24"/>
          <w:szCs w:val="24"/>
          <w:cs/>
          <w:lang w:bidi="hi-IN"/>
        </w:rPr>
        <w:t>इच्छाशक्ति</w:t>
      </w:r>
      <w:r w:rsidRPr="00CC6E1F">
        <w:rPr>
          <w:rFonts w:cs="Mangal"/>
          <w:sz w:val="24"/>
          <w:szCs w:val="24"/>
          <w:cs/>
          <w:lang w:bidi="hi-IN"/>
        </w:rPr>
        <w:t xml:space="preserve"> </w:t>
      </w:r>
      <w:r w:rsidRPr="00CC6E1F">
        <w:rPr>
          <w:rFonts w:cs="Mangal" w:hint="cs"/>
          <w:sz w:val="24"/>
          <w:szCs w:val="24"/>
          <w:cs/>
          <w:lang w:bidi="hi-IN"/>
        </w:rPr>
        <w:t>अपनाएँ</w:t>
      </w:r>
      <w:r w:rsidRPr="00CC6E1F">
        <w:rPr>
          <w:rFonts w:cs="Mangal"/>
          <w:sz w:val="24"/>
          <w:szCs w:val="24"/>
          <w:cs/>
          <w:lang w:bidi="hi-IN"/>
        </w:rPr>
        <w:t xml:space="preserve"> </w:t>
      </w:r>
      <w:r w:rsidRPr="00CC6E1F">
        <w:rPr>
          <w:rFonts w:cs="Mangal" w:hint="cs"/>
          <w:sz w:val="24"/>
          <w:szCs w:val="24"/>
          <w:cs/>
          <w:lang w:bidi="hi-IN"/>
        </w:rPr>
        <w:t>तो</w:t>
      </w:r>
      <w:r w:rsidRPr="00CC6E1F">
        <w:rPr>
          <w:rFonts w:cs="Mangal"/>
          <w:sz w:val="24"/>
          <w:szCs w:val="24"/>
          <w:cs/>
          <w:lang w:bidi="hi-IN"/>
        </w:rPr>
        <w:t xml:space="preserve"> </w:t>
      </w:r>
      <w:r w:rsidRPr="00CC6E1F">
        <w:rPr>
          <w:rFonts w:cs="Mangal" w:hint="cs"/>
          <w:sz w:val="24"/>
          <w:szCs w:val="24"/>
          <w:cs/>
          <w:lang w:bidi="hi-IN"/>
        </w:rPr>
        <w:t>वे</w:t>
      </w:r>
      <w:r w:rsidRPr="00CC6E1F">
        <w:rPr>
          <w:rFonts w:cs="Mangal"/>
          <w:sz w:val="24"/>
          <w:szCs w:val="24"/>
          <w:cs/>
          <w:lang w:bidi="hi-IN"/>
        </w:rPr>
        <w:t xml:space="preserve"> </w:t>
      </w:r>
      <w:r w:rsidRPr="00CC6E1F">
        <w:rPr>
          <w:rFonts w:cs="Mangal" w:hint="cs"/>
          <w:sz w:val="24"/>
          <w:szCs w:val="24"/>
          <w:cs/>
          <w:lang w:bidi="hi-IN"/>
        </w:rPr>
        <w:t>सिविल</w:t>
      </w:r>
      <w:r w:rsidRPr="00CC6E1F">
        <w:rPr>
          <w:rFonts w:cs="Mangal"/>
          <w:sz w:val="24"/>
          <w:szCs w:val="24"/>
          <w:cs/>
          <w:lang w:bidi="hi-IN"/>
        </w:rPr>
        <w:t xml:space="preserve"> </w:t>
      </w:r>
      <w:r w:rsidRPr="00CC6E1F">
        <w:rPr>
          <w:rFonts w:cs="Mangal" w:hint="cs"/>
          <w:sz w:val="24"/>
          <w:szCs w:val="24"/>
          <w:cs/>
          <w:lang w:bidi="hi-IN"/>
        </w:rPr>
        <w:t>सेवा</w:t>
      </w:r>
      <w:r w:rsidRPr="00CC6E1F">
        <w:rPr>
          <w:rFonts w:cs="Mangal"/>
          <w:sz w:val="24"/>
          <w:szCs w:val="24"/>
          <w:cs/>
          <w:lang w:bidi="hi-IN"/>
        </w:rPr>
        <w:t xml:space="preserve"> </w:t>
      </w:r>
      <w:r w:rsidRPr="00CC6E1F">
        <w:rPr>
          <w:rFonts w:cs="Mangal" w:hint="cs"/>
          <w:sz w:val="24"/>
          <w:szCs w:val="24"/>
          <w:cs/>
          <w:lang w:bidi="hi-IN"/>
        </w:rPr>
        <w:t>जैसी</w:t>
      </w:r>
      <w:r w:rsidRPr="00CC6E1F">
        <w:rPr>
          <w:rFonts w:cs="Mangal"/>
          <w:sz w:val="24"/>
          <w:szCs w:val="24"/>
          <w:cs/>
          <w:lang w:bidi="hi-IN"/>
        </w:rPr>
        <w:t xml:space="preserve"> </w:t>
      </w:r>
      <w:r w:rsidRPr="00CC6E1F">
        <w:rPr>
          <w:rFonts w:cs="Mangal" w:hint="cs"/>
          <w:sz w:val="24"/>
          <w:szCs w:val="24"/>
          <w:cs/>
          <w:lang w:bidi="hi-IN"/>
        </w:rPr>
        <w:t>कठिनतम</w:t>
      </w:r>
      <w:r w:rsidRPr="00CC6E1F">
        <w:rPr>
          <w:rFonts w:cs="Mangal"/>
          <w:sz w:val="24"/>
          <w:szCs w:val="24"/>
          <w:cs/>
          <w:lang w:bidi="hi-IN"/>
        </w:rPr>
        <w:t xml:space="preserve"> </w:t>
      </w:r>
      <w:r w:rsidRPr="00CC6E1F">
        <w:rPr>
          <w:rFonts w:cs="Mangal" w:hint="cs"/>
          <w:sz w:val="24"/>
          <w:szCs w:val="24"/>
          <w:cs/>
          <w:lang w:bidi="hi-IN"/>
        </w:rPr>
        <w:t>परीक्षाओं</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प्राप्त</w:t>
      </w:r>
      <w:r w:rsidRPr="00CC6E1F">
        <w:rPr>
          <w:rFonts w:cs="Mangal"/>
          <w:sz w:val="24"/>
          <w:szCs w:val="24"/>
          <w:cs/>
          <w:lang w:bidi="hi-IN"/>
        </w:rPr>
        <w:t xml:space="preserve"> </w:t>
      </w:r>
      <w:r w:rsidRPr="00CC6E1F">
        <w:rPr>
          <w:rFonts w:cs="Mangal" w:hint="cs"/>
          <w:sz w:val="24"/>
          <w:szCs w:val="24"/>
          <w:cs/>
          <w:lang w:bidi="hi-IN"/>
        </w:rPr>
        <w:t>कर</w:t>
      </w:r>
      <w:r w:rsidRPr="00CC6E1F">
        <w:rPr>
          <w:rFonts w:cs="Mangal"/>
          <w:sz w:val="24"/>
          <w:szCs w:val="24"/>
          <w:cs/>
          <w:lang w:bidi="hi-IN"/>
        </w:rPr>
        <w:t xml:space="preserve"> </w:t>
      </w:r>
      <w:r w:rsidRPr="00CC6E1F">
        <w:rPr>
          <w:rFonts w:cs="Mangal" w:hint="cs"/>
          <w:sz w:val="24"/>
          <w:szCs w:val="24"/>
          <w:cs/>
          <w:lang w:bidi="hi-IN"/>
        </w:rPr>
        <w:t>सकते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उन्होंने</w:t>
      </w:r>
      <w:r w:rsidRPr="00CC6E1F">
        <w:rPr>
          <w:rFonts w:cs="Mangal"/>
          <w:sz w:val="24"/>
          <w:szCs w:val="24"/>
          <w:cs/>
          <w:lang w:bidi="hi-IN"/>
        </w:rPr>
        <w:t xml:space="preserve"> </w:t>
      </w:r>
      <w:r w:rsidRPr="00CC6E1F">
        <w:rPr>
          <w:rFonts w:cs="Mangal" w:hint="cs"/>
          <w:sz w:val="24"/>
          <w:szCs w:val="24"/>
          <w:cs/>
          <w:lang w:bidi="hi-IN"/>
        </w:rPr>
        <w:t>अपने</w:t>
      </w:r>
      <w:r w:rsidRPr="00CC6E1F">
        <w:rPr>
          <w:rFonts w:cs="Mangal"/>
          <w:sz w:val="24"/>
          <w:szCs w:val="24"/>
          <w:cs/>
          <w:lang w:bidi="hi-IN"/>
        </w:rPr>
        <w:t xml:space="preserve"> </w:t>
      </w:r>
      <w:r w:rsidRPr="00CC6E1F">
        <w:rPr>
          <w:rFonts w:cs="Mangal" w:hint="cs"/>
          <w:sz w:val="24"/>
          <w:szCs w:val="24"/>
          <w:cs/>
          <w:lang w:bidi="hi-IN"/>
        </w:rPr>
        <w:t>अनुभव</w:t>
      </w:r>
      <w:r w:rsidRPr="00CC6E1F">
        <w:rPr>
          <w:rFonts w:cs="Mangal"/>
          <w:sz w:val="24"/>
          <w:szCs w:val="24"/>
          <w:cs/>
          <w:lang w:bidi="hi-IN"/>
        </w:rPr>
        <w:t xml:space="preserve"> </w:t>
      </w:r>
      <w:r w:rsidRPr="00CC6E1F">
        <w:rPr>
          <w:rFonts w:cs="Mangal" w:hint="cs"/>
          <w:sz w:val="24"/>
          <w:szCs w:val="24"/>
          <w:cs/>
          <w:lang w:bidi="hi-IN"/>
        </w:rPr>
        <w:t>साझा</w:t>
      </w:r>
      <w:r w:rsidRPr="00CC6E1F">
        <w:rPr>
          <w:rFonts w:cs="Mangal"/>
          <w:sz w:val="24"/>
          <w:szCs w:val="24"/>
          <w:cs/>
          <w:lang w:bidi="hi-IN"/>
        </w:rPr>
        <w:t xml:space="preserve"> </w:t>
      </w:r>
      <w:r w:rsidRPr="00CC6E1F">
        <w:rPr>
          <w:rFonts w:cs="Mangal" w:hint="cs"/>
          <w:sz w:val="24"/>
          <w:szCs w:val="24"/>
          <w:cs/>
          <w:lang w:bidi="hi-IN"/>
        </w:rPr>
        <w:t>करते</w:t>
      </w:r>
      <w:r w:rsidRPr="00CC6E1F">
        <w:rPr>
          <w:rFonts w:cs="Mangal"/>
          <w:sz w:val="24"/>
          <w:szCs w:val="24"/>
          <w:cs/>
          <w:lang w:bidi="hi-IN"/>
        </w:rPr>
        <w:t xml:space="preserve"> </w:t>
      </w:r>
      <w:r w:rsidRPr="00CC6E1F">
        <w:rPr>
          <w:rFonts w:cs="Mangal" w:hint="cs"/>
          <w:sz w:val="24"/>
          <w:szCs w:val="24"/>
          <w:cs/>
          <w:lang w:bidi="hi-IN"/>
        </w:rPr>
        <w:t>हुए</w:t>
      </w:r>
      <w:r w:rsidRPr="00CC6E1F">
        <w:rPr>
          <w:rFonts w:cs="Mangal"/>
          <w:sz w:val="24"/>
          <w:szCs w:val="24"/>
          <w:cs/>
          <w:lang w:bidi="hi-IN"/>
        </w:rPr>
        <w:t xml:space="preserve"> </w:t>
      </w:r>
      <w:r w:rsidRPr="00CC6E1F">
        <w:rPr>
          <w:rFonts w:cs="Mangal" w:hint="cs"/>
          <w:sz w:val="24"/>
          <w:szCs w:val="24"/>
          <w:cs/>
          <w:lang w:bidi="hi-IN"/>
        </w:rPr>
        <w:t>कहा</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sz w:val="24"/>
          <w:szCs w:val="24"/>
          <w:lang w:bidi="hi-IN"/>
        </w:rPr>
        <w:t>“</w:t>
      </w:r>
      <w:r w:rsidRPr="00CC6E1F">
        <w:rPr>
          <w:rFonts w:cs="Mangal" w:hint="cs"/>
          <w:sz w:val="24"/>
          <w:szCs w:val="24"/>
          <w:cs/>
          <w:lang w:bidi="hi-IN"/>
        </w:rPr>
        <w:t>सपने</w:t>
      </w:r>
      <w:r w:rsidRPr="00CC6E1F">
        <w:rPr>
          <w:rFonts w:cs="Mangal"/>
          <w:sz w:val="24"/>
          <w:szCs w:val="24"/>
          <w:cs/>
          <w:lang w:bidi="hi-IN"/>
        </w:rPr>
        <w:t xml:space="preserve"> </w:t>
      </w:r>
      <w:r w:rsidRPr="00CC6E1F">
        <w:rPr>
          <w:rFonts w:cs="Mangal" w:hint="cs"/>
          <w:sz w:val="24"/>
          <w:szCs w:val="24"/>
          <w:cs/>
          <w:lang w:bidi="hi-IN"/>
        </w:rPr>
        <w:t>उन्हीं</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पूरे</w:t>
      </w:r>
      <w:r w:rsidRPr="00CC6E1F">
        <w:rPr>
          <w:rFonts w:cs="Mangal"/>
          <w:sz w:val="24"/>
          <w:szCs w:val="24"/>
          <w:cs/>
          <w:lang w:bidi="hi-IN"/>
        </w:rPr>
        <w:t xml:space="preserve"> </w:t>
      </w:r>
      <w:r w:rsidRPr="00CC6E1F">
        <w:rPr>
          <w:rFonts w:cs="Mangal" w:hint="cs"/>
          <w:sz w:val="24"/>
          <w:szCs w:val="24"/>
          <w:cs/>
          <w:lang w:bidi="hi-IN"/>
        </w:rPr>
        <w:t>होते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जोकड़ी</w:t>
      </w:r>
      <w:r w:rsidRPr="00CC6E1F">
        <w:rPr>
          <w:rFonts w:cs="Mangal"/>
          <w:sz w:val="24"/>
          <w:szCs w:val="24"/>
          <w:cs/>
          <w:lang w:bidi="hi-IN"/>
        </w:rPr>
        <w:t xml:space="preserve"> </w:t>
      </w:r>
      <w:r w:rsidRPr="00CC6E1F">
        <w:rPr>
          <w:rFonts w:cs="Mangal" w:hint="cs"/>
          <w:sz w:val="24"/>
          <w:szCs w:val="24"/>
          <w:cs/>
          <w:lang w:bidi="hi-IN"/>
        </w:rPr>
        <w:t>मेहनत</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साथ</w:t>
      </w:r>
      <w:r w:rsidRPr="00CC6E1F">
        <w:rPr>
          <w:rFonts w:cs="Mangal"/>
          <w:sz w:val="24"/>
          <w:szCs w:val="24"/>
          <w:cs/>
          <w:lang w:bidi="hi-IN"/>
        </w:rPr>
        <w:t xml:space="preserve"> </w:t>
      </w:r>
      <w:r w:rsidRPr="00CC6E1F">
        <w:rPr>
          <w:rFonts w:cs="Mangal" w:hint="cs"/>
          <w:sz w:val="24"/>
          <w:szCs w:val="24"/>
          <w:cs/>
          <w:lang w:bidi="hi-IN"/>
        </w:rPr>
        <w:t>सपनों</w:t>
      </w:r>
      <w:r w:rsidRPr="00CC6E1F">
        <w:rPr>
          <w:rFonts w:cs="Mangal"/>
          <w:sz w:val="24"/>
          <w:szCs w:val="24"/>
          <w:cs/>
          <w:lang w:bidi="hi-IN"/>
        </w:rPr>
        <w:t xml:space="preserve"> </w:t>
      </w:r>
      <w:r w:rsidRPr="00CC6E1F">
        <w:rPr>
          <w:rFonts w:cs="Mangal" w:hint="cs"/>
          <w:sz w:val="24"/>
          <w:szCs w:val="24"/>
          <w:cs/>
          <w:lang w:bidi="hi-IN"/>
        </w:rPr>
        <w:t>पर</w:t>
      </w:r>
      <w:r w:rsidRPr="00CC6E1F">
        <w:rPr>
          <w:rFonts w:cs="Mangal"/>
          <w:sz w:val="24"/>
          <w:szCs w:val="24"/>
          <w:cs/>
          <w:lang w:bidi="hi-IN"/>
        </w:rPr>
        <w:t xml:space="preserve"> </w:t>
      </w:r>
      <w:r w:rsidRPr="00CC6E1F">
        <w:rPr>
          <w:rFonts w:cs="Mangal" w:hint="cs"/>
          <w:sz w:val="24"/>
          <w:szCs w:val="24"/>
          <w:cs/>
          <w:lang w:bidi="hi-IN"/>
        </w:rPr>
        <w:t>विश्वास</w:t>
      </w:r>
      <w:r w:rsidRPr="00CC6E1F">
        <w:rPr>
          <w:rFonts w:cs="Mangal"/>
          <w:sz w:val="24"/>
          <w:szCs w:val="24"/>
          <w:cs/>
          <w:lang w:bidi="hi-IN"/>
        </w:rPr>
        <w:t xml:space="preserve"> </w:t>
      </w:r>
      <w:r w:rsidRPr="00CC6E1F">
        <w:rPr>
          <w:rFonts w:cs="Mangal" w:hint="cs"/>
          <w:sz w:val="24"/>
          <w:szCs w:val="24"/>
          <w:cs/>
          <w:lang w:bidi="hi-IN"/>
        </w:rPr>
        <w:t>करते</w:t>
      </w:r>
      <w:r w:rsidRPr="00CC6E1F">
        <w:rPr>
          <w:rFonts w:cs="Mangal"/>
          <w:sz w:val="24"/>
          <w:szCs w:val="24"/>
          <w:cs/>
          <w:lang w:bidi="hi-IN"/>
        </w:rPr>
        <w:t xml:space="preserve"> </w:t>
      </w:r>
      <w:r w:rsidRPr="00CC6E1F">
        <w:rPr>
          <w:rFonts w:cs="Mangal" w:hint="cs"/>
          <w:sz w:val="24"/>
          <w:szCs w:val="24"/>
          <w:cs/>
          <w:lang w:bidi="hi-IN"/>
        </w:rPr>
        <w:t>हैं।</w:t>
      </w:r>
      <w:r w:rsidRPr="00CC6E1F">
        <w:rPr>
          <w:rFonts w:hint="eastAsia"/>
          <w:sz w:val="24"/>
          <w:szCs w:val="24"/>
          <w:lang w:bidi="hi-IN"/>
        </w:rPr>
        <w:t>”</w:t>
      </w:r>
      <w:r w:rsidRPr="00CC6E1F">
        <w:rPr>
          <w:sz w:val="24"/>
          <w:szCs w:val="24"/>
          <w:lang w:bidi="hi-IN"/>
        </w:rPr>
        <w:t xml:space="preserve"> </w:t>
      </w:r>
      <w:r w:rsidRPr="00CC6E1F">
        <w:rPr>
          <w:rFonts w:cs="Mangal" w:hint="cs"/>
          <w:sz w:val="24"/>
          <w:szCs w:val="24"/>
          <w:cs/>
          <w:lang w:bidi="hi-IN"/>
        </w:rPr>
        <w:t>अपने</w:t>
      </w:r>
      <w:r w:rsidRPr="00CC6E1F">
        <w:rPr>
          <w:rFonts w:cs="Mangal"/>
          <w:sz w:val="24"/>
          <w:szCs w:val="24"/>
          <w:cs/>
          <w:lang w:bidi="hi-IN"/>
        </w:rPr>
        <w:t xml:space="preserve"> </w:t>
      </w:r>
      <w:r w:rsidRPr="00CC6E1F">
        <w:rPr>
          <w:rFonts w:cs="Mangal" w:hint="cs"/>
          <w:sz w:val="24"/>
          <w:szCs w:val="24"/>
          <w:cs/>
          <w:lang w:bidi="hi-IN"/>
        </w:rPr>
        <w:t>व्याख्यान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अंत</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उन्होंने</w:t>
      </w:r>
      <w:r w:rsidRPr="00CC6E1F">
        <w:rPr>
          <w:rFonts w:cs="Mangal"/>
          <w:sz w:val="24"/>
          <w:szCs w:val="24"/>
          <w:cs/>
          <w:lang w:bidi="hi-IN"/>
        </w:rPr>
        <w:t xml:space="preserve"> </w:t>
      </w:r>
      <w:r w:rsidRPr="00CC6E1F">
        <w:rPr>
          <w:rFonts w:cs="Mangal" w:hint="cs"/>
          <w:sz w:val="24"/>
          <w:szCs w:val="24"/>
          <w:cs/>
          <w:lang w:bidi="hi-IN"/>
        </w:rPr>
        <w:t>सभी</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संदेश</w:t>
      </w:r>
      <w:r w:rsidRPr="00CC6E1F">
        <w:rPr>
          <w:rFonts w:cs="Mangal"/>
          <w:sz w:val="24"/>
          <w:szCs w:val="24"/>
          <w:cs/>
          <w:lang w:bidi="hi-IN"/>
        </w:rPr>
        <w:t xml:space="preserve"> </w:t>
      </w:r>
      <w:r w:rsidRPr="00CC6E1F">
        <w:rPr>
          <w:rFonts w:cs="Mangal" w:hint="cs"/>
          <w:sz w:val="24"/>
          <w:szCs w:val="24"/>
          <w:cs/>
          <w:lang w:bidi="hi-IN"/>
        </w:rPr>
        <w:t>दिया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sz w:val="24"/>
          <w:szCs w:val="24"/>
          <w:lang w:bidi="hi-IN"/>
        </w:rPr>
        <w:t>“</w:t>
      </w:r>
      <w:r w:rsidRPr="00CC6E1F">
        <w:rPr>
          <w:rFonts w:cs="Mangal" w:hint="cs"/>
          <w:sz w:val="24"/>
          <w:szCs w:val="24"/>
          <w:cs/>
          <w:lang w:bidi="hi-IN"/>
        </w:rPr>
        <w:t>आज</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स्वयं</w:t>
      </w:r>
      <w:r w:rsidRPr="00CC6E1F">
        <w:rPr>
          <w:rFonts w:cs="Mangal"/>
          <w:sz w:val="24"/>
          <w:szCs w:val="24"/>
          <w:cs/>
          <w:lang w:bidi="hi-IN"/>
        </w:rPr>
        <w:t xml:space="preserve"> </w:t>
      </w:r>
      <w:r w:rsidRPr="00CC6E1F">
        <w:rPr>
          <w:rFonts w:cs="Mangal" w:hint="cs"/>
          <w:sz w:val="24"/>
          <w:szCs w:val="24"/>
          <w:cs/>
          <w:lang w:bidi="hi-IN"/>
        </w:rPr>
        <w:t>पर</w:t>
      </w:r>
      <w:r w:rsidRPr="00CC6E1F">
        <w:rPr>
          <w:rFonts w:cs="Mangal"/>
          <w:sz w:val="24"/>
          <w:szCs w:val="24"/>
          <w:cs/>
          <w:lang w:bidi="hi-IN"/>
        </w:rPr>
        <w:t xml:space="preserve"> </w:t>
      </w:r>
      <w:r w:rsidRPr="00CC6E1F">
        <w:rPr>
          <w:rFonts w:cs="Mangal" w:hint="cs"/>
          <w:sz w:val="24"/>
          <w:szCs w:val="24"/>
          <w:cs/>
          <w:lang w:bidi="hi-IN"/>
        </w:rPr>
        <w:t>विश्वास</w:t>
      </w:r>
      <w:r w:rsidRPr="00CC6E1F">
        <w:rPr>
          <w:rFonts w:cs="Mangal"/>
          <w:sz w:val="24"/>
          <w:szCs w:val="24"/>
          <w:cs/>
          <w:lang w:bidi="hi-IN"/>
        </w:rPr>
        <w:t xml:space="preserve"> </w:t>
      </w:r>
      <w:r w:rsidRPr="00CC6E1F">
        <w:rPr>
          <w:rFonts w:cs="Mangal" w:hint="cs"/>
          <w:sz w:val="24"/>
          <w:szCs w:val="24"/>
          <w:cs/>
          <w:lang w:bidi="hi-IN"/>
        </w:rPr>
        <w:t>करना</w:t>
      </w:r>
      <w:r w:rsidRPr="00CC6E1F">
        <w:rPr>
          <w:rFonts w:cs="Mangal"/>
          <w:sz w:val="24"/>
          <w:szCs w:val="24"/>
          <w:cs/>
          <w:lang w:bidi="hi-IN"/>
        </w:rPr>
        <w:t xml:space="preserve"> </w:t>
      </w:r>
      <w:r w:rsidRPr="00CC6E1F">
        <w:rPr>
          <w:rFonts w:cs="Mangal" w:hint="cs"/>
          <w:sz w:val="24"/>
          <w:szCs w:val="24"/>
          <w:cs/>
          <w:lang w:bidi="hi-IN"/>
        </w:rPr>
        <w:t>शुरू</w:t>
      </w:r>
      <w:r w:rsidRPr="00CC6E1F">
        <w:rPr>
          <w:rFonts w:cs="Mangal"/>
          <w:sz w:val="24"/>
          <w:szCs w:val="24"/>
          <w:cs/>
          <w:lang w:bidi="hi-IN"/>
        </w:rPr>
        <w:t xml:space="preserve"> </w:t>
      </w:r>
      <w:r w:rsidRPr="00CC6E1F">
        <w:rPr>
          <w:rFonts w:cs="Mangal" w:hint="cs"/>
          <w:sz w:val="24"/>
          <w:szCs w:val="24"/>
          <w:cs/>
          <w:lang w:bidi="hi-IN"/>
        </w:rPr>
        <w:t>करें</w:t>
      </w:r>
      <w:r w:rsidRPr="00CC6E1F">
        <w:rPr>
          <w:sz w:val="24"/>
          <w:szCs w:val="24"/>
          <w:lang w:bidi="hi-IN"/>
        </w:rPr>
        <w:t xml:space="preserve">, </w:t>
      </w:r>
      <w:r w:rsidRPr="00CC6E1F">
        <w:rPr>
          <w:rFonts w:cs="Mangal" w:hint="cs"/>
          <w:sz w:val="24"/>
          <w:szCs w:val="24"/>
          <w:cs/>
          <w:lang w:bidi="hi-IN"/>
        </w:rPr>
        <w:t>क्योंकि</w:t>
      </w:r>
      <w:r w:rsidR="000E0D1C">
        <w:rPr>
          <w:rFonts w:cs="Mangal" w:hint="cs"/>
          <w:sz w:val="24"/>
          <w:szCs w:val="24"/>
          <w:cs/>
          <w:lang w:bidi="hi-IN"/>
        </w:rPr>
        <w:t xml:space="preserve"> </w:t>
      </w:r>
      <w:r w:rsidRPr="00CC6E1F">
        <w:rPr>
          <w:rFonts w:cs="Mangal" w:hint="cs"/>
          <w:sz w:val="24"/>
          <w:szCs w:val="24"/>
          <w:cs/>
          <w:lang w:bidi="hi-IN"/>
        </w:rPr>
        <w:t>सच्ची</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वही</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जो</w:t>
      </w:r>
      <w:r w:rsidRPr="00CC6E1F">
        <w:rPr>
          <w:rFonts w:cs="Mangal"/>
          <w:sz w:val="24"/>
          <w:szCs w:val="24"/>
          <w:cs/>
          <w:lang w:bidi="hi-IN"/>
        </w:rPr>
        <w:t xml:space="preserve"> </w:t>
      </w:r>
      <w:r w:rsidRPr="00CC6E1F">
        <w:rPr>
          <w:rFonts w:cs="Mangal" w:hint="cs"/>
          <w:sz w:val="24"/>
          <w:szCs w:val="24"/>
          <w:cs/>
          <w:lang w:bidi="hi-IN"/>
        </w:rPr>
        <w:t>आपके</w:t>
      </w:r>
      <w:r w:rsidRPr="00CC6E1F">
        <w:rPr>
          <w:rFonts w:cs="Mangal"/>
          <w:sz w:val="24"/>
          <w:szCs w:val="24"/>
          <w:cs/>
          <w:lang w:bidi="hi-IN"/>
        </w:rPr>
        <w:t xml:space="preserve"> </w:t>
      </w:r>
      <w:r w:rsidRPr="00CC6E1F">
        <w:rPr>
          <w:rFonts w:cs="Mangal" w:hint="cs"/>
          <w:sz w:val="24"/>
          <w:szCs w:val="24"/>
          <w:cs/>
          <w:lang w:bidi="hi-IN"/>
        </w:rPr>
        <w:t>व्यक्तित्व</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निखारे</w:t>
      </w:r>
      <w:r w:rsidRPr="00CC6E1F">
        <w:rPr>
          <w:rFonts w:cs="Mangal"/>
          <w:sz w:val="24"/>
          <w:szCs w:val="24"/>
          <w:cs/>
          <w:lang w:bidi="hi-IN"/>
        </w:rPr>
        <w:t xml:space="preserve"> </w:t>
      </w:r>
      <w:r w:rsidRPr="00CC6E1F">
        <w:rPr>
          <w:rFonts w:cs="Mangal" w:hint="cs"/>
          <w:sz w:val="24"/>
          <w:szCs w:val="24"/>
          <w:cs/>
          <w:lang w:bidi="hi-IN"/>
        </w:rPr>
        <w:t>और</w:t>
      </w:r>
      <w:r w:rsidRPr="00CC6E1F">
        <w:rPr>
          <w:rFonts w:cs="Mangal"/>
          <w:sz w:val="24"/>
          <w:szCs w:val="24"/>
          <w:cs/>
          <w:lang w:bidi="hi-IN"/>
        </w:rPr>
        <w:t xml:space="preserve"> </w:t>
      </w:r>
      <w:r w:rsidRPr="00CC6E1F">
        <w:rPr>
          <w:rFonts w:cs="Mangal" w:hint="cs"/>
          <w:sz w:val="24"/>
          <w:szCs w:val="24"/>
          <w:cs/>
          <w:lang w:bidi="hi-IN"/>
        </w:rPr>
        <w:t>समाज</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लिए</w:t>
      </w:r>
      <w:r w:rsidRPr="00CC6E1F">
        <w:rPr>
          <w:rFonts w:cs="Mangal"/>
          <w:sz w:val="24"/>
          <w:szCs w:val="24"/>
          <w:cs/>
          <w:lang w:bidi="hi-IN"/>
        </w:rPr>
        <w:t xml:space="preserve"> </w:t>
      </w:r>
      <w:r w:rsidRPr="00CC6E1F">
        <w:rPr>
          <w:rFonts w:cs="Mangal" w:hint="cs"/>
          <w:sz w:val="24"/>
          <w:szCs w:val="24"/>
          <w:cs/>
          <w:lang w:bidi="hi-IN"/>
        </w:rPr>
        <w:t>उपयोगी</w:t>
      </w:r>
      <w:r w:rsidRPr="00CC6E1F">
        <w:rPr>
          <w:rFonts w:cs="Mangal"/>
          <w:sz w:val="24"/>
          <w:szCs w:val="24"/>
          <w:cs/>
          <w:lang w:bidi="hi-IN"/>
        </w:rPr>
        <w:t xml:space="preserve"> </w:t>
      </w:r>
      <w:r w:rsidRPr="00CC6E1F">
        <w:rPr>
          <w:rFonts w:cs="Mangal" w:hint="cs"/>
          <w:sz w:val="24"/>
          <w:szCs w:val="24"/>
          <w:cs/>
          <w:lang w:bidi="hi-IN"/>
        </w:rPr>
        <w:t>बने।</w:t>
      </w:r>
      <w:r w:rsidRPr="00CC6E1F">
        <w:rPr>
          <w:rFonts w:hint="eastAsia"/>
          <w:sz w:val="24"/>
          <w:szCs w:val="24"/>
          <w:lang w:bidi="hi-IN"/>
        </w:rPr>
        <w:t>”</w:t>
      </w:r>
      <w:r w:rsidRPr="00CC6E1F">
        <w:rPr>
          <w:sz w:val="24"/>
          <w:szCs w:val="24"/>
          <w:lang w:bidi="hi-IN"/>
        </w:rPr>
        <w:t xml:space="preserve"> </w:t>
      </w:r>
      <w:r w:rsidRPr="00CC6E1F">
        <w:rPr>
          <w:rFonts w:cs="Mangal" w:hint="cs"/>
          <w:sz w:val="24"/>
          <w:szCs w:val="24"/>
          <w:cs/>
          <w:lang w:bidi="hi-IN"/>
        </w:rPr>
        <w:t>कार्यक्रम</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समापन</w:t>
      </w:r>
      <w:r w:rsidRPr="00CC6E1F">
        <w:rPr>
          <w:rFonts w:cs="Mangal"/>
          <w:sz w:val="24"/>
          <w:szCs w:val="24"/>
          <w:cs/>
          <w:lang w:bidi="hi-IN"/>
        </w:rPr>
        <w:t xml:space="preserve"> </w:t>
      </w:r>
      <w:r w:rsidRPr="00CC6E1F">
        <w:rPr>
          <w:rFonts w:cs="Mangal" w:hint="cs"/>
          <w:sz w:val="24"/>
          <w:szCs w:val="24"/>
          <w:cs/>
          <w:lang w:bidi="hi-IN"/>
        </w:rPr>
        <w:t>गरिमामय</w:t>
      </w:r>
      <w:r w:rsidRPr="00CC6E1F">
        <w:rPr>
          <w:rFonts w:cs="Mangal"/>
          <w:sz w:val="24"/>
          <w:szCs w:val="24"/>
          <w:cs/>
          <w:lang w:bidi="hi-IN"/>
        </w:rPr>
        <w:t xml:space="preserve"> </w:t>
      </w:r>
      <w:r w:rsidRPr="00CC6E1F">
        <w:rPr>
          <w:rFonts w:cs="Mangal" w:hint="cs"/>
          <w:sz w:val="24"/>
          <w:szCs w:val="24"/>
          <w:cs/>
          <w:lang w:bidi="hi-IN"/>
        </w:rPr>
        <w:t>वातावरण</w:t>
      </w:r>
      <w:r w:rsidRPr="00CC6E1F">
        <w:rPr>
          <w:rFonts w:cs="Mangal"/>
          <w:sz w:val="24"/>
          <w:szCs w:val="24"/>
          <w:cs/>
          <w:lang w:bidi="hi-IN"/>
        </w:rPr>
        <w:t xml:space="preserve"> </w:t>
      </w:r>
      <w:r w:rsidRPr="00CC6E1F">
        <w:rPr>
          <w:rFonts w:cs="Mangal" w:hint="cs"/>
          <w:sz w:val="24"/>
          <w:szCs w:val="24"/>
          <w:cs/>
          <w:lang w:bidi="hi-IN"/>
        </w:rPr>
        <w:t>में</w:t>
      </w:r>
      <w:r w:rsidRPr="00CC6E1F">
        <w:rPr>
          <w:rFonts w:cs="Mangal"/>
          <w:sz w:val="24"/>
          <w:szCs w:val="24"/>
          <w:cs/>
          <w:lang w:bidi="hi-IN"/>
        </w:rPr>
        <w:t xml:space="preserve"> </w:t>
      </w:r>
      <w:r w:rsidRPr="00CC6E1F">
        <w:rPr>
          <w:rFonts w:cs="Mangal" w:hint="cs"/>
          <w:sz w:val="24"/>
          <w:szCs w:val="24"/>
          <w:cs/>
          <w:lang w:bidi="hi-IN"/>
        </w:rPr>
        <w:t>हुआ।</w:t>
      </w:r>
      <w:r w:rsidRPr="00CC6E1F">
        <w:rPr>
          <w:rFonts w:cs="Mangal"/>
          <w:sz w:val="24"/>
          <w:szCs w:val="24"/>
          <w:cs/>
          <w:lang w:bidi="hi-IN"/>
        </w:rPr>
        <w:t xml:space="preserve"> </w:t>
      </w:r>
      <w:r w:rsidRPr="00CC6E1F">
        <w:rPr>
          <w:rFonts w:cs="Mangal" w:hint="cs"/>
          <w:sz w:val="24"/>
          <w:szCs w:val="24"/>
          <w:cs/>
          <w:lang w:bidi="hi-IN"/>
        </w:rPr>
        <w:t>इस</w:t>
      </w:r>
      <w:r w:rsidRPr="00CC6E1F">
        <w:rPr>
          <w:rFonts w:cs="Mangal"/>
          <w:sz w:val="24"/>
          <w:szCs w:val="24"/>
          <w:cs/>
          <w:lang w:bidi="hi-IN"/>
        </w:rPr>
        <w:t xml:space="preserve"> </w:t>
      </w:r>
      <w:r w:rsidRPr="00CC6E1F">
        <w:rPr>
          <w:rFonts w:cs="Mangal" w:hint="cs"/>
          <w:sz w:val="24"/>
          <w:szCs w:val="24"/>
          <w:cs/>
          <w:lang w:bidi="hi-IN"/>
        </w:rPr>
        <w:t>अवसर</w:t>
      </w:r>
      <w:r w:rsidRPr="00CC6E1F">
        <w:rPr>
          <w:rFonts w:cs="Mangal"/>
          <w:sz w:val="24"/>
          <w:szCs w:val="24"/>
          <w:cs/>
          <w:lang w:bidi="hi-IN"/>
        </w:rPr>
        <w:t xml:space="preserve"> </w:t>
      </w:r>
      <w:r w:rsidRPr="00CC6E1F">
        <w:rPr>
          <w:rFonts w:cs="Mangal" w:hint="cs"/>
          <w:sz w:val="24"/>
          <w:szCs w:val="24"/>
          <w:cs/>
          <w:lang w:bidi="hi-IN"/>
        </w:rPr>
        <w:t>पर</w:t>
      </w:r>
      <w:r w:rsidRPr="00CC6E1F">
        <w:rPr>
          <w:rFonts w:cs="Mangal"/>
          <w:sz w:val="24"/>
          <w:szCs w:val="24"/>
          <w:cs/>
          <w:lang w:bidi="hi-IN"/>
        </w:rPr>
        <w:t xml:space="preserve"> </w:t>
      </w:r>
      <w:r w:rsidRPr="00CC6E1F">
        <w:rPr>
          <w:rFonts w:cs="Mangal" w:hint="cs"/>
          <w:sz w:val="24"/>
          <w:szCs w:val="24"/>
          <w:cs/>
          <w:lang w:bidi="hi-IN"/>
        </w:rPr>
        <w:t>महाविद्यालय</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ओर</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मुख्य</w:t>
      </w:r>
      <w:r w:rsidRPr="00CC6E1F">
        <w:rPr>
          <w:rFonts w:cs="Mangal"/>
          <w:sz w:val="24"/>
          <w:szCs w:val="24"/>
          <w:cs/>
          <w:lang w:bidi="hi-IN"/>
        </w:rPr>
        <w:t xml:space="preserve"> </w:t>
      </w:r>
      <w:r w:rsidRPr="00CC6E1F">
        <w:rPr>
          <w:rFonts w:cs="Mangal" w:hint="cs"/>
          <w:sz w:val="24"/>
          <w:szCs w:val="24"/>
          <w:cs/>
          <w:lang w:bidi="hi-IN"/>
        </w:rPr>
        <w:t>वक्ता</w:t>
      </w:r>
      <w:r w:rsidRPr="00CC6E1F">
        <w:rPr>
          <w:rFonts w:cs="Mangal"/>
          <w:sz w:val="24"/>
          <w:szCs w:val="24"/>
          <w:cs/>
          <w:lang w:bidi="hi-IN"/>
        </w:rPr>
        <w:t xml:space="preserve"> </w:t>
      </w:r>
      <w:r w:rsidRPr="00CC6E1F">
        <w:rPr>
          <w:rFonts w:cs="Mangal" w:hint="cs"/>
          <w:sz w:val="24"/>
          <w:szCs w:val="24"/>
          <w:cs/>
          <w:lang w:bidi="hi-IN"/>
        </w:rPr>
        <w:t>डॉ</w:t>
      </w:r>
      <w:r w:rsidRPr="00CC6E1F">
        <w:rPr>
          <w:rFonts w:cs="Mangal"/>
          <w:sz w:val="24"/>
          <w:szCs w:val="24"/>
          <w:cs/>
          <w:lang w:bidi="hi-IN"/>
        </w:rPr>
        <w:t xml:space="preserve">. </w:t>
      </w:r>
      <w:r w:rsidRPr="00CC6E1F">
        <w:rPr>
          <w:rFonts w:cs="Mangal" w:hint="cs"/>
          <w:sz w:val="24"/>
          <w:szCs w:val="24"/>
          <w:cs/>
          <w:lang w:bidi="hi-IN"/>
        </w:rPr>
        <w:t>हामिद</w:t>
      </w:r>
      <w:r w:rsidRPr="00CC6E1F">
        <w:rPr>
          <w:rFonts w:cs="Mangal"/>
          <w:sz w:val="24"/>
          <w:szCs w:val="24"/>
          <w:cs/>
          <w:lang w:bidi="hi-IN"/>
        </w:rPr>
        <w:t xml:space="preserve"> </w:t>
      </w:r>
      <w:r w:rsidRPr="00CC6E1F">
        <w:rPr>
          <w:rFonts w:cs="Mangal" w:hint="cs"/>
          <w:sz w:val="24"/>
          <w:szCs w:val="24"/>
          <w:cs/>
          <w:lang w:bidi="hi-IN"/>
        </w:rPr>
        <w:t>खान</w:t>
      </w:r>
      <w:r w:rsidRPr="00CC6E1F">
        <w:rPr>
          <w:rFonts w:cs="Mangal"/>
          <w:sz w:val="24"/>
          <w:szCs w:val="24"/>
          <w:cs/>
          <w:lang w:bidi="hi-IN"/>
        </w:rPr>
        <w:t xml:space="preserve"> </w:t>
      </w:r>
      <w:r w:rsidRPr="00CC6E1F">
        <w:rPr>
          <w:rFonts w:cs="Mangal" w:hint="cs"/>
          <w:sz w:val="24"/>
          <w:szCs w:val="24"/>
          <w:cs/>
          <w:lang w:bidi="hi-IN"/>
        </w:rPr>
        <w:t>कोस्मृति</w:t>
      </w:r>
      <w:r w:rsidRPr="00CC6E1F">
        <w:rPr>
          <w:rFonts w:cs="Mangal"/>
          <w:sz w:val="24"/>
          <w:szCs w:val="24"/>
          <w:cs/>
          <w:lang w:bidi="hi-IN"/>
        </w:rPr>
        <w:t>-</w:t>
      </w:r>
      <w:r w:rsidRPr="00CC6E1F">
        <w:rPr>
          <w:rFonts w:cs="Mangal" w:hint="cs"/>
          <w:sz w:val="24"/>
          <w:szCs w:val="24"/>
          <w:cs/>
          <w:lang w:bidi="hi-IN"/>
        </w:rPr>
        <w:t>चिह्न</w:t>
      </w:r>
      <w:r w:rsidRPr="00CC6E1F">
        <w:rPr>
          <w:rFonts w:cs="Mangal"/>
          <w:sz w:val="24"/>
          <w:szCs w:val="24"/>
          <w:cs/>
          <w:lang w:bidi="hi-IN"/>
        </w:rPr>
        <w:t xml:space="preserve"> </w:t>
      </w:r>
      <w:r w:rsidRPr="00CC6E1F">
        <w:rPr>
          <w:rFonts w:cs="Mangal" w:hint="cs"/>
          <w:sz w:val="24"/>
          <w:szCs w:val="24"/>
          <w:cs/>
          <w:lang w:bidi="hi-IN"/>
        </w:rPr>
        <w:t>भेंट</w:t>
      </w:r>
      <w:r w:rsidRPr="00CC6E1F">
        <w:rPr>
          <w:rFonts w:cs="Mangal"/>
          <w:sz w:val="24"/>
          <w:szCs w:val="24"/>
          <w:cs/>
          <w:lang w:bidi="hi-IN"/>
        </w:rPr>
        <w:t xml:space="preserve"> </w:t>
      </w:r>
      <w:r w:rsidRPr="00CC6E1F">
        <w:rPr>
          <w:rFonts w:cs="Mangal" w:hint="cs"/>
          <w:sz w:val="24"/>
          <w:szCs w:val="24"/>
          <w:cs/>
          <w:lang w:bidi="hi-IN"/>
        </w:rPr>
        <w:t>कर</w:t>
      </w:r>
      <w:r w:rsidRPr="00CC6E1F">
        <w:rPr>
          <w:rFonts w:cs="Mangal"/>
          <w:sz w:val="24"/>
          <w:szCs w:val="24"/>
          <w:cs/>
          <w:lang w:bidi="hi-IN"/>
        </w:rPr>
        <w:t xml:space="preserve"> </w:t>
      </w:r>
      <w:r w:rsidRPr="00CC6E1F">
        <w:rPr>
          <w:rFonts w:cs="Mangal" w:hint="cs"/>
          <w:sz w:val="24"/>
          <w:szCs w:val="24"/>
          <w:cs/>
          <w:lang w:bidi="hi-IN"/>
        </w:rPr>
        <w:t>सम्मानितकिया</w:t>
      </w:r>
      <w:r w:rsidRPr="00CC6E1F">
        <w:rPr>
          <w:rFonts w:cs="Mangal"/>
          <w:sz w:val="24"/>
          <w:szCs w:val="24"/>
          <w:cs/>
          <w:lang w:bidi="hi-IN"/>
        </w:rPr>
        <w:t xml:space="preserve"> </w:t>
      </w:r>
      <w:r w:rsidRPr="00CC6E1F">
        <w:rPr>
          <w:rFonts w:cs="Mangal" w:hint="cs"/>
          <w:sz w:val="24"/>
          <w:szCs w:val="24"/>
          <w:cs/>
          <w:lang w:bidi="hi-IN"/>
        </w:rPr>
        <w:t>गया।अंत</w:t>
      </w:r>
      <w:r w:rsidRPr="00CC6E1F">
        <w:rPr>
          <w:rFonts w:cs="Mangal"/>
          <w:sz w:val="24"/>
          <w:szCs w:val="24"/>
          <w:cs/>
          <w:lang w:bidi="hi-IN"/>
        </w:rPr>
        <w:t xml:space="preserve"> </w:t>
      </w:r>
      <w:r w:rsidRPr="00CC6E1F">
        <w:rPr>
          <w:rFonts w:cs="Mangal" w:hint="cs"/>
          <w:sz w:val="24"/>
          <w:szCs w:val="24"/>
          <w:cs/>
          <w:lang w:bidi="hi-IN"/>
        </w:rPr>
        <w:t>मेंप्रो</w:t>
      </w:r>
      <w:r w:rsidRPr="00CC6E1F">
        <w:rPr>
          <w:rFonts w:cs="Mangal"/>
          <w:sz w:val="24"/>
          <w:szCs w:val="24"/>
          <w:cs/>
          <w:lang w:bidi="hi-IN"/>
        </w:rPr>
        <w:t xml:space="preserve">. </w:t>
      </w:r>
      <w:r w:rsidRPr="00CC6E1F">
        <w:rPr>
          <w:rFonts w:cs="Mangal" w:hint="cs"/>
          <w:sz w:val="24"/>
          <w:szCs w:val="24"/>
          <w:cs/>
          <w:lang w:bidi="hi-IN"/>
        </w:rPr>
        <w:t>चिरंजीव</w:t>
      </w:r>
      <w:r w:rsidRPr="00CC6E1F">
        <w:rPr>
          <w:rFonts w:cs="Mangal"/>
          <w:sz w:val="24"/>
          <w:szCs w:val="24"/>
          <w:cs/>
          <w:lang w:bidi="hi-IN"/>
        </w:rPr>
        <w:t xml:space="preserve"> </w:t>
      </w:r>
      <w:r w:rsidRPr="00CC6E1F">
        <w:rPr>
          <w:rFonts w:cs="Mangal" w:hint="cs"/>
          <w:sz w:val="24"/>
          <w:szCs w:val="24"/>
          <w:cs/>
          <w:lang w:bidi="hi-IN"/>
        </w:rPr>
        <w:t>पाण्डेयने</w:t>
      </w:r>
      <w:r w:rsidRPr="00CC6E1F">
        <w:rPr>
          <w:rFonts w:cs="Mangal"/>
          <w:sz w:val="24"/>
          <w:szCs w:val="24"/>
          <w:cs/>
          <w:lang w:bidi="hi-IN"/>
        </w:rPr>
        <w:t xml:space="preserve"> </w:t>
      </w:r>
      <w:r w:rsidRPr="00CC6E1F">
        <w:rPr>
          <w:rFonts w:cs="Mangal" w:hint="cs"/>
          <w:sz w:val="24"/>
          <w:szCs w:val="24"/>
          <w:cs/>
          <w:lang w:bidi="hi-IN"/>
        </w:rPr>
        <w:t>मुख्य</w:t>
      </w:r>
      <w:r w:rsidRPr="00CC6E1F">
        <w:rPr>
          <w:rFonts w:cs="Mangal"/>
          <w:sz w:val="24"/>
          <w:szCs w:val="24"/>
          <w:cs/>
          <w:lang w:bidi="hi-IN"/>
        </w:rPr>
        <w:t xml:space="preserve"> </w:t>
      </w:r>
      <w:r w:rsidRPr="00CC6E1F">
        <w:rPr>
          <w:rFonts w:cs="Mangal" w:hint="cs"/>
          <w:sz w:val="24"/>
          <w:szCs w:val="24"/>
          <w:cs/>
          <w:lang w:bidi="hi-IN"/>
        </w:rPr>
        <w:t>वक्ता</w:t>
      </w:r>
      <w:r w:rsidRPr="00CC6E1F">
        <w:rPr>
          <w:sz w:val="24"/>
          <w:szCs w:val="24"/>
          <w:lang w:bidi="hi-IN"/>
        </w:rPr>
        <w:t xml:space="preserve">, </w:t>
      </w:r>
      <w:r w:rsidRPr="00CC6E1F">
        <w:rPr>
          <w:rFonts w:cs="Mangal" w:hint="cs"/>
          <w:sz w:val="24"/>
          <w:szCs w:val="24"/>
          <w:cs/>
          <w:lang w:bidi="hi-IN"/>
        </w:rPr>
        <w:t>प्राचार्य</w:t>
      </w:r>
      <w:r w:rsidRPr="00CC6E1F">
        <w:rPr>
          <w:sz w:val="24"/>
          <w:szCs w:val="24"/>
          <w:lang w:bidi="hi-IN"/>
        </w:rPr>
        <w:t xml:space="preserve">, </w:t>
      </w:r>
      <w:r w:rsidRPr="00CC6E1F">
        <w:rPr>
          <w:rFonts w:cs="Mangal" w:hint="cs"/>
          <w:sz w:val="24"/>
          <w:szCs w:val="24"/>
          <w:cs/>
          <w:lang w:bidi="hi-IN"/>
        </w:rPr>
        <w:t>रोजगार</w:t>
      </w:r>
      <w:r w:rsidRPr="00CC6E1F">
        <w:rPr>
          <w:rFonts w:cs="Mangal"/>
          <w:sz w:val="24"/>
          <w:szCs w:val="24"/>
          <w:cs/>
          <w:lang w:bidi="hi-IN"/>
        </w:rPr>
        <w:t xml:space="preserve"> </w:t>
      </w:r>
      <w:r w:rsidRPr="00CC6E1F">
        <w:rPr>
          <w:rFonts w:cs="Mangal" w:hint="cs"/>
          <w:sz w:val="24"/>
          <w:szCs w:val="24"/>
          <w:cs/>
          <w:lang w:bidi="hi-IN"/>
        </w:rPr>
        <w:t>मार्गदर्शन</w:t>
      </w:r>
      <w:r w:rsidRPr="00CC6E1F">
        <w:rPr>
          <w:rFonts w:cs="Mangal"/>
          <w:sz w:val="24"/>
          <w:szCs w:val="24"/>
          <w:cs/>
          <w:lang w:bidi="hi-IN"/>
        </w:rPr>
        <w:t xml:space="preserve"> </w:t>
      </w:r>
      <w:r w:rsidRPr="00CC6E1F">
        <w:rPr>
          <w:rFonts w:cs="Mangal" w:hint="cs"/>
          <w:sz w:val="24"/>
          <w:szCs w:val="24"/>
          <w:cs/>
          <w:lang w:bidi="hi-IN"/>
        </w:rPr>
        <w:t>प्रकोष्ठ</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संयोजक</w:t>
      </w:r>
      <w:r w:rsidRPr="00CC6E1F">
        <w:rPr>
          <w:sz w:val="24"/>
          <w:szCs w:val="24"/>
          <w:lang w:bidi="hi-IN"/>
        </w:rPr>
        <w:t xml:space="preserve">, </w:t>
      </w:r>
      <w:r w:rsidRPr="00CC6E1F">
        <w:rPr>
          <w:rFonts w:cs="Mangal" w:hint="cs"/>
          <w:sz w:val="24"/>
          <w:szCs w:val="24"/>
          <w:cs/>
          <w:lang w:bidi="hi-IN"/>
        </w:rPr>
        <w:t>सभी</w:t>
      </w:r>
      <w:r w:rsidRPr="00CC6E1F">
        <w:rPr>
          <w:rFonts w:cs="Mangal"/>
          <w:sz w:val="24"/>
          <w:szCs w:val="24"/>
          <w:cs/>
          <w:lang w:bidi="hi-IN"/>
        </w:rPr>
        <w:t xml:space="preserve"> </w:t>
      </w:r>
      <w:r w:rsidRPr="00CC6E1F">
        <w:rPr>
          <w:rFonts w:cs="Mangal" w:hint="cs"/>
          <w:sz w:val="24"/>
          <w:szCs w:val="24"/>
          <w:cs/>
          <w:lang w:bidi="hi-IN"/>
        </w:rPr>
        <w:t>उपस्थित</w:t>
      </w:r>
      <w:r w:rsidRPr="00CC6E1F">
        <w:rPr>
          <w:rFonts w:cs="Mangal"/>
          <w:sz w:val="24"/>
          <w:szCs w:val="24"/>
          <w:cs/>
          <w:lang w:bidi="hi-IN"/>
        </w:rPr>
        <w:t xml:space="preserve"> </w:t>
      </w:r>
      <w:r w:rsidRPr="00CC6E1F">
        <w:rPr>
          <w:rFonts w:cs="Mangal" w:hint="cs"/>
          <w:sz w:val="24"/>
          <w:szCs w:val="24"/>
          <w:cs/>
          <w:lang w:bidi="hi-IN"/>
        </w:rPr>
        <w:t>अतिथियों</w:t>
      </w:r>
      <w:r w:rsidRPr="00CC6E1F">
        <w:rPr>
          <w:rFonts w:cs="Mangal"/>
          <w:sz w:val="24"/>
          <w:szCs w:val="24"/>
          <w:cs/>
          <w:lang w:bidi="hi-IN"/>
        </w:rPr>
        <w:t xml:space="preserve"> </w:t>
      </w:r>
      <w:r w:rsidRPr="00CC6E1F">
        <w:rPr>
          <w:rFonts w:cs="Mangal" w:hint="cs"/>
          <w:sz w:val="24"/>
          <w:szCs w:val="24"/>
          <w:cs/>
          <w:lang w:bidi="hi-IN"/>
        </w:rPr>
        <w:t>एवं</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w:t>
      </w:r>
      <w:r w:rsidRPr="00CC6E1F">
        <w:rPr>
          <w:rFonts w:cs="Mangal" w:hint="cs"/>
          <w:sz w:val="24"/>
          <w:szCs w:val="24"/>
          <w:cs/>
          <w:lang w:bidi="hi-IN"/>
        </w:rPr>
        <w:t>छात्राओं</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हृदय</w:t>
      </w:r>
      <w:r w:rsidRPr="00CC6E1F">
        <w:rPr>
          <w:rFonts w:cs="Mangal"/>
          <w:sz w:val="24"/>
          <w:szCs w:val="24"/>
          <w:cs/>
          <w:lang w:bidi="hi-IN"/>
        </w:rPr>
        <w:t xml:space="preserve"> </w:t>
      </w:r>
      <w:r w:rsidRPr="00CC6E1F">
        <w:rPr>
          <w:rFonts w:cs="Mangal" w:hint="cs"/>
          <w:sz w:val="24"/>
          <w:szCs w:val="24"/>
          <w:cs/>
          <w:lang w:bidi="hi-IN"/>
        </w:rPr>
        <w:t>से</w:t>
      </w:r>
      <w:r w:rsidRPr="00CC6E1F">
        <w:rPr>
          <w:rFonts w:cs="Mangal"/>
          <w:sz w:val="24"/>
          <w:szCs w:val="24"/>
          <w:cs/>
          <w:lang w:bidi="hi-IN"/>
        </w:rPr>
        <w:t xml:space="preserve"> </w:t>
      </w:r>
      <w:r w:rsidRPr="00CC6E1F">
        <w:rPr>
          <w:rFonts w:cs="Mangal" w:hint="cs"/>
          <w:sz w:val="24"/>
          <w:szCs w:val="24"/>
          <w:cs/>
          <w:lang w:bidi="hi-IN"/>
        </w:rPr>
        <w:t>आभार</w:t>
      </w:r>
      <w:r w:rsidRPr="00CC6E1F">
        <w:rPr>
          <w:rFonts w:cs="Mangal"/>
          <w:sz w:val="24"/>
          <w:szCs w:val="24"/>
          <w:cs/>
          <w:lang w:bidi="hi-IN"/>
        </w:rPr>
        <w:t xml:space="preserve"> </w:t>
      </w:r>
      <w:r w:rsidRPr="00CC6E1F">
        <w:rPr>
          <w:rFonts w:cs="Mangal" w:hint="cs"/>
          <w:sz w:val="24"/>
          <w:szCs w:val="24"/>
          <w:cs/>
          <w:lang w:bidi="hi-IN"/>
        </w:rPr>
        <w:t>व्यक्त</w:t>
      </w:r>
      <w:r w:rsidRPr="00CC6E1F">
        <w:rPr>
          <w:rFonts w:cs="Mangal"/>
          <w:sz w:val="24"/>
          <w:szCs w:val="24"/>
          <w:cs/>
          <w:lang w:bidi="hi-IN"/>
        </w:rPr>
        <w:t xml:space="preserve"> </w:t>
      </w:r>
      <w:r w:rsidRPr="00CC6E1F">
        <w:rPr>
          <w:rFonts w:cs="Mangal" w:hint="cs"/>
          <w:sz w:val="24"/>
          <w:szCs w:val="24"/>
          <w:cs/>
          <w:lang w:bidi="hi-IN"/>
        </w:rPr>
        <w:t>किया।</w:t>
      </w:r>
      <w:r w:rsidRPr="00CC6E1F">
        <w:rPr>
          <w:rFonts w:cs="Mangal"/>
          <w:sz w:val="24"/>
          <w:szCs w:val="24"/>
          <w:cs/>
          <w:lang w:bidi="hi-IN"/>
        </w:rPr>
        <w:t xml:space="preserve"> </w:t>
      </w:r>
      <w:r w:rsidRPr="00CC6E1F">
        <w:rPr>
          <w:rFonts w:cs="Mangal" w:hint="cs"/>
          <w:sz w:val="24"/>
          <w:szCs w:val="24"/>
          <w:cs/>
          <w:lang w:bidi="hi-IN"/>
        </w:rPr>
        <w:t>उन्होंने</w:t>
      </w:r>
      <w:r w:rsidRPr="00CC6E1F">
        <w:rPr>
          <w:rFonts w:cs="Mangal"/>
          <w:sz w:val="24"/>
          <w:szCs w:val="24"/>
          <w:cs/>
          <w:lang w:bidi="hi-IN"/>
        </w:rPr>
        <w:t xml:space="preserve"> </w:t>
      </w:r>
      <w:r w:rsidRPr="00CC6E1F">
        <w:rPr>
          <w:rFonts w:cs="Mangal" w:hint="cs"/>
          <w:sz w:val="24"/>
          <w:szCs w:val="24"/>
          <w:cs/>
          <w:lang w:bidi="hi-IN"/>
        </w:rPr>
        <w:t>कहा</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इस</w:t>
      </w:r>
      <w:r w:rsidRPr="00CC6E1F">
        <w:rPr>
          <w:rFonts w:cs="Mangal"/>
          <w:sz w:val="24"/>
          <w:szCs w:val="24"/>
          <w:cs/>
          <w:lang w:bidi="hi-IN"/>
        </w:rPr>
        <w:t xml:space="preserve"> </w:t>
      </w:r>
      <w:r w:rsidRPr="00CC6E1F">
        <w:rPr>
          <w:rFonts w:cs="Mangal" w:hint="cs"/>
          <w:sz w:val="24"/>
          <w:szCs w:val="24"/>
          <w:cs/>
          <w:lang w:bidi="hi-IN"/>
        </w:rPr>
        <w:t>प्रकार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आयोजन</w:t>
      </w:r>
      <w:r w:rsidRPr="00CC6E1F">
        <w:rPr>
          <w:rFonts w:cs="Mangal"/>
          <w:sz w:val="24"/>
          <w:szCs w:val="24"/>
          <w:cs/>
          <w:lang w:bidi="hi-IN"/>
        </w:rPr>
        <w:t xml:space="preserve"> </w:t>
      </w:r>
      <w:r w:rsidRPr="00CC6E1F">
        <w:rPr>
          <w:rFonts w:cs="Mangal" w:hint="cs"/>
          <w:sz w:val="24"/>
          <w:szCs w:val="24"/>
          <w:cs/>
          <w:lang w:bidi="hi-IN"/>
        </w:rPr>
        <w:t>छात्रों</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न</w:t>
      </w:r>
      <w:r w:rsidRPr="00CC6E1F">
        <w:rPr>
          <w:rFonts w:cs="Mangal"/>
          <w:sz w:val="24"/>
          <w:szCs w:val="24"/>
          <w:cs/>
          <w:lang w:bidi="hi-IN"/>
        </w:rPr>
        <w:t xml:space="preserve"> </w:t>
      </w:r>
      <w:r w:rsidRPr="00CC6E1F">
        <w:rPr>
          <w:rFonts w:cs="Mangal" w:hint="cs"/>
          <w:sz w:val="24"/>
          <w:szCs w:val="24"/>
          <w:cs/>
          <w:lang w:bidi="hi-IN"/>
        </w:rPr>
        <w:t>केवल</w:t>
      </w:r>
      <w:r w:rsidRPr="00CC6E1F">
        <w:rPr>
          <w:rFonts w:cs="Mangal"/>
          <w:sz w:val="24"/>
          <w:szCs w:val="24"/>
          <w:cs/>
          <w:lang w:bidi="hi-IN"/>
        </w:rPr>
        <w:t xml:space="preserve"> </w:t>
      </w:r>
      <w:r w:rsidRPr="00CC6E1F">
        <w:rPr>
          <w:rFonts w:cs="Mangal" w:hint="cs"/>
          <w:sz w:val="24"/>
          <w:szCs w:val="24"/>
          <w:cs/>
          <w:lang w:bidi="hi-IN"/>
        </w:rPr>
        <w:t>प्रेरणा</w:t>
      </w:r>
      <w:r w:rsidRPr="00CC6E1F">
        <w:rPr>
          <w:rFonts w:cs="Mangal"/>
          <w:sz w:val="24"/>
          <w:szCs w:val="24"/>
          <w:cs/>
          <w:lang w:bidi="hi-IN"/>
        </w:rPr>
        <w:t xml:space="preserve"> </w:t>
      </w:r>
      <w:r w:rsidRPr="00CC6E1F">
        <w:rPr>
          <w:rFonts w:cs="Mangal" w:hint="cs"/>
          <w:sz w:val="24"/>
          <w:szCs w:val="24"/>
          <w:cs/>
          <w:lang w:bidi="hi-IN"/>
        </w:rPr>
        <w:t>देते</w:t>
      </w:r>
      <w:r w:rsidRPr="00CC6E1F">
        <w:rPr>
          <w:rFonts w:cs="Mangal"/>
          <w:sz w:val="24"/>
          <w:szCs w:val="24"/>
          <w:cs/>
          <w:lang w:bidi="hi-IN"/>
        </w:rPr>
        <w:t xml:space="preserve"> </w:t>
      </w:r>
      <w:r w:rsidRPr="00CC6E1F">
        <w:rPr>
          <w:rFonts w:cs="Mangal" w:hint="cs"/>
          <w:sz w:val="24"/>
          <w:szCs w:val="24"/>
          <w:cs/>
          <w:lang w:bidi="hi-IN"/>
        </w:rPr>
        <w:t>हैं</w:t>
      </w:r>
      <w:r w:rsidRPr="00CC6E1F">
        <w:rPr>
          <w:rFonts w:cs="Mangal"/>
          <w:sz w:val="24"/>
          <w:szCs w:val="24"/>
          <w:cs/>
          <w:lang w:bidi="hi-IN"/>
        </w:rPr>
        <w:t xml:space="preserve"> </w:t>
      </w:r>
      <w:r w:rsidRPr="00CC6E1F">
        <w:rPr>
          <w:rFonts w:cs="Mangal" w:hint="cs"/>
          <w:sz w:val="24"/>
          <w:szCs w:val="24"/>
          <w:cs/>
          <w:lang w:bidi="hi-IN"/>
        </w:rPr>
        <w:t>बल्कि</w:t>
      </w:r>
      <w:r w:rsidRPr="00CC6E1F">
        <w:rPr>
          <w:rFonts w:cs="Mangal"/>
          <w:sz w:val="24"/>
          <w:szCs w:val="24"/>
          <w:cs/>
          <w:lang w:bidi="hi-IN"/>
        </w:rPr>
        <w:t xml:space="preserve"> </w:t>
      </w:r>
      <w:r w:rsidRPr="00CC6E1F">
        <w:rPr>
          <w:rFonts w:cs="Mangal" w:hint="cs"/>
          <w:sz w:val="24"/>
          <w:szCs w:val="24"/>
          <w:cs/>
          <w:lang w:bidi="hi-IN"/>
        </w:rPr>
        <w:t>उन्हें</w:t>
      </w:r>
      <w:r w:rsidRPr="00CC6E1F">
        <w:rPr>
          <w:rFonts w:cs="Mangal"/>
          <w:sz w:val="24"/>
          <w:szCs w:val="24"/>
          <w:cs/>
          <w:lang w:bidi="hi-IN"/>
        </w:rPr>
        <w:t xml:space="preserve"> </w:t>
      </w:r>
      <w:r w:rsidRPr="00CC6E1F">
        <w:rPr>
          <w:rFonts w:cs="Mangal" w:hint="cs"/>
          <w:sz w:val="24"/>
          <w:szCs w:val="24"/>
          <w:cs/>
          <w:lang w:bidi="hi-IN"/>
        </w:rPr>
        <w:t>सफलता</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ओर</w:t>
      </w:r>
      <w:r w:rsidRPr="00CC6E1F">
        <w:rPr>
          <w:rFonts w:cs="Mangal"/>
          <w:sz w:val="24"/>
          <w:szCs w:val="24"/>
          <w:cs/>
          <w:lang w:bidi="hi-IN"/>
        </w:rPr>
        <w:t xml:space="preserve"> </w:t>
      </w:r>
      <w:r w:rsidRPr="00CC6E1F">
        <w:rPr>
          <w:rFonts w:cs="Mangal" w:hint="cs"/>
          <w:sz w:val="24"/>
          <w:szCs w:val="24"/>
          <w:cs/>
          <w:lang w:bidi="hi-IN"/>
        </w:rPr>
        <w:t>बढ़ने</w:t>
      </w:r>
      <w:r w:rsidRPr="00CC6E1F">
        <w:rPr>
          <w:rFonts w:cs="Mangal"/>
          <w:sz w:val="24"/>
          <w:szCs w:val="24"/>
          <w:cs/>
          <w:lang w:bidi="hi-IN"/>
        </w:rPr>
        <w:t xml:space="preserve"> </w:t>
      </w:r>
      <w:r w:rsidRPr="00CC6E1F">
        <w:rPr>
          <w:rFonts w:cs="Mangal" w:hint="cs"/>
          <w:sz w:val="24"/>
          <w:szCs w:val="24"/>
          <w:cs/>
          <w:lang w:bidi="hi-IN"/>
        </w:rPr>
        <w:t>का</w:t>
      </w:r>
      <w:r w:rsidRPr="00CC6E1F">
        <w:rPr>
          <w:rFonts w:cs="Mangal"/>
          <w:sz w:val="24"/>
          <w:szCs w:val="24"/>
          <w:cs/>
          <w:lang w:bidi="hi-IN"/>
        </w:rPr>
        <w:t xml:space="preserve"> </w:t>
      </w:r>
      <w:r w:rsidRPr="00CC6E1F">
        <w:rPr>
          <w:rFonts w:cs="Mangal" w:hint="cs"/>
          <w:sz w:val="24"/>
          <w:szCs w:val="24"/>
          <w:cs/>
          <w:lang w:bidi="hi-IN"/>
        </w:rPr>
        <w:t>ठोस</w:t>
      </w:r>
      <w:r w:rsidRPr="00CC6E1F">
        <w:rPr>
          <w:rFonts w:cs="Mangal"/>
          <w:sz w:val="24"/>
          <w:szCs w:val="24"/>
          <w:cs/>
          <w:lang w:bidi="hi-IN"/>
        </w:rPr>
        <w:t xml:space="preserve"> </w:t>
      </w:r>
      <w:r w:rsidRPr="00CC6E1F">
        <w:rPr>
          <w:rFonts w:cs="Mangal" w:hint="cs"/>
          <w:sz w:val="24"/>
          <w:szCs w:val="24"/>
          <w:cs/>
          <w:lang w:bidi="hi-IN"/>
        </w:rPr>
        <w:t>मार्ग</w:t>
      </w:r>
      <w:r w:rsidRPr="00CC6E1F">
        <w:rPr>
          <w:rFonts w:cs="Mangal"/>
          <w:sz w:val="24"/>
          <w:szCs w:val="24"/>
          <w:cs/>
          <w:lang w:bidi="hi-IN"/>
        </w:rPr>
        <w:t xml:space="preserve"> </w:t>
      </w:r>
      <w:r w:rsidRPr="00CC6E1F">
        <w:rPr>
          <w:rFonts w:cs="Mangal" w:hint="cs"/>
          <w:sz w:val="24"/>
          <w:szCs w:val="24"/>
          <w:cs/>
          <w:lang w:bidi="hi-IN"/>
        </w:rPr>
        <w:t>भी</w:t>
      </w:r>
      <w:r w:rsidRPr="00CC6E1F">
        <w:rPr>
          <w:rFonts w:cs="Mangal"/>
          <w:sz w:val="24"/>
          <w:szCs w:val="24"/>
          <w:cs/>
          <w:lang w:bidi="hi-IN"/>
        </w:rPr>
        <w:t xml:space="preserve"> </w:t>
      </w:r>
      <w:r w:rsidRPr="00CC6E1F">
        <w:rPr>
          <w:rFonts w:cs="Mangal" w:hint="cs"/>
          <w:sz w:val="24"/>
          <w:szCs w:val="24"/>
          <w:cs/>
          <w:lang w:bidi="hi-IN"/>
        </w:rPr>
        <w:t>दिखाते</w:t>
      </w:r>
      <w:r w:rsidRPr="00CC6E1F">
        <w:rPr>
          <w:rFonts w:cs="Mangal"/>
          <w:sz w:val="24"/>
          <w:szCs w:val="24"/>
          <w:cs/>
          <w:lang w:bidi="hi-IN"/>
        </w:rPr>
        <w:t xml:space="preserve"> </w:t>
      </w:r>
      <w:r w:rsidRPr="00CC6E1F">
        <w:rPr>
          <w:rFonts w:cs="Mangal" w:hint="cs"/>
          <w:sz w:val="24"/>
          <w:szCs w:val="24"/>
          <w:cs/>
          <w:lang w:bidi="hi-IN"/>
        </w:rPr>
        <w:t>हैं।</w:t>
      </w:r>
    </w:p>
    <w:p w:rsidR="000E0D1C" w:rsidRDefault="00BC263F" w:rsidP="000E0D1C">
      <w:pPr>
        <w:pStyle w:val="NormalWeb"/>
        <w:jc w:val="center"/>
      </w:pPr>
      <w:r>
        <w:t xml:space="preserve">        </w:t>
      </w:r>
      <w:r w:rsidR="000E0D1C">
        <w:rPr>
          <w:noProof/>
        </w:rPr>
        <w:drawing>
          <wp:inline distT="0" distB="0" distL="0" distR="0">
            <wp:extent cx="4748394" cy="2571863"/>
            <wp:effectExtent l="19050" t="0" r="0" b="0"/>
            <wp:docPr id="5" name="Picture 1" descr="C:\Users\admin\Downloads\WhatsApp Image 2026-05-02 at 1.4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5-02 at 1.44.02 PM.jpeg"/>
                    <pic:cNvPicPr>
                      <a:picLocks noChangeAspect="1" noChangeArrowheads="1"/>
                    </pic:cNvPicPr>
                  </pic:nvPicPr>
                  <pic:blipFill>
                    <a:blip r:embed="rId18"/>
                    <a:srcRect/>
                    <a:stretch>
                      <a:fillRect/>
                    </a:stretch>
                  </pic:blipFill>
                  <pic:spPr bwMode="auto">
                    <a:xfrm>
                      <a:off x="0" y="0"/>
                      <a:ext cx="4749832" cy="2572642"/>
                    </a:xfrm>
                    <a:prstGeom prst="rect">
                      <a:avLst/>
                    </a:prstGeom>
                    <a:noFill/>
                    <a:ln w="9525">
                      <a:noFill/>
                      <a:miter lim="800000"/>
                      <a:headEnd/>
                      <a:tailEnd/>
                    </a:ln>
                  </pic:spPr>
                </pic:pic>
              </a:graphicData>
            </a:graphic>
          </wp:inline>
        </w:drawing>
      </w:r>
    </w:p>
    <w:p w:rsidR="000E0D1C" w:rsidRDefault="000E0D1C" w:rsidP="000E0D1C">
      <w:pPr>
        <w:pStyle w:val="NormalWeb"/>
        <w:jc w:val="center"/>
      </w:pPr>
      <w:r>
        <w:rPr>
          <w:noProof/>
        </w:rPr>
        <w:lastRenderedPageBreak/>
        <w:drawing>
          <wp:inline distT="0" distB="0" distL="0" distR="0">
            <wp:extent cx="4638208" cy="2438400"/>
            <wp:effectExtent l="19050" t="0" r="0" b="0"/>
            <wp:docPr id="8" name="Picture 4" descr="C:\Users\admin\Downloads\WhatsApp Image 2026-05-02 at 1.4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6-05-02 at 1.44.03 PM.jpeg"/>
                    <pic:cNvPicPr>
                      <a:picLocks noChangeAspect="1" noChangeArrowheads="1"/>
                    </pic:cNvPicPr>
                  </pic:nvPicPr>
                  <pic:blipFill>
                    <a:blip r:embed="rId19"/>
                    <a:srcRect/>
                    <a:stretch>
                      <a:fillRect/>
                    </a:stretch>
                  </pic:blipFill>
                  <pic:spPr bwMode="auto">
                    <a:xfrm>
                      <a:off x="0" y="0"/>
                      <a:ext cx="4638499" cy="2438553"/>
                    </a:xfrm>
                    <a:prstGeom prst="rect">
                      <a:avLst/>
                    </a:prstGeom>
                    <a:noFill/>
                    <a:ln w="9525">
                      <a:noFill/>
                      <a:miter lim="800000"/>
                      <a:headEnd/>
                      <a:tailEnd/>
                    </a:ln>
                  </pic:spPr>
                </pic:pic>
              </a:graphicData>
            </a:graphic>
          </wp:inline>
        </w:drawing>
      </w:r>
    </w:p>
    <w:p w:rsidR="000E0D1C" w:rsidRPr="00295A34" w:rsidRDefault="00295A34" w:rsidP="00295A34">
      <w:pPr>
        <w:pStyle w:val="ListParagraph"/>
        <w:ind w:left="851"/>
        <w:rPr>
          <w:b/>
          <w:bCs/>
          <w:sz w:val="24"/>
          <w:szCs w:val="24"/>
          <w:u w:val="single"/>
          <w:lang w:bidi="hi-IN"/>
        </w:rPr>
      </w:pPr>
      <w:r>
        <w:rPr>
          <w:rFonts w:cs="Mangal" w:hint="cs"/>
          <w:b/>
          <w:bCs/>
          <w:sz w:val="24"/>
          <w:szCs w:val="24"/>
          <w:cs/>
          <w:lang w:bidi="hi-IN"/>
        </w:rPr>
        <w:t xml:space="preserve">        </w:t>
      </w:r>
      <w:r w:rsidRPr="00295A34">
        <w:rPr>
          <w:rFonts w:cs="Mangal" w:hint="cs"/>
          <w:b/>
          <w:bCs/>
          <w:sz w:val="24"/>
          <w:szCs w:val="24"/>
          <w:u w:val="single"/>
          <w:cs/>
          <w:lang w:bidi="hi-IN"/>
        </w:rPr>
        <w:t>कार्यक्रम</w:t>
      </w:r>
      <w:r w:rsidRPr="00295A34">
        <w:rPr>
          <w:rFonts w:cs="Mangal"/>
          <w:b/>
          <w:bCs/>
          <w:sz w:val="24"/>
          <w:szCs w:val="24"/>
          <w:u w:val="single"/>
          <w:cs/>
          <w:lang w:bidi="hi-IN"/>
        </w:rPr>
        <w:t xml:space="preserve"> </w:t>
      </w:r>
      <w:r w:rsidRPr="00295A34">
        <w:rPr>
          <w:rFonts w:cs="Mangal" w:hint="cs"/>
          <w:b/>
          <w:bCs/>
          <w:sz w:val="24"/>
          <w:szCs w:val="24"/>
          <w:u w:val="single"/>
          <w:cs/>
          <w:lang w:bidi="hi-IN"/>
        </w:rPr>
        <w:t>के</w:t>
      </w:r>
      <w:r w:rsidRPr="00295A34">
        <w:rPr>
          <w:rFonts w:cs="Mangal"/>
          <w:b/>
          <w:bCs/>
          <w:sz w:val="24"/>
          <w:szCs w:val="24"/>
          <w:u w:val="single"/>
          <w:cs/>
          <w:lang w:bidi="hi-IN"/>
        </w:rPr>
        <w:t xml:space="preserve"> </w:t>
      </w:r>
      <w:r w:rsidRPr="00295A34">
        <w:rPr>
          <w:rFonts w:cs="Mangal" w:hint="cs"/>
          <w:b/>
          <w:bCs/>
          <w:sz w:val="24"/>
          <w:szCs w:val="24"/>
          <w:u w:val="single"/>
          <w:cs/>
          <w:lang w:bidi="hi-IN"/>
        </w:rPr>
        <w:t>मुख्य</w:t>
      </w:r>
      <w:r w:rsidRPr="00295A34">
        <w:rPr>
          <w:rFonts w:cs="Mangal"/>
          <w:b/>
          <w:bCs/>
          <w:sz w:val="24"/>
          <w:szCs w:val="24"/>
          <w:u w:val="single"/>
          <w:cs/>
          <w:lang w:bidi="hi-IN"/>
        </w:rPr>
        <w:t xml:space="preserve"> </w:t>
      </w:r>
      <w:r w:rsidRPr="00295A34">
        <w:rPr>
          <w:rFonts w:cs="Mangal" w:hint="cs"/>
          <w:b/>
          <w:bCs/>
          <w:sz w:val="24"/>
          <w:szCs w:val="24"/>
          <w:u w:val="single"/>
          <w:cs/>
          <w:lang w:bidi="hi-IN"/>
        </w:rPr>
        <w:t xml:space="preserve">वक्ता </w:t>
      </w:r>
      <w:r w:rsidRPr="00295A34">
        <w:rPr>
          <w:b/>
          <w:bCs/>
          <w:sz w:val="24"/>
          <w:szCs w:val="24"/>
          <w:u w:val="single"/>
          <w:lang w:bidi="hi-IN"/>
        </w:rPr>
        <w:t xml:space="preserve">PATH </w:t>
      </w:r>
      <w:r w:rsidRPr="00295A34">
        <w:rPr>
          <w:rFonts w:cs="Mangal" w:hint="cs"/>
          <w:b/>
          <w:bCs/>
          <w:sz w:val="24"/>
          <w:szCs w:val="24"/>
          <w:u w:val="single"/>
          <w:cs/>
          <w:lang w:bidi="hi-IN"/>
        </w:rPr>
        <w:t>अकादमी</w:t>
      </w:r>
      <w:r w:rsidRPr="00295A34">
        <w:rPr>
          <w:rFonts w:cs="Mangal"/>
          <w:b/>
          <w:bCs/>
          <w:sz w:val="24"/>
          <w:szCs w:val="24"/>
          <w:u w:val="single"/>
          <w:cs/>
          <w:lang w:bidi="hi-IN"/>
        </w:rPr>
        <w:t xml:space="preserve"> </w:t>
      </w:r>
      <w:r w:rsidRPr="00295A34">
        <w:rPr>
          <w:rFonts w:cs="Mangal" w:hint="cs"/>
          <w:b/>
          <w:bCs/>
          <w:sz w:val="24"/>
          <w:szCs w:val="24"/>
          <w:u w:val="single"/>
          <w:cs/>
          <w:lang w:bidi="hi-IN"/>
        </w:rPr>
        <w:t>के</w:t>
      </w:r>
      <w:r w:rsidRPr="00295A34">
        <w:rPr>
          <w:rFonts w:cs="Mangal"/>
          <w:b/>
          <w:bCs/>
          <w:sz w:val="24"/>
          <w:szCs w:val="24"/>
          <w:u w:val="single"/>
          <w:cs/>
          <w:lang w:bidi="hi-IN"/>
        </w:rPr>
        <w:t xml:space="preserve"> </w:t>
      </w:r>
      <w:r w:rsidRPr="00295A34">
        <w:rPr>
          <w:rFonts w:cs="Mangal" w:hint="cs"/>
          <w:b/>
          <w:bCs/>
          <w:sz w:val="24"/>
          <w:szCs w:val="24"/>
          <w:u w:val="single"/>
          <w:cs/>
          <w:lang w:bidi="hi-IN"/>
        </w:rPr>
        <w:t>संस्थापक</w:t>
      </w:r>
      <w:r w:rsidRPr="00295A34">
        <w:rPr>
          <w:rFonts w:cs="Mangal"/>
          <w:b/>
          <w:bCs/>
          <w:sz w:val="24"/>
          <w:szCs w:val="24"/>
          <w:u w:val="single"/>
          <w:cs/>
          <w:lang w:bidi="hi-IN"/>
        </w:rPr>
        <w:t xml:space="preserve"> </w:t>
      </w:r>
      <w:r w:rsidRPr="00295A34">
        <w:rPr>
          <w:rFonts w:cs="Mangal" w:hint="cs"/>
          <w:b/>
          <w:bCs/>
          <w:sz w:val="24"/>
          <w:szCs w:val="24"/>
          <w:u w:val="single"/>
          <w:cs/>
          <w:lang w:bidi="hi-IN"/>
        </w:rPr>
        <w:t>डॉ</w:t>
      </w:r>
      <w:r w:rsidRPr="00295A34">
        <w:rPr>
          <w:rFonts w:cs="Mangal"/>
          <w:b/>
          <w:bCs/>
          <w:sz w:val="24"/>
          <w:szCs w:val="24"/>
          <w:u w:val="single"/>
          <w:cs/>
          <w:lang w:bidi="hi-IN"/>
        </w:rPr>
        <w:t xml:space="preserve">. </w:t>
      </w:r>
      <w:r w:rsidRPr="00295A34">
        <w:rPr>
          <w:rFonts w:cs="Mangal" w:hint="cs"/>
          <w:b/>
          <w:bCs/>
          <w:sz w:val="24"/>
          <w:szCs w:val="24"/>
          <w:u w:val="single"/>
          <w:cs/>
          <w:lang w:bidi="hi-IN"/>
        </w:rPr>
        <w:t>हामिद</w:t>
      </w:r>
    </w:p>
    <w:p w:rsidR="00FA3492" w:rsidRPr="00D73AFF" w:rsidRDefault="00FA3492" w:rsidP="00FA3492">
      <w:pPr>
        <w:pStyle w:val="ListParagraph"/>
        <w:ind w:left="360"/>
        <w:jc w:val="both"/>
        <w:rPr>
          <w:sz w:val="24"/>
          <w:szCs w:val="24"/>
          <w:lang w:bidi="hi-IN"/>
        </w:rPr>
      </w:pPr>
    </w:p>
    <w:p w:rsidR="00FA3492" w:rsidRPr="00BC263F" w:rsidRDefault="00FA3492" w:rsidP="00CC6E1F">
      <w:pPr>
        <w:pStyle w:val="ListParagraph"/>
        <w:numPr>
          <w:ilvl w:val="0"/>
          <w:numId w:val="20"/>
        </w:numPr>
        <w:ind w:left="851"/>
        <w:jc w:val="both"/>
        <w:rPr>
          <w:sz w:val="24"/>
          <w:szCs w:val="24"/>
          <w:lang w:bidi="hi-IN"/>
        </w:rPr>
      </w:pPr>
      <w:r w:rsidRPr="00D73AFF">
        <w:rPr>
          <w:b/>
          <w:bCs/>
          <w:sz w:val="24"/>
          <w:szCs w:val="24"/>
          <w:lang w:bidi="hi-IN"/>
        </w:rPr>
        <w:t>“Learn Scientific Memory Techniques and Make Your Study Easier”</w:t>
      </w:r>
      <w:r w:rsidR="00453D30">
        <w:rPr>
          <w:rFonts w:hint="cs"/>
          <w:b/>
          <w:bCs/>
          <w:sz w:val="24"/>
          <w:szCs w:val="24"/>
          <w:cs/>
          <w:lang w:bidi="hi-IN"/>
        </w:rPr>
        <w:t xml:space="preserve"> </w:t>
      </w:r>
      <w:r w:rsidRPr="00D73AFF">
        <w:rPr>
          <w:rFonts w:cs="Mangal" w:hint="cs"/>
          <w:b/>
          <w:bCs/>
          <w:sz w:val="24"/>
          <w:szCs w:val="24"/>
          <w:cs/>
          <w:lang w:bidi="hi-IN"/>
        </w:rPr>
        <w:t>विषय</w:t>
      </w:r>
      <w:r w:rsidRPr="00D73AFF">
        <w:rPr>
          <w:rFonts w:cs="Mangal"/>
          <w:b/>
          <w:bCs/>
          <w:sz w:val="24"/>
          <w:szCs w:val="24"/>
          <w:cs/>
          <w:lang w:bidi="hi-IN"/>
        </w:rPr>
        <w:t xml:space="preserve"> </w:t>
      </w:r>
      <w:r w:rsidRPr="00D73AFF">
        <w:rPr>
          <w:rFonts w:cs="Mangal" w:hint="cs"/>
          <w:b/>
          <w:bCs/>
          <w:sz w:val="24"/>
          <w:szCs w:val="24"/>
          <w:cs/>
          <w:lang w:bidi="hi-IN"/>
        </w:rPr>
        <w:t>पर</w:t>
      </w:r>
      <w:r w:rsidRPr="00D73AFF">
        <w:rPr>
          <w:rFonts w:cs="Mangal"/>
          <w:b/>
          <w:bCs/>
          <w:sz w:val="24"/>
          <w:szCs w:val="24"/>
          <w:cs/>
          <w:lang w:bidi="hi-IN"/>
        </w:rPr>
        <w:t xml:space="preserve"> </w:t>
      </w:r>
      <w:r w:rsidRPr="00D73AFF">
        <w:rPr>
          <w:rFonts w:ascii="Mangal" w:hAnsi="Mangal" w:cs="Mangal" w:hint="cs"/>
          <w:b/>
          <w:bCs/>
          <w:sz w:val="24"/>
          <w:szCs w:val="24"/>
          <w:cs/>
          <w:lang w:bidi="hi-IN"/>
        </w:rPr>
        <w:t>व्याख्यान :</w:t>
      </w:r>
      <w:r w:rsidRPr="00D73AFF">
        <w:rPr>
          <w:rFonts w:ascii="Mangal" w:hAnsi="Mangal" w:cs="Mangal" w:hint="cs"/>
          <w:sz w:val="24"/>
          <w:szCs w:val="24"/>
          <w:cs/>
          <w:lang w:bidi="hi-IN"/>
        </w:rPr>
        <w:t xml:space="preserve"> </w:t>
      </w:r>
      <w:r w:rsidRPr="00D73AFF">
        <w:rPr>
          <w:rFonts w:cs="Mangal" w:hint="cs"/>
          <w:sz w:val="24"/>
          <w:szCs w:val="24"/>
          <w:cs/>
          <w:lang w:bidi="hi-IN"/>
        </w:rPr>
        <w:t>शासकीय</w:t>
      </w:r>
      <w:r w:rsidRPr="00D73AFF">
        <w:rPr>
          <w:rFonts w:cs="Mangal"/>
          <w:sz w:val="24"/>
          <w:szCs w:val="24"/>
          <w:cs/>
          <w:lang w:bidi="hi-IN"/>
        </w:rPr>
        <w:t xml:space="preserve"> </w:t>
      </w:r>
      <w:r w:rsidRPr="00D73AFF">
        <w:rPr>
          <w:rFonts w:cs="Mangal" w:hint="cs"/>
          <w:sz w:val="24"/>
          <w:szCs w:val="24"/>
          <w:cs/>
          <w:lang w:bidi="hi-IN"/>
        </w:rPr>
        <w:t>दिग्विजय</w:t>
      </w:r>
      <w:r w:rsidR="000D6277">
        <w:rPr>
          <w:rFonts w:cs="Mangal" w:hint="cs"/>
          <w:sz w:val="24"/>
          <w:szCs w:val="24"/>
          <w:cs/>
          <w:lang w:bidi="hi-IN"/>
        </w:rPr>
        <w:t xml:space="preserve"> </w:t>
      </w:r>
      <w:r w:rsidRPr="00D73AFF">
        <w:rPr>
          <w:rFonts w:cs="Mangal" w:hint="cs"/>
          <w:sz w:val="24"/>
          <w:szCs w:val="24"/>
          <w:cs/>
          <w:lang w:bidi="hi-IN"/>
        </w:rPr>
        <w:t>महाविद्यालय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प्राचार्य</w:t>
      </w:r>
      <w:r w:rsidRPr="00D73AFF">
        <w:rPr>
          <w:rFonts w:cs="Mangal"/>
          <w:sz w:val="24"/>
          <w:szCs w:val="24"/>
          <w:cs/>
          <w:lang w:bidi="hi-IN"/>
        </w:rPr>
        <w:t xml:space="preserve"> </w:t>
      </w:r>
      <w:r w:rsidRPr="00D73AFF">
        <w:rPr>
          <w:rFonts w:cs="Mangal" w:hint="cs"/>
          <w:sz w:val="24"/>
          <w:szCs w:val="24"/>
          <w:cs/>
          <w:lang w:bidi="hi-IN"/>
        </w:rPr>
        <w:t>डॉ</w:t>
      </w:r>
      <w:r w:rsidRPr="00D73AFF">
        <w:rPr>
          <w:rFonts w:cs="Mangal"/>
          <w:sz w:val="24"/>
          <w:szCs w:val="24"/>
          <w:cs/>
          <w:lang w:bidi="hi-IN"/>
        </w:rPr>
        <w:t xml:space="preserve"> </w:t>
      </w:r>
      <w:r w:rsidRPr="00D73AFF">
        <w:rPr>
          <w:rFonts w:cs="Mangal" w:hint="cs"/>
          <w:sz w:val="24"/>
          <w:szCs w:val="24"/>
          <w:cs/>
          <w:lang w:bidi="hi-IN"/>
        </w:rPr>
        <w:t>सुचित्रा</w:t>
      </w:r>
      <w:r w:rsidRPr="00D73AFF">
        <w:rPr>
          <w:rFonts w:cs="Mangal"/>
          <w:sz w:val="24"/>
          <w:szCs w:val="24"/>
          <w:cs/>
          <w:lang w:bidi="hi-IN"/>
        </w:rPr>
        <w:t xml:space="preserve"> </w:t>
      </w:r>
      <w:r w:rsidRPr="00D73AFF">
        <w:rPr>
          <w:rFonts w:cs="Mangal" w:hint="cs"/>
          <w:sz w:val="24"/>
          <w:szCs w:val="24"/>
          <w:cs/>
          <w:lang w:bidi="hi-IN"/>
        </w:rPr>
        <w:t>गुप्ता</w:t>
      </w:r>
      <w:r w:rsidRPr="00D73AFF">
        <w:rPr>
          <w:rFonts w:cs="Mangal"/>
          <w:sz w:val="24"/>
          <w:szCs w:val="24"/>
          <w:cs/>
          <w:lang w:bidi="hi-IN"/>
        </w:rPr>
        <w:t xml:space="preserve"> </w:t>
      </w:r>
      <w:r w:rsidRPr="00D73AFF">
        <w:rPr>
          <w:rFonts w:cs="Mangal" w:hint="cs"/>
          <w:sz w:val="24"/>
          <w:szCs w:val="24"/>
          <w:cs/>
          <w:lang w:bidi="hi-IN"/>
        </w:rPr>
        <w:t>केमार्गदर्शन</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एवंरोजगार</w:t>
      </w:r>
      <w:r w:rsidRPr="00D73AFF">
        <w:rPr>
          <w:rFonts w:cs="Mangal"/>
          <w:sz w:val="24"/>
          <w:szCs w:val="24"/>
          <w:cs/>
          <w:lang w:bidi="hi-IN"/>
        </w:rPr>
        <w:t xml:space="preserve"> </w:t>
      </w:r>
      <w:r w:rsidRPr="00D73AFF">
        <w:rPr>
          <w:rFonts w:cs="Mangal" w:hint="cs"/>
          <w:sz w:val="24"/>
          <w:szCs w:val="24"/>
          <w:cs/>
          <w:lang w:bidi="hi-IN"/>
        </w:rPr>
        <w:t>मार्गदर्शन</w:t>
      </w:r>
      <w:r w:rsidRPr="00D73AFF">
        <w:rPr>
          <w:rFonts w:cs="Mangal"/>
          <w:sz w:val="24"/>
          <w:szCs w:val="24"/>
          <w:cs/>
          <w:lang w:bidi="hi-IN"/>
        </w:rPr>
        <w:t xml:space="preserve"> </w:t>
      </w:r>
      <w:r w:rsidRPr="00D73AFF">
        <w:rPr>
          <w:rFonts w:cs="Mangal" w:hint="cs"/>
          <w:sz w:val="24"/>
          <w:szCs w:val="24"/>
          <w:cs/>
          <w:lang w:bidi="hi-IN"/>
        </w:rPr>
        <w:t>एवंप्लेसमेंट</w:t>
      </w:r>
      <w:r w:rsidRPr="00D73AFF">
        <w:rPr>
          <w:rFonts w:cs="Mangal"/>
          <w:sz w:val="24"/>
          <w:szCs w:val="24"/>
          <w:cs/>
          <w:lang w:bidi="hi-IN"/>
        </w:rPr>
        <w:t xml:space="preserve"> </w:t>
      </w:r>
      <w:r w:rsidRPr="00D73AFF">
        <w:rPr>
          <w:rFonts w:cs="Mangal" w:hint="cs"/>
          <w:sz w:val="24"/>
          <w:szCs w:val="24"/>
          <w:cs/>
          <w:lang w:bidi="hi-IN"/>
        </w:rPr>
        <w:t>सेल</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संयोजक</w:t>
      </w:r>
      <w:r w:rsidRPr="00D73AFF">
        <w:rPr>
          <w:rFonts w:cs="Mangal"/>
          <w:sz w:val="24"/>
          <w:szCs w:val="24"/>
          <w:cs/>
          <w:lang w:bidi="hi-IN"/>
        </w:rPr>
        <w:t xml:space="preserve"> </w:t>
      </w:r>
      <w:r w:rsidRPr="00D73AFF">
        <w:rPr>
          <w:rFonts w:cs="Mangal" w:hint="cs"/>
          <w:sz w:val="24"/>
          <w:szCs w:val="24"/>
          <w:cs/>
          <w:lang w:bidi="hi-IN"/>
        </w:rPr>
        <w:t>डॉक्टर</w:t>
      </w:r>
      <w:r w:rsidRPr="00D73AFF">
        <w:rPr>
          <w:rFonts w:cs="Mangal"/>
          <w:sz w:val="24"/>
          <w:szCs w:val="24"/>
          <w:cs/>
          <w:lang w:bidi="hi-IN"/>
        </w:rPr>
        <w:t xml:space="preserve"> </w:t>
      </w:r>
      <w:r w:rsidRPr="00D73AFF">
        <w:rPr>
          <w:rFonts w:cs="Mangal" w:hint="cs"/>
          <w:sz w:val="24"/>
          <w:szCs w:val="24"/>
          <w:cs/>
          <w:lang w:bidi="hi-IN"/>
        </w:rPr>
        <w:t>संजय</w:t>
      </w:r>
      <w:r w:rsidRPr="00D73AFF">
        <w:rPr>
          <w:rFonts w:cs="Mangal"/>
          <w:sz w:val="24"/>
          <w:szCs w:val="24"/>
          <w:cs/>
          <w:lang w:bidi="hi-IN"/>
        </w:rPr>
        <w:t xml:space="preserve"> </w:t>
      </w:r>
      <w:r w:rsidRPr="00D73AFF">
        <w:rPr>
          <w:rFonts w:cs="Mangal" w:hint="cs"/>
          <w:sz w:val="24"/>
          <w:szCs w:val="24"/>
          <w:cs/>
          <w:lang w:bidi="hi-IN"/>
        </w:rPr>
        <w:t>ठीसके</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नेतृत्व</w:t>
      </w:r>
      <w:r w:rsidRPr="00D73AFF">
        <w:rPr>
          <w:rFonts w:cs="Mangal"/>
          <w:sz w:val="24"/>
          <w:szCs w:val="24"/>
          <w:cs/>
          <w:lang w:bidi="hi-IN"/>
        </w:rPr>
        <w:t xml:space="preserve"> </w:t>
      </w:r>
      <w:r w:rsidRPr="00D73AFF">
        <w:rPr>
          <w:rFonts w:cs="Mangal" w:hint="cs"/>
          <w:sz w:val="24"/>
          <w:szCs w:val="24"/>
          <w:cs/>
          <w:lang w:bidi="hi-IN"/>
        </w:rPr>
        <w:t>में</w:t>
      </w:r>
      <w:r w:rsidR="00453D30">
        <w:rPr>
          <w:rFonts w:cs="Mangal" w:hint="cs"/>
          <w:sz w:val="24"/>
          <w:szCs w:val="24"/>
          <w:cs/>
          <w:lang w:bidi="hi-IN"/>
        </w:rPr>
        <w:t xml:space="preserve"> </w:t>
      </w:r>
      <w:r w:rsidRPr="00D73AFF">
        <w:rPr>
          <w:rFonts w:cs="Mangal" w:hint="cs"/>
          <w:sz w:val="24"/>
          <w:szCs w:val="24"/>
          <w:cs/>
          <w:lang w:bidi="hi-IN"/>
        </w:rPr>
        <w:t>प्राणीशास्त्र</w:t>
      </w:r>
      <w:r w:rsidRPr="00D73AFF">
        <w:rPr>
          <w:rFonts w:cs="Mangal"/>
          <w:sz w:val="24"/>
          <w:szCs w:val="24"/>
          <w:cs/>
          <w:lang w:bidi="hi-IN"/>
        </w:rPr>
        <w:t xml:space="preserve"> </w:t>
      </w:r>
      <w:r w:rsidRPr="00D73AFF">
        <w:rPr>
          <w:rFonts w:cs="Mangal" w:hint="cs"/>
          <w:sz w:val="24"/>
          <w:szCs w:val="24"/>
          <w:cs/>
          <w:lang w:bidi="hi-IN"/>
        </w:rPr>
        <w:t>विभाग</w:t>
      </w:r>
      <w:r w:rsidR="00453D30">
        <w:rPr>
          <w:rFonts w:cs="Mangal" w:hint="cs"/>
          <w:sz w:val="24"/>
          <w:szCs w:val="24"/>
          <w:cs/>
          <w:lang w:bidi="hi-IN"/>
        </w:rPr>
        <w:t xml:space="preserve"> </w:t>
      </w:r>
      <w:r w:rsidRPr="00D73AFF">
        <w:rPr>
          <w:rFonts w:cs="Mangal" w:hint="cs"/>
          <w:sz w:val="24"/>
          <w:szCs w:val="24"/>
          <w:cs/>
          <w:lang w:bidi="hi-IN"/>
        </w:rPr>
        <w:t>एवं</w:t>
      </w:r>
      <w:r w:rsidRPr="00D73AFF">
        <w:rPr>
          <w:rFonts w:cs="Mangal"/>
          <w:sz w:val="24"/>
          <w:szCs w:val="24"/>
          <w:cs/>
          <w:lang w:bidi="hi-IN"/>
        </w:rPr>
        <w:t xml:space="preserve"> </w:t>
      </w:r>
      <w:r w:rsidRPr="00D73AFF">
        <w:rPr>
          <w:rFonts w:cs="Mangal" w:hint="cs"/>
          <w:sz w:val="24"/>
          <w:szCs w:val="24"/>
          <w:cs/>
          <w:lang w:bidi="hi-IN"/>
        </w:rPr>
        <w:t>रोजगार</w:t>
      </w:r>
      <w:r w:rsidRPr="00D73AFF">
        <w:rPr>
          <w:rFonts w:cs="Mangal"/>
          <w:sz w:val="24"/>
          <w:szCs w:val="24"/>
          <w:cs/>
          <w:lang w:bidi="hi-IN"/>
        </w:rPr>
        <w:t xml:space="preserve"> </w:t>
      </w:r>
      <w:r w:rsidRPr="00D73AFF">
        <w:rPr>
          <w:rFonts w:cs="Mangal" w:hint="cs"/>
          <w:sz w:val="24"/>
          <w:szCs w:val="24"/>
          <w:cs/>
          <w:lang w:bidi="hi-IN"/>
        </w:rPr>
        <w:t>मार्गदर्शन</w:t>
      </w:r>
      <w:r w:rsidRPr="00D73AFF">
        <w:rPr>
          <w:rFonts w:cs="Mangal"/>
          <w:sz w:val="24"/>
          <w:szCs w:val="24"/>
          <w:cs/>
          <w:lang w:bidi="hi-IN"/>
        </w:rPr>
        <w:t xml:space="preserve"> </w:t>
      </w:r>
      <w:r w:rsidRPr="00D73AFF">
        <w:rPr>
          <w:rFonts w:cs="Mangal" w:hint="cs"/>
          <w:sz w:val="24"/>
          <w:szCs w:val="24"/>
          <w:cs/>
          <w:lang w:bidi="hi-IN"/>
        </w:rPr>
        <w:t>प्रकोष्ठ</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संयुक्त</w:t>
      </w:r>
      <w:r w:rsidRPr="00D73AFF">
        <w:rPr>
          <w:rFonts w:cs="Mangal"/>
          <w:sz w:val="24"/>
          <w:szCs w:val="24"/>
          <w:cs/>
          <w:lang w:bidi="hi-IN"/>
        </w:rPr>
        <w:t xml:space="preserve"> </w:t>
      </w:r>
      <w:r w:rsidRPr="00D73AFF">
        <w:rPr>
          <w:rFonts w:cs="Mangal" w:hint="cs"/>
          <w:sz w:val="24"/>
          <w:szCs w:val="24"/>
          <w:cs/>
          <w:lang w:bidi="hi-IN"/>
        </w:rPr>
        <w:t>तत्वावधान</w:t>
      </w:r>
      <w:r w:rsidRPr="00D73AFF">
        <w:rPr>
          <w:rFonts w:cs="Mangal"/>
          <w:sz w:val="24"/>
          <w:szCs w:val="24"/>
          <w:cs/>
          <w:lang w:bidi="hi-IN"/>
        </w:rPr>
        <w:t xml:space="preserve"> </w:t>
      </w:r>
      <w:r w:rsidRPr="00D73AFF">
        <w:rPr>
          <w:rFonts w:cs="Mangal" w:hint="cs"/>
          <w:sz w:val="24"/>
          <w:szCs w:val="24"/>
          <w:cs/>
          <w:lang w:bidi="hi-IN"/>
        </w:rPr>
        <w:t>में</w:t>
      </w:r>
      <w:r w:rsidR="00453D30">
        <w:rPr>
          <w:rFonts w:cs="Mangal" w:hint="cs"/>
          <w:sz w:val="24"/>
          <w:szCs w:val="24"/>
          <w:cs/>
          <w:lang w:bidi="hi-IN"/>
        </w:rPr>
        <w:t xml:space="preserve"> </w:t>
      </w:r>
      <w:r w:rsidRPr="00D73AFF">
        <w:rPr>
          <w:rFonts w:cs="Mangal" w:hint="cs"/>
          <w:sz w:val="24"/>
          <w:szCs w:val="24"/>
          <w:cs/>
          <w:lang w:bidi="hi-IN"/>
        </w:rPr>
        <w:t>मेमोरी</w:t>
      </w:r>
      <w:r w:rsidRPr="00D73AFF">
        <w:rPr>
          <w:rFonts w:cs="Mangal"/>
          <w:sz w:val="24"/>
          <w:szCs w:val="24"/>
          <w:cs/>
          <w:lang w:bidi="hi-IN"/>
        </w:rPr>
        <w:t xml:space="preserve"> </w:t>
      </w:r>
      <w:r w:rsidRPr="00D73AFF">
        <w:rPr>
          <w:rFonts w:cs="Mangal" w:hint="cs"/>
          <w:sz w:val="24"/>
          <w:szCs w:val="24"/>
          <w:cs/>
          <w:lang w:bidi="hi-IN"/>
        </w:rPr>
        <w:t>पावर</w:t>
      </w:r>
      <w:r w:rsidRPr="00D73AFF">
        <w:rPr>
          <w:rFonts w:cs="Mangal"/>
          <w:sz w:val="24"/>
          <w:szCs w:val="24"/>
          <w:cs/>
          <w:lang w:bidi="hi-IN"/>
        </w:rPr>
        <w:t xml:space="preserve"> </w:t>
      </w:r>
      <w:r w:rsidRPr="00D73AFF">
        <w:rPr>
          <w:rFonts w:cs="Mangal" w:hint="cs"/>
          <w:sz w:val="24"/>
          <w:szCs w:val="24"/>
          <w:cs/>
          <w:lang w:bidi="hi-IN"/>
        </w:rPr>
        <w:t>पर</w:t>
      </w:r>
      <w:r w:rsidRPr="00D73AFF">
        <w:rPr>
          <w:rFonts w:cs="Mangal"/>
          <w:sz w:val="24"/>
          <w:szCs w:val="24"/>
          <w:cs/>
          <w:lang w:bidi="hi-IN"/>
        </w:rPr>
        <w:t xml:space="preserve"> </w:t>
      </w:r>
      <w:r w:rsidRPr="00D73AFF">
        <w:rPr>
          <w:rFonts w:cs="Mangal" w:hint="cs"/>
          <w:sz w:val="24"/>
          <w:szCs w:val="24"/>
          <w:cs/>
          <w:lang w:bidi="hi-IN"/>
        </w:rPr>
        <w:t>विशेष</w:t>
      </w:r>
      <w:r w:rsidRPr="00D73AFF">
        <w:rPr>
          <w:rFonts w:cs="Mangal"/>
          <w:sz w:val="24"/>
          <w:szCs w:val="24"/>
          <w:cs/>
          <w:lang w:bidi="hi-IN"/>
        </w:rPr>
        <w:t xml:space="preserve"> </w:t>
      </w:r>
      <w:r w:rsidRPr="00D73AFF">
        <w:rPr>
          <w:rFonts w:cs="Mangal" w:hint="cs"/>
          <w:sz w:val="24"/>
          <w:szCs w:val="24"/>
          <w:cs/>
          <w:lang w:bidi="hi-IN"/>
        </w:rPr>
        <w:t>कार्यशालाका</w:t>
      </w:r>
      <w:r w:rsidRPr="00D73AFF">
        <w:rPr>
          <w:rFonts w:cs="Mangal"/>
          <w:sz w:val="24"/>
          <w:szCs w:val="24"/>
          <w:cs/>
          <w:lang w:bidi="hi-IN"/>
        </w:rPr>
        <w:t xml:space="preserve"> </w:t>
      </w:r>
      <w:r w:rsidRPr="00D73AFF">
        <w:rPr>
          <w:rFonts w:cs="Mangal" w:hint="cs"/>
          <w:sz w:val="24"/>
          <w:szCs w:val="24"/>
          <w:cs/>
          <w:lang w:bidi="hi-IN"/>
        </w:rPr>
        <w:t>आयोजन</w:t>
      </w:r>
      <w:r w:rsidRPr="00D73AFF">
        <w:rPr>
          <w:rFonts w:cs="Mangal"/>
          <w:sz w:val="24"/>
          <w:szCs w:val="24"/>
          <w:cs/>
          <w:lang w:bidi="hi-IN"/>
        </w:rPr>
        <w:t xml:space="preserve"> </w:t>
      </w:r>
      <w:r w:rsidRPr="00D73AFF">
        <w:rPr>
          <w:rFonts w:cs="Mangal" w:hint="cs"/>
          <w:sz w:val="24"/>
          <w:szCs w:val="24"/>
          <w:cs/>
          <w:lang w:bidi="hi-IN"/>
        </w:rPr>
        <w:t>किया</w:t>
      </w:r>
      <w:r w:rsidRPr="00D73AFF">
        <w:rPr>
          <w:rFonts w:cs="Mangal"/>
          <w:sz w:val="24"/>
          <w:szCs w:val="24"/>
          <w:cs/>
          <w:lang w:bidi="hi-IN"/>
        </w:rPr>
        <w:t xml:space="preserve"> </w:t>
      </w:r>
      <w:r w:rsidRPr="00D73AFF">
        <w:rPr>
          <w:rFonts w:cs="Mangal" w:hint="cs"/>
          <w:sz w:val="24"/>
          <w:szCs w:val="24"/>
          <w:cs/>
          <w:lang w:bidi="hi-IN"/>
        </w:rPr>
        <w:t>गया।</w:t>
      </w:r>
      <w:r w:rsidRPr="00D73AFF">
        <w:rPr>
          <w:rFonts w:cs="Mangal"/>
          <w:sz w:val="24"/>
          <w:szCs w:val="24"/>
          <w:cs/>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अवसर</w:t>
      </w:r>
      <w:r w:rsidRPr="00D73AFF">
        <w:rPr>
          <w:rFonts w:cs="Mangal"/>
          <w:sz w:val="24"/>
          <w:szCs w:val="24"/>
          <w:cs/>
          <w:lang w:bidi="hi-IN"/>
        </w:rPr>
        <w:t xml:space="preserve"> </w:t>
      </w:r>
      <w:r w:rsidRPr="00D73AFF">
        <w:rPr>
          <w:rFonts w:cs="Mangal" w:hint="cs"/>
          <w:sz w:val="24"/>
          <w:szCs w:val="24"/>
          <w:cs/>
          <w:lang w:bidi="hi-IN"/>
        </w:rPr>
        <w:t>पर</w:t>
      </w:r>
      <w:r w:rsidR="00933A94">
        <w:rPr>
          <w:rFonts w:cs="Mangal"/>
          <w:sz w:val="24"/>
          <w:szCs w:val="24"/>
          <w:lang w:bidi="hi-IN"/>
        </w:rPr>
        <w:t xml:space="preserve"> </w:t>
      </w:r>
      <w:r w:rsidRPr="00D73AFF">
        <w:rPr>
          <w:rFonts w:cs="Mangal" w:hint="cs"/>
          <w:sz w:val="24"/>
          <w:szCs w:val="24"/>
          <w:cs/>
          <w:lang w:bidi="hi-IN"/>
        </w:rPr>
        <w:t>नागपुर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प्रसिद्ध</w:t>
      </w:r>
      <w:r w:rsidRPr="00D73AFF">
        <w:rPr>
          <w:rFonts w:cs="Mangal"/>
          <w:sz w:val="24"/>
          <w:szCs w:val="24"/>
          <w:cs/>
          <w:lang w:bidi="hi-IN"/>
        </w:rPr>
        <w:t xml:space="preserve"> </w:t>
      </w:r>
      <w:r w:rsidRPr="00D73AFF">
        <w:rPr>
          <w:rFonts w:cs="Mangal" w:hint="cs"/>
          <w:sz w:val="24"/>
          <w:szCs w:val="24"/>
          <w:cs/>
          <w:lang w:bidi="hi-IN"/>
        </w:rPr>
        <w:t>मेमोरी</w:t>
      </w:r>
      <w:r w:rsidRPr="00D73AFF">
        <w:rPr>
          <w:rFonts w:cs="Mangal"/>
          <w:sz w:val="24"/>
          <w:szCs w:val="24"/>
          <w:cs/>
          <w:lang w:bidi="hi-IN"/>
        </w:rPr>
        <w:t xml:space="preserve"> </w:t>
      </w:r>
      <w:r w:rsidRPr="00D73AFF">
        <w:rPr>
          <w:rFonts w:cs="Mangal" w:hint="cs"/>
          <w:sz w:val="24"/>
          <w:szCs w:val="24"/>
          <w:cs/>
          <w:lang w:bidi="hi-IN"/>
        </w:rPr>
        <w:t>कोच</w:t>
      </w:r>
      <w:r w:rsidRPr="00D73AFF">
        <w:rPr>
          <w:rFonts w:cs="Mangal"/>
          <w:sz w:val="24"/>
          <w:szCs w:val="24"/>
          <w:cs/>
          <w:lang w:bidi="hi-IN"/>
        </w:rPr>
        <w:t xml:space="preserve"> </w:t>
      </w:r>
      <w:r w:rsidRPr="00D73AFF">
        <w:rPr>
          <w:rFonts w:cs="Mangal" w:hint="cs"/>
          <w:sz w:val="24"/>
          <w:szCs w:val="24"/>
          <w:cs/>
          <w:lang w:bidi="hi-IN"/>
        </w:rPr>
        <w:t>श्री</w:t>
      </w:r>
      <w:r w:rsidRPr="00D73AFF">
        <w:rPr>
          <w:rFonts w:cs="Mangal"/>
          <w:sz w:val="24"/>
          <w:szCs w:val="24"/>
          <w:cs/>
          <w:lang w:bidi="hi-IN"/>
        </w:rPr>
        <w:t xml:space="preserve"> </w:t>
      </w:r>
      <w:r w:rsidRPr="00D73AFF">
        <w:rPr>
          <w:rFonts w:cs="Mangal" w:hint="cs"/>
          <w:sz w:val="24"/>
          <w:szCs w:val="24"/>
          <w:cs/>
          <w:lang w:bidi="hi-IN"/>
        </w:rPr>
        <w:t>रोहित</w:t>
      </w:r>
      <w:r w:rsidRPr="00D73AFF">
        <w:rPr>
          <w:rFonts w:cs="Mangal"/>
          <w:sz w:val="24"/>
          <w:szCs w:val="24"/>
          <w:cs/>
          <w:lang w:bidi="hi-IN"/>
        </w:rPr>
        <w:t xml:space="preserve"> </w:t>
      </w:r>
      <w:r w:rsidRPr="00D73AFF">
        <w:rPr>
          <w:rFonts w:cs="Mangal" w:hint="cs"/>
          <w:sz w:val="24"/>
          <w:szCs w:val="24"/>
          <w:cs/>
          <w:lang w:bidi="hi-IN"/>
        </w:rPr>
        <w:t>तेलंग</w:t>
      </w:r>
      <w:r w:rsidR="004B550A">
        <w:rPr>
          <w:rFonts w:cs="Mangal" w:hint="cs"/>
          <w:sz w:val="24"/>
          <w:szCs w:val="24"/>
          <w:cs/>
          <w:lang w:bidi="hi-IN"/>
        </w:rPr>
        <w:t xml:space="preserve"> </w:t>
      </w:r>
      <w:r w:rsidRPr="00D73AFF">
        <w:rPr>
          <w:rFonts w:cs="Mangal" w:hint="cs"/>
          <w:sz w:val="24"/>
          <w:szCs w:val="24"/>
          <w:cs/>
          <w:lang w:bidi="hi-IN"/>
        </w:rPr>
        <w:t>मुख्य</w:t>
      </w:r>
      <w:r w:rsidRPr="00D73AFF">
        <w:rPr>
          <w:rFonts w:cs="Mangal"/>
          <w:sz w:val="24"/>
          <w:szCs w:val="24"/>
          <w:cs/>
          <w:lang w:bidi="hi-IN"/>
        </w:rPr>
        <w:t xml:space="preserve"> </w:t>
      </w:r>
      <w:r w:rsidRPr="00D73AFF">
        <w:rPr>
          <w:rFonts w:cs="Mangal" w:hint="cs"/>
          <w:sz w:val="24"/>
          <w:szCs w:val="24"/>
          <w:cs/>
          <w:lang w:bidi="hi-IN"/>
        </w:rPr>
        <w:t>वक्ता</w:t>
      </w:r>
      <w:r w:rsidRPr="00D73AFF">
        <w:rPr>
          <w:rFonts w:cs="Mangal"/>
          <w:sz w:val="24"/>
          <w:szCs w:val="24"/>
          <w:cs/>
          <w:lang w:bidi="hi-IN"/>
        </w:rPr>
        <w:t xml:space="preserve"> </w:t>
      </w:r>
      <w:r w:rsidRPr="00D73AFF">
        <w:rPr>
          <w:rFonts w:cs="Mangal" w:hint="cs"/>
          <w:sz w:val="24"/>
          <w:szCs w:val="24"/>
          <w:cs/>
          <w:lang w:bidi="hi-IN"/>
        </w:rPr>
        <w:t>एवं</w:t>
      </w:r>
      <w:r w:rsidRPr="00D73AFF">
        <w:rPr>
          <w:rFonts w:cs="Mangal"/>
          <w:sz w:val="24"/>
          <w:szCs w:val="24"/>
          <w:cs/>
          <w:lang w:bidi="hi-IN"/>
        </w:rPr>
        <w:t xml:space="preserve"> </w:t>
      </w:r>
      <w:r w:rsidRPr="00D73AFF">
        <w:rPr>
          <w:rFonts w:cs="Mangal" w:hint="cs"/>
          <w:sz w:val="24"/>
          <w:szCs w:val="24"/>
          <w:cs/>
          <w:lang w:bidi="hi-IN"/>
        </w:rPr>
        <w:t>प्रशिक्षक</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रूप</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उपस्थित</w:t>
      </w:r>
      <w:r w:rsidRPr="00D73AFF">
        <w:rPr>
          <w:rFonts w:cs="Mangal"/>
          <w:sz w:val="24"/>
          <w:szCs w:val="24"/>
          <w:cs/>
          <w:lang w:bidi="hi-IN"/>
        </w:rPr>
        <w:t xml:space="preserve"> </w:t>
      </w:r>
      <w:r w:rsidRPr="00D73AFF">
        <w:rPr>
          <w:rFonts w:cs="Mangal" w:hint="cs"/>
          <w:sz w:val="24"/>
          <w:szCs w:val="24"/>
          <w:cs/>
          <w:lang w:bidi="hi-IN"/>
        </w:rPr>
        <w:t>रहे।आधुनिक</w:t>
      </w:r>
      <w:r w:rsidRPr="00D73AFF">
        <w:rPr>
          <w:rFonts w:cs="Mangal"/>
          <w:sz w:val="24"/>
          <w:szCs w:val="24"/>
          <w:cs/>
          <w:lang w:bidi="hi-IN"/>
        </w:rPr>
        <w:t xml:space="preserve"> </w:t>
      </w:r>
      <w:r w:rsidRPr="00D73AFF">
        <w:rPr>
          <w:rFonts w:cs="Mangal" w:hint="cs"/>
          <w:sz w:val="24"/>
          <w:szCs w:val="24"/>
          <w:cs/>
          <w:lang w:bidi="hi-IN"/>
        </w:rPr>
        <w:t>समय</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प्रतियोगी</w:t>
      </w:r>
      <w:r w:rsidRPr="00D73AFF">
        <w:rPr>
          <w:rFonts w:cs="Mangal"/>
          <w:sz w:val="24"/>
          <w:szCs w:val="24"/>
          <w:cs/>
          <w:lang w:bidi="hi-IN"/>
        </w:rPr>
        <w:t xml:space="preserve"> </w:t>
      </w:r>
      <w:r w:rsidRPr="00D73AFF">
        <w:rPr>
          <w:rFonts w:cs="Mangal" w:hint="cs"/>
          <w:sz w:val="24"/>
          <w:szCs w:val="24"/>
          <w:cs/>
          <w:lang w:bidi="hi-IN"/>
        </w:rPr>
        <w:t>परीक्षाओं</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तैयारी</w:t>
      </w:r>
      <w:r w:rsidRPr="00D73AFF">
        <w:rPr>
          <w:rFonts w:cs="Mangal"/>
          <w:sz w:val="24"/>
          <w:szCs w:val="24"/>
          <w:cs/>
          <w:lang w:bidi="hi-IN"/>
        </w:rPr>
        <w:t xml:space="preserve"> </w:t>
      </w:r>
      <w:r w:rsidRPr="00D73AFF">
        <w:rPr>
          <w:rFonts w:cs="Mangal" w:hint="cs"/>
          <w:sz w:val="24"/>
          <w:szCs w:val="24"/>
          <w:cs/>
          <w:lang w:bidi="hi-IN"/>
        </w:rPr>
        <w:t>कर</w:t>
      </w:r>
      <w:r w:rsidRPr="00D73AFF">
        <w:rPr>
          <w:rFonts w:cs="Mangal"/>
          <w:sz w:val="24"/>
          <w:szCs w:val="24"/>
          <w:cs/>
          <w:lang w:bidi="hi-IN"/>
        </w:rPr>
        <w:t xml:space="preserve"> </w:t>
      </w:r>
      <w:r w:rsidRPr="00D73AFF">
        <w:rPr>
          <w:rFonts w:cs="Mangal" w:hint="cs"/>
          <w:sz w:val="24"/>
          <w:szCs w:val="24"/>
          <w:cs/>
          <w:lang w:bidi="hi-IN"/>
        </w:rPr>
        <w:t>रहे</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सामने</w:t>
      </w:r>
      <w:r w:rsidRPr="00D73AFF">
        <w:rPr>
          <w:rFonts w:cs="Mangal"/>
          <w:sz w:val="24"/>
          <w:szCs w:val="24"/>
          <w:cs/>
          <w:lang w:bidi="hi-IN"/>
        </w:rPr>
        <w:t xml:space="preserve"> </w:t>
      </w:r>
      <w:r w:rsidRPr="00D73AFF">
        <w:rPr>
          <w:rFonts w:cs="Mangal" w:hint="cs"/>
          <w:sz w:val="24"/>
          <w:szCs w:val="24"/>
          <w:cs/>
          <w:lang w:bidi="hi-IN"/>
        </w:rPr>
        <w:t>सबसे</w:t>
      </w:r>
      <w:r w:rsidRPr="00D73AFF">
        <w:rPr>
          <w:rFonts w:cs="Mangal"/>
          <w:sz w:val="24"/>
          <w:szCs w:val="24"/>
          <w:cs/>
          <w:lang w:bidi="hi-IN"/>
        </w:rPr>
        <w:t xml:space="preserve"> </w:t>
      </w:r>
      <w:r w:rsidRPr="00D73AFF">
        <w:rPr>
          <w:rFonts w:cs="Mangal" w:hint="cs"/>
          <w:sz w:val="24"/>
          <w:szCs w:val="24"/>
          <w:cs/>
          <w:lang w:bidi="hi-IN"/>
        </w:rPr>
        <w:t>बड़ी</w:t>
      </w:r>
      <w:r w:rsidRPr="00D73AFF">
        <w:rPr>
          <w:rFonts w:cs="Mangal"/>
          <w:sz w:val="24"/>
          <w:szCs w:val="24"/>
          <w:cs/>
          <w:lang w:bidi="hi-IN"/>
        </w:rPr>
        <w:t xml:space="preserve"> </w:t>
      </w:r>
      <w:r w:rsidRPr="00D73AFF">
        <w:rPr>
          <w:rFonts w:cs="Mangal" w:hint="cs"/>
          <w:sz w:val="24"/>
          <w:szCs w:val="24"/>
          <w:cs/>
          <w:lang w:bidi="hi-IN"/>
        </w:rPr>
        <w:t>चुनौती</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sz w:val="24"/>
          <w:szCs w:val="24"/>
          <w:lang w:bidi="hi-IN"/>
        </w:rPr>
        <w:t xml:space="preserve">– </w:t>
      </w:r>
      <w:r w:rsidRPr="00D73AFF">
        <w:rPr>
          <w:rFonts w:cs="Mangal" w:hint="cs"/>
          <w:sz w:val="24"/>
          <w:szCs w:val="24"/>
          <w:cs/>
          <w:lang w:bidi="hi-IN"/>
        </w:rPr>
        <w:t>विशाल</w:t>
      </w:r>
      <w:r w:rsidRPr="00D73AFF">
        <w:rPr>
          <w:rFonts w:cs="Mangal"/>
          <w:sz w:val="24"/>
          <w:szCs w:val="24"/>
          <w:cs/>
          <w:lang w:bidi="hi-IN"/>
        </w:rPr>
        <w:t xml:space="preserve"> </w:t>
      </w:r>
      <w:r w:rsidRPr="00D73AFF">
        <w:rPr>
          <w:rFonts w:cs="Mangal" w:hint="cs"/>
          <w:sz w:val="24"/>
          <w:szCs w:val="24"/>
          <w:cs/>
          <w:lang w:bidi="hi-IN"/>
        </w:rPr>
        <w:t>पाठ्यक्रम</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कम</w:t>
      </w:r>
      <w:r w:rsidRPr="00D73AFF">
        <w:rPr>
          <w:rFonts w:cs="Mangal"/>
          <w:sz w:val="24"/>
          <w:szCs w:val="24"/>
          <w:cs/>
          <w:lang w:bidi="hi-IN"/>
        </w:rPr>
        <w:t xml:space="preserve"> </w:t>
      </w:r>
      <w:r w:rsidRPr="00D73AFF">
        <w:rPr>
          <w:rFonts w:cs="Mangal" w:hint="cs"/>
          <w:sz w:val="24"/>
          <w:szCs w:val="24"/>
          <w:cs/>
          <w:lang w:bidi="hi-IN"/>
        </w:rPr>
        <w:t>समय</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करना</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लंबे</w:t>
      </w:r>
      <w:r w:rsidRPr="00D73AFF">
        <w:rPr>
          <w:rFonts w:cs="Mangal"/>
          <w:sz w:val="24"/>
          <w:szCs w:val="24"/>
          <w:cs/>
          <w:lang w:bidi="hi-IN"/>
        </w:rPr>
        <w:t xml:space="preserve"> </w:t>
      </w:r>
      <w:r w:rsidRPr="00D73AFF">
        <w:rPr>
          <w:rFonts w:cs="Mangal" w:hint="cs"/>
          <w:sz w:val="24"/>
          <w:szCs w:val="24"/>
          <w:cs/>
          <w:lang w:bidi="hi-IN"/>
        </w:rPr>
        <w:t>समय</w:t>
      </w:r>
      <w:r w:rsidRPr="00D73AFF">
        <w:rPr>
          <w:rFonts w:cs="Mangal"/>
          <w:sz w:val="24"/>
          <w:szCs w:val="24"/>
          <w:cs/>
          <w:lang w:bidi="hi-IN"/>
        </w:rPr>
        <w:t xml:space="preserve"> </w:t>
      </w:r>
      <w:r w:rsidRPr="00D73AFF">
        <w:rPr>
          <w:rFonts w:cs="Mangal" w:hint="cs"/>
          <w:sz w:val="24"/>
          <w:szCs w:val="24"/>
          <w:cs/>
          <w:lang w:bidi="hi-IN"/>
        </w:rPr>
        <w:t>तक</w:t>
      </w:r>
      <w:r w:rsidRPr="00D73AFF">
        <w:rPr>
          <w:rFonts w:cs="Mangal"/>
          <w:sz w:val="24"/>
          <w:szCs w:val="24"/>
          <w:cs/>
          <w:lang w:bidi="hi-IN"/>
        </w:rPr>
        <w:t xml:space="preserve"> </w:t>
      </w:r>
      <w:r w:rsidRPr="00D73AFF">
        <w:rPr>
          <w:rFonts w:cs="Mangal" w:hint="cs"/>
          <w:sz w:val="24"/>
          <w:szCs w:val="24"/>
          <w:cs/>
          <w:lang w:bidi="hi-IN"/>
        </w:rPr>
        <w:t>स्मरण</w:t>
      </w:r>
      <w:r w:rsidRPr="00D73AFF">
        <w:rPr>
          <w:rFonts w:cs="Mangal"/>
          <w:sz w:val="24"/>
          <w:szCs w:val="24"/>
          <w:cs/>
          <w:lang w:bidi="hi-IN"/>
        </w:rPr>
        <w:t xml:space="preserve"> </w:t>
      </w:r>
      <w:r w:rsidRPr="00D73AFF">
        <w:rPr>
          <w:rFonts w:cs="Mangal" w:hint="cs"/>
          <w:sz w:val="24"/>
          <w:szCs w:val="24"/>
          <w:cs/>
          <w:lang w:bidi="hi-IN"/>
        </w:rPr>
        <w:t>रखना।</w:t>
      </w:r>
      <w:r w:rsidRPr="00D73AFF">
        <w:rPr>
          <w:rFonts w:cs="Mangal"/>
          <w:sz w:val="24"/>
          <w:szCs w:val="24"/>
          <w:cs/>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चुनौती</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ध्यान</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रखते</w:t>
      </w:r>
      <w:r w:rsidRPr="00D73AFF">
        <w:rPr>
          <w:rFonts w:cs="Mangal"/>
          <w:sz w:val="24"/>
          <w:szCs w:val="24"/>
          <w:cs/>
          <w:lang w:bidi="hi-IN"/>
        </w:rPr>
        <w:t xml:space="preserve"> </w:t>
      </w:r>
      <w:r w:rsidRPr="00D73AFF">
        <w:rPr>
          <w:rFonts w:cs="Mangal" w:hint="cs"/>
          <w:sz w:val="24"/>
          <w:szCs w:val="24"/>
          <w:cs/>
          <w:lang w:bidi="hi-IN"/>
        </w:rPr>
        <w:t>हुए</w:t>
      </w:r>
      <w:r w:rsidRPr="00D73AFF">
        <w:rPr>
          <w:rFonts w:cs="Mangal"/>
          <w:sz w:val="24"/>
          <w:szCs w:val="24"/>
          <w:cs/>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कार्यशाला</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आयोजन</w:t>
      </w:r>
      <w:r w:rsidRPr="00D73AFF">
        <w:rPr>
          <w:rFonts w:cs="Mangal"/>
          <w:sz w:val="24"/>
          <w:szCs w:val="24"/>
          <w:cs/>
          <w:lang w:bidi="hi-IN"/>
        </w:rPr>
        <w:t xml:space="preserve"> </w:t>
      </w:r>
      <w:r w:rsidRPr="00D73AFF">
        <w:rPr>
          <w:rFonts w:cs="Mangal" w:hint="cs"/>
          <w:sz w:val="24"/>
          <w:szCs w:val="24"/>
          <w:cs/>
          <w:lang w:bidi="hi-IN"/>
        </w:rPr>
        <w:t>किया</w:t>
      </w:r>
      <w:r w:rsidRPr="00D73AFF">
        <w:rPr>
          <w:rFonts w:cs="Mangal"/>
          <w:sz w:val="24"/>
          <w:szCs w:val="24"/>
          <w:cs/>
          <w:lang w:bidi="hi-IN"/>
        </w:rPr>
        <w:t xml:space="preserve"> </w:t>
      </w:r>
      <w:r w:rsidRPr="00D73AFF">
        <w:rPr>
          <w:rFonts w:cs="Mangal" w:hint="cs"/>
          <w:sz w:val="24"/>
          <w:szCs w:val="24"/>
          <w:cs/>
          <w:lang w:bidi="hi-IN"/>
        </w:rPr>
        <w:t>गया।</w:t>
      </w:r>
      <w:r w:rsidRPr="00D73AFF">
        <w:rPr>
          <w:rFonts w:cs="Mangal"/>
          <w:sz w:val="24"/>
          <w:szCs w:val="24"/>
          <w:cs/>
          <w:lang w:bidi="hi-IN"/>
        </w:rPr>
        <w:t xml:space="preserve"> </w:t>
      </w:r>
      <w:r w:rsidRPr="00D73AFF">
        <w:rPr>
          <w:rFonts w:cs="Mangal" w:hint="cs"/>
          <w:sz w:val="24"/>
          <w:szCs w:val="24"/>
          <w:cs/>
          <w:lang w:bidi="hi-IN"/>
        </w:rPr>
        <w:t>कार्यशाला</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प्रमुख</w:t>
      </w:r>
      <w:r w:rsidRPr="00D73AFF">
        <w:rPr>
          <w:rFonts w:cs="Mangal"/>
          <w:sz w:val="24"/>
          <w:szCs w:val="24"/>
          <w:cs/>
          <w:lang w:bidi="hi-IN"/>
        </w:rPr>
        <w:t xml:space="preserve"> </w:t>
      </w:r>
      <w:r w:rsidRPr="00D73AFF">
        <w:rPr>
          <w:rFonts w:cs="Mangal" w:hint="cs"/>
          <w:sz w:val="24"/>
          <w:szCs w:val="24"/>
          <w:cs/>
          <w:lang w:bidi="hi-IN"/>
        </w:rPr>
        <w:t>उद्देश्य</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को</w:t>
      </w:r>
      <w:r w:rsidR="004B550A">
        <w:rPr>
          <w:rFonts w:cs="Mangal" w:hint="cs"/>
          <w:sz w:val="24"/>
          <w:szCs w:val="24"/>
          <w:cs/>
          <w:lang w:bidi="hi-IN"/>
        </w:rPr>
        <w:t xml:space="preserve"> </w:t>
      </w:r>
      <w:r w:rsidRPr="00D73AFF">
        <w:rPr>
          <w:rFonts w:cs="Mangal" w:hint="cs"/>
          <w:sz w:val="24"/>
          <w:szCs w:val="24"/>
          <w:cs/>
          <w:lang w:bidi="hi-IN"/>
        </w:rPr>
        <w:t>वैज्ञानिक</w:t>
      </w:r>
      <w:r w:rsidRPr="00D73AFF">
        <w:rPr>
          <w:rFonts w:cs="Mangal"/>
          <w:sz w:val="24"/>
          <w:szCs w:val="24"/>
          <w:cs/>
          <w:lang w:bidi="hi-IN"/>
        </w:rPr>
        <w:t xml:space="preserve"> </w:t>
      </w:r>
      <w:r w:rsidRPr="00D73AFF">
        <w:rPr>
          <w:rFonts w:cs="Mangal" w:hint="cs"/>
          <w:sz w:val="24"/>
          <w:szCs w:val="24"/>
          <w:cs/>
          <w:lang w:bidi="hi-IN"/>
        </w:rPr>
        <w:t>स्मृति</w:t>
      </w:r>
      <w:r w:rsidRPr="00D73AFF">
        <w:rPr>
          <w:rFonts w:cs="Mangal"/>
          <w:sz w:val="24"/>
          <w:szCs w:val="24"/>
          <w:cs/>
          <w:lang w:bidi="hi-IN"/>
        </w:rPr>
        <w:t xml:space="preserve"> </w:t>
      </w:r>
      <w:r w:rsidRPr="00D73AFF">
        <w:rPr>
          <w:rFonts w:cs="Mangal" w:hint="cs"/>
          <w:sz w:val="24"/>
          <w:szCs w:val="24"/>
          <w:cs/>
          <w:lang w:bidi="hi-IN"/>
        </w:rPr>
        <w:t>तकनीकों</w:t>
      </w:r>
      <w:r w:rsidRPr="00D73AFF">
        <w:rPr>
          <w:rFonts w:cs="Mangal"/>
          <w:sz w:val="24"/>
          <w:szCs w:val="24"/>
          <w:cs/>
          <w:lang w:bidi="hi-IN"/>
        </w:rPr>
        <w:t xml:space="preserve"> (</w:t>
      </w:r>
      <w:r w:rsidRPr="00D73AFF">
        <w:rPr>
          <w:sz w:val="24"/>
          <w:szCs w:val="24"/>
          <w:lang w:bidi="hi-IN"/>
        </w:rPr>
        <w:t>Scientific Memory Techniques)</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परिचित</w:t>
      </w:r>
      <w:r w:rsidRPr="00D73AFF">
        <w:rPr>
          <w:rFonts w:cs="Mangal"/>
          <w:sz w:val="24"/>
          <w:szCs w:val="24"/>
          <w:cs/>
          <w:lang w:bidi="hi-IN"/>
        </w:rPr>
        <w:t xml:space="preserve"> </w:t>
      </w:r>
      <w:r w:rsidRPr="00D73AFF">
        <w:rPr>
          <w:rFonts w:cs="Mangal" w:hint="cs"/>
          <w:sz w:val="24"/>
          <w:szCs w:val="24"/>
          <w:cs/>
          <w:lang w:bidi="hi-IN"/>
        </w:rPr>
        <w:t>कराना</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अध्ययन</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सरल</w:t>
      </w:r>
      <w:r w:rsidRPr="00D73AFF">
        <w:rPr>
          <w:rFonts w:cs="Mangal"/>
          <w:sz w:val="24"/>
          <w:szCs w:val="24"/>
          <w:cs/>
          <w:lang w:bidi="hi-IN"/>
        </w:rPr>
        <w:t xml:space="preserve"> </w:t>
      </w:r>
      <w:r w:rsidRPr="00D73AFF">
        <w:rPr>
          <w:rFonts w:cs="Mangal" w:hint="cs"/>
          <w:sz w:val="24"/>
          <w:szCs w:val="24"/>
          <w:cs/>
          <w:lang w:bidi="hi-IN"/>
        </w:rPr>
        <w:t>एवं</w:t>
      </w:r>
      <w:r w:rsidRPr="00D73AFF">
        <w:rPr>
          <w:rFonts w:cs="Mangal"/>
          <w:sz w:val="24"/>
          <w:szCs w:val="24"/>
          <w:cs/>
          <w:lang w:bidi="hi-IN"/>
        </w:rPr>
        <w:t xml:space="preserve"> </w:t>
      </w:r>
      <w:r w:rsidRPr="00D73AFF">
        <w:rPr>
          <w:rFonts w:cs="Mangal" w:hint="cs"/>
          <w:sz w:val="24"/>
          <w:szCs w:val="24"/>
          <w:cs/>
          <w:lang w:bidi="hi-IN"/>
        </w:rPr>
        <w:t>प्रभावी</w:t>
      </w:r>
      <w:r w:rsidRPr="00D73AFF">
        <w:rPr>
          <w:rFonts w:cs="Mangal"/>
          <w:sz w:val="24"/>
          <w:szCs w:val="24"/>
          <w:cs/>
          <w:lang w:bidi="hi-IN"/>
        </w:rPr>
        <w:t xml:space="preserve"> </w:t>
      </w:r>
      <w:r w:rsidRPr="00D73AFF">
        <w:rPr>
          <w:rFonts w:cs="Mangal" w:hint="cs"/>
          <w:sz w:val="24"/>
          <w:szCs w:val="24"/>
          <w:cs/>
          <w:lang w:bidi="hi-IN"/>
        </w:rPr>
        <w:t>बनाना</w:t>
      </w:r>
      <w:r w:rsidRPr="00D73AFF">
        <w:rPr>
          <w:rFonts w:cs="Mangal"/>
          <w:sz w:val="24"/>
          <w:szCs w:val="24"/>
          <w:cs/>
          <w:lang w:bidi="hi-IN"/>
        </w:rPr>
        <w:t xml:space="preserve"> </w:t>
      </w:r>
      <w:r w:rsidRPr="00D73AFF">
        <w:rPr>
          <w:rFonts w:cs="Mangal" w:hint="cs"/>
          <w:sz w:val="24"/>
          <w:szCs w:val="24"/>
          <w:cs/>
          <w:lang w:bidi="hi-IN"/>
        </w:rPr>
        <w:t>था।रोजगार</w:t>
      </w:r>
      <w:r w:rsidRPr="00D73AFF">
        <w:rPr>
          <w:rFonts w:cs="Mangal"/>
          <w:sz w:val="24"/>
          <w:szCs w:val="24"/>
          <w:cs/>
          <w:lang w:bidi="hi-IN"/>
        </w:rPr>
        <w:t xml:space="preserve"> </w:t>
      </w:r>
      <w:r w:rsidRPr="00D73AFF">
        <w:rPr>
          <w:rFonts w:cs="Mangal" w:hint="cs"/>
          <w:sz w:val="24"/>
          <w:szCs w:val="24"/>
          <w:cs/>
          <w:lang w:bidi="hi-IN"/>
        </w:rPr>
        <w:t>मार्गदर्शन</w:t>
      </w:r>
      <w:r w:rsidRPr="00D73AFF">
        <w:rPr>
          <w:rFonts w:cs="Mangal"/>
          <w:sz w:val="24"/>
          <w:szCs w:val="24"/>
          <w:cs/>
          <w:lang w:bidi="hi-IN"/>
        </w:rPr>
        <w:t xml:space="preserve"> </w:t>
      </w:r>
      <w:r w:rsidRPr="00D73AFF">
        <w:rPr>
          <w:rFonts w:cs="Mangal" w:hint="cs"/>
          <w:sz w:val="24"/>
          <w:szCs w:val="24"/>
          <w:cs/>
          <w:lang w:bidi="hi-IN"/>
        </w:rPr>
        <w:t>प्रकोष्ठ</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संयोजक</w:t>
      </w:r>
      <w:r w:rsidRPr="00D73AFF">
        <w:rPr>
          <w:rFonts w:cs="Mangal"/>
          <w:sz w:val="24"/>
          <w:szCs w:val="24"/>
          <w:cs/>
          <w:lang w:bidi="hi-IN"/>
        </w:rPr>
        <w:t xml:space="preserve"> </w:t>
      </w:r>
      <w:r w:rsidRPr="00D73AFF">
        <w:rPr>
          <w:rFonts w:cs="Mangal" w:hint="cs"/>
          <w:sz w:val="24"/>
          <w:szCs w:val="24"/>
          <w:cs/>
          <w:lang w:bidi="hi-IN"/>
        </w:rPr>
        <w:t>डॉ</w:t>
      </w:r>
      <w:r w:rsidRPr="00D73AFF">
        <w:rPr>
          <w:rFonts w:cs="Mangal"/>
          <w:sz w:val="24"/>
          <w:szCs w:val="24"/>
          <w:cs/>
          <w:lang w:bidi="hi-IN"/>
        </w:rPr>
        <w:t xml:space="preserve">. </w:t>
      </w:r>
      <w:r w:rsidRPr="00D73AFF">
        <w:rPr>
          <w:rFonts w:cs="Mangal" w:hint="cs"/>
          <w:sz w:val="24"/>
          <w:szCs w:val="24"/>
          <w:cs/>
          <w:lang w:bidi="hi-IN"/>
        </w:rPr>
        <w:t>संजय</w:t>
      </w:r>
      <w:r w:rsidRPr="00D73AFF">
        <w:rPr>
          <w:rFonts w:cs="Mangal"/>
          <w:sz w:val="24"/>
          <w:szCs w:val="24"/>
          <w:cs/>
          <w:lang w:bidi="hi-IN"/>
        </w:rPr>
        <w:t xml:space="preserve"> </w:t>
      </w:r>
      <w:r w:rsidRPr="00D73AFF">
        <w:rPr>
          <w:rFonts w:cs="Mangal" w:hint="cs"/>
          <w:sz w:val="24"/>
          <w:szCs w:val="24"/>
          <w:cs/>
          <w:lang w:bidi="hi-IN"/>
        </w:rPr>
        <w:t>ठिसके</w:t>
      </w:r>
      <w:r w:rsidR="005B4FB4">
        <w:rPr>
          <w:rFonts w:cs="Mangal" w:hint="cs"/>
          <w:sz w:val="24"/>
          <w:szCs w:val="24"/>
          <w:cs/>
          <w:lang w:bidi="hi-IN"/>
        </w:rPr>
        <w:t xml:space="preserve"> </w:t>
      </w:r>
      <w:r w:rsidRPr="00D73AFF">
        <w:rPr>
          <w:rFonts w:cs="Mangal" w:hint="cs"/>
          <w:sz w:val="24"/>
          <w:szCs w:val="24"/>
          <w:cs/>
          <w:lang w:bidi="hi-IN"/>
        </w:rPr>
        <w:t>ने</w:t>
      </w:r>
      <w:r w:rsidRPr="00D73AFF">
        <w:rPr>
          <w:rFonts w:cs="Mangal"/>
          <w:sz w:val="24"/>
          <w:szCs w:val="24"/>
          <w:cs/>
          <w:lang w:bidi="hi-IN"/>
        </w:rPr>
        <w:t xml:space="preserve"> </w:t>
      </w:r>
      <w:r w:rsidRPr="00D73AFF">
        <w:rPr>
          <w:rFonts w:cs="Mangal" w:hint="cs"/>
          <w:sz w:val="24"/>
          <w:szCs w:val="24"/>
          <w:cs/>
          <w:lang w:bidi="hi-IN"/>
        </w:rPr>
        <w:t>कहा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अब</w:t>
      </w:r>
      <w:r w:rsidRPr="00D73AFF">
        <w:rPr>
          <w:rFonts w:cs="Mangal"/>
          <w:sz w:val="24"/>
          <w:szCs w:val="24"/>
          <w:cs/>
          <w:lang w:bidi="hi-IN"/>
        </w:rPr>
        <w:t xml:space="preserve"> </w:t>
      </w:r>
      <w:r w:rsidRPr="00D73AFF">
        <w:rPr>
          <w:rFonts w:cs="Mangal" w:hint="cs"/>
          <w:sz w:val="24"/>
          <w:szCs w:val="24"/>
          <w:cs/>
          <w:lang w:bidi="hi-IN"/>
        </w:rPr>
        <w:t>केवल</w:t>
      </w:r>
      <w:r w:rsidRPr="00D73AFF">
        <w:rPr>
          <w:rFonts w:cs="Mangal"/>
          <w:sz w:val="24"/>
          <w:szCs w:val="24"/>
          <w:cs/>
          <w:lang w:bidi="hi-IN"/>
        </w:rPr>
        <w:t xml:space="preserve"> </w:t>
      </w:r>
      <w:r w:rsidRPr="00D73AFF">
        <w:rPr>
          <w:rFonts w:cs="Mangal" w:hint="cs"/>
          <w:sz w:val="24"/>
          <w:szCs w:val="24"/>
          <w:cs/>
          <w:lang w:bidi="hi-IN"/>
        </w:rPr>
        <w:t>पारंपरिक</w:t>
      </w:r>
      <w:r w:rsidRPr="00D73AFF">
        <w:rPr>
          <w:rFonts w:cs="Mangal"/>
          <w:sz w:val="24"/>
          <w:szCs w:val="24"/>
          <w:cs/>
          <w:lang w:bidi="hi-IN"/>
        </w:rPr>
        <w:t xml:space="preserve"> </w:t>
      </w:r>
      <w:r w:rsidRPr="00D73AFF">
        <w:rPr>
          <w:rFonts w:cs="Mangal" w:hint="cs"/>
          <w:sz w:val="24"/>
          <w:szCs w:val="24"/>
          <w:cs/>
          <w:lang w:bidi="hi-IN"/>
        </w:rPr>
        <w:t>ढंग</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पढ़ने</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आवश्यकता</w:t>
      </w:r>
      <w:r w:rsidRPr="00D73AFF">
        <w:rPr>
          <w:rFonts w:cs="Mangal"/>
          <w:sz w:val="24"/>
          <w:szCs w:val="24"/>
          <w:cs/>
          <w:lang w:bidi="hi-IN"/>
        </w:rPr>
        <w:t xml:space="preserve"> </w:t>
      </w:r>
      <w:r w:rsidRPr="00D73AFF">
        <w:rPr>
          <w:rFonts w:cs="Mangal" w:hint="cs"/>
          <w:sz w:val="24"/>
          <w:szCs w:val="24"/>
          <w:cs/>
          <w:lang w:bidi="hi-IN"/>
        </w:rPr>
        <w:t>नहीं</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समय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मांग</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वे</w:t>
      </w:r>
      <w:r w:rsidRPr="00D73AFF">
        <w:rPr>
          <w:rFonts w:cs="Mangal"/>
          <w:sz w:val="24"/>
          <w:szCs w:val="24"/>
          <w:cs/>
          <w:lang w:bidi="hi-IN"/>
        </w:rPr>
        <w:t xml:space="preserve"> </w:t>
      </w:r>
      <w:r w:rsidRPr="00D73AFF">
        <w:rPr>
          <w:rFonts w:cs="Mangal" w:hint="cs"/>
          <w:sz w:val="24"/>
          <w:szCs w:val="24"/>
          <w:cs/>
          <w:lang w:bidi="hi-IN"/>
        </w:rPr>
        <w:t>अपनी</w:t>
      </w:r>
      <w:r w:rsidRPr="00D73AFF">
        <w:rPr>
          <w:rFonts w:cs="Mangal"/>
          <w:sz w:val="24"/>
          <w:szCs w:val="24"/>
          <w:cs/>
          <w:lang w:bidi="hi-IN"/>
        </w:rPr>
        <w:t xml:space="preserve"> </w:t>
      </w:r>
      <w:r w:rsidRPr="00D73AFF">
        <w:rPr>
          <w:rFonts w:cs="Mangal" w:hint="cs"/>
          <w:sz w:val="24"/>
          <w:szCs w:val="24"/>
          <w:cs/>
          <w:lang w:bidi="hi-IN"/>
        </w:rPr>
        <w:t>अध्ययन</w:t>
      </w:r>
      <w:r w:rsidRPr="00D73AFF">
        <w:rPr>
          <w:rFonts w:cs="Mangal"/>
          <w:sz w:val="24"/>
          <w:szCs w:val="24"/>
          <w:cs/>
          <w:lang w:bidi="hi-IN"/>
        </w:rPr>
        <w:t xml:space="preserve"> </w:t>
      </w:r>
      <w:r w:rsidRPr="00D73AFF">
        <w:rPr>
          <w:rFonts w:cs="Mangal" w:hint="cs"/>
          <w:sz w:val="24"/>
          <w:szCs w:val="24"/>
          <w:cs/>
          <w:lang w:bidi="hi-IN"/>
        </w:rPr>
        <w:t>शैली</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वैज्ञानिक</w:t>
      </w:r>
      <w:r w:rsidRPr="00D73AFF">
        <w:rPr>
          <w:rFonts w:cs="Mangal"/>
          <w:sz w:val="24"/>
          <w:szCs w:val="24"/>
          <w:cs/>
          <w:lang w:bidi="hi-IN"/>
        </w:rPr>
        <w:t xml:space="preserve"> </w:t>
      </w:r>
      <w:r w:rsidRPr="00D73AFF">
        <w:rPr>
          <w:rFonts w:cs="Mangal" w:hint="cs"/>
          <w:sz w:val="24"/>
          <w:szCs w:val="24"/>
          <w:cs/>
          <w:lang w:bidi="hi-IN"/>
        </w:rPr>
        <w:t>तकनीकों</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साथ</w:t>
      </w:r>
      <w:r w:rsidRPr="00D73AFF">
        <w:rPr>
          <w:rFonts w:cs="Mangal"/>
          <w:sz w:val="24"/>
          <w:szCs w:val="24"/>
          <w:cs/>
          <w:lang w:bidi="hi-IN"/>
        </w:rPr>
        <w:t xml:space="preserve"> </w:t>
      </w:r>
      <w:r w:rsidRPr="00D73AFF">
        <w:rPr>
          <w:rFonts w:cs="Mangal" w:hint="cs"/>
          <w:sz w:val="24"/>
          <w:szCs w:val="24"/>
          <w:cs/>
          <w:lang w:bidi="hi-IN"/>
        </w:rPr>
        <w:t>जोड़ें।</w:t>
      </w:r>
      <w:r w:rsidRPr="00D73AFF">
        <w:rPr>
          <w:rFonts w:cs="Mangal"/>
          <w:sz w:val="24"/>
          <w:szCs w:val="24"/>
          <w:cs/>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प्रकार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कार्यशालाएँ</w:t>
      </w:r>
      <w:r w:rsidRPr="00D73AFF">
        <w:rPr>
          <w:rFonts w:cs="Mangal"/>
          <w:sz w:val="24"/>
          <w:szCs w:val="24"/>
          <w:cs/>
          <w:lang w:bidi="hi-IN"/>
        </w:rPr>
        <w:t xml:space="preserve"> </w:t>
      </w:r>
      <w:r w:rsidRPr="00D73AFF">
        <w:rPr>
          <w:rFonts w:cs="Mangal" w:hint="cs"/>
          <w:sz w:val="24"/>
          <w:szCs w:val="24"/>
          <w:cs/>
          <w:lang w:bidi="hi-IN"/>
        </w:rPr>
        <w:t>प्रतियोगी</w:t>
      </w:r>
      <w:r w:rsidRPr="00D73AFF">
        <w:rPr>
          <w:rFonts w:cs="Mangal"/>
          <w:sz w:val="24"/>
          <w:szCs w:val="24"/>
          <w:cs/>
          <w:lang w:bidi="hi-IN"/>
        </w:rPr>
        <w:t xml:space="preserve"> </w:t>
      </w:r>
      <w:r w:rsidRPr="00D73AFF">
        <w:rPr>
          <w:rFonts w:cs="Mangal" w:hint="cs"/>
          <w:sz w:val="24"/>
          <w:szCs w:val="24"/>
          <w:cs/>
          <w:lang w:bidi="hi-IN"/>
        </w:rPr>
        <w:t>परीक्षाओं</w:t>
      </w:r>
      <w:r w:rsidRPr="00D73AFF">
        <w:rPr>
          <w:rFonts w:cs="Mangal"/>
          <w:sz w:val="24"/>
          <w:szCs w:val="24"/>
          <w:cs/>
          <w:lang w:bidi="hi-IN"/>
        </w:rPr>
        <w:t xml:space="preserve"> </w:t>
      </w:r>
      <w:r w:rsidRPr="00D73AFF">
        <w:rPr>
          <w:rFonts w:cs="Mangal" w:hint="cs"/>
          <w:sz w:val="24"/>
          <w:szCs w:val="24"/>
          <w:cs/>
          <w:lang w:bidi="hi-IN"/>
        </w:rPr>
        <w:t>जैसे</w:t>
      </w:r>
      <w:r w:rsidRPr="00D73AFF">
        <w:rPr>
          <w:rFonts w:cs="Mangal"/>
          <w:sz w:val="24"/>
          <w:szCs w:val="24"/>
          <w:cs/>
          <w:lang w:bidi="hi-IN"/>
        </w:rPr>
        <w:t xml:space="preserve"> </w:t>
      </w:r>
      <w:r w:rsidRPr="00D73AFF">
        <w:rPr>
          <w:sz w:val="24"/>
          <w:szCs w:val="24"/>
          <w:lang w:bidi="hi-IN"/>
        </w:rPr>
        <w:t xml:space="preserve">UPSC, CGPSC, NET-JRF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अन्य</w:t>
      </w:r>
      <w:r w:rsidRPr="00D73AFF">
        <w:rPr>
          <w:rFonts w:cs="Mangal"/>
          <w:sz w:val="24"/>
          <w:szCs w:val="24"/>
          <w:cs/>
          <w:lang w:bidi="hi-IN"/>
        </w:rPr>
        <w:t xml:space="preserve"> </w:t>
      </w:r>
      <w:r w:rsidRPr="00D73AFF">
        <w:rPr>
          <w:rFonts w:cs="Mangal" w:hint="cs"/>
          <w:sz w:val="24"/>
          <w:szCs w:val="24"/>
          <w:cs/>
          <w:lang w:bidi="hi-IN"/>
        </w:rPr>
        <w:t>व्यावसायिक</w:t>
      </w:r>
      <w:r w:rsidRPr="00D73AFF">
        <w:rPr>
          <w:rFonts w:cs="Mangal"/>
          <w:sz w:val="24"/>
          <w:szCs w:val="24"/>
          <w:cs/>
          <w:lang w:bidi="hi-IN"/>
        </w:rPr>
        <w:t xml:space="preserve"> </w:t>
      </w:r>
      <w:r w:rsidRPr="00D73AFF">
        <w:rPr>
          <w:rFonts w:cs="Mangal" w:hint="cs"/>
          <w:sz w:val="24"/>
          <w:szCs w:val="24"/>
          <w:cs/>
          <w:lang w:bidi="hi-IN"/>
        </w:rPr>
        <w:t>पाठ्यक्रमों</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विद्यार्थियों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निश्चित</w:t>
      </w:r>
      <w:r w:rsidRPr="00D73AFF">
        <w:rPr>
          <w:rFonts w:cs="Mangal"/>
          <w:sz w:val="24"/>
          <w:szCs w:val="24"/>
          <w:cs/>
          <w:lang w:bidi="hi-IN"/>
        </w:rPr>
        <w:t xml:space="preserve"> </w:t>
      </w:r>
      <w:r w:rsidRPr="00D73AFF">
        <w:rPr>
          <w:rFonts w:cs="Mangal" w:hint="cs"/>
          <w:sz w:val="24"/>
          <w:szCs w:val="24"/>
          <w:cs/>
          <w:lang w:bidi="hi-IN"/>
        </w:rPr>
        <w:t>रूप</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लाभ</w:t>
      </w:r>
      <w:r w:rsidRPr="00D73AFF">
        <w:rPr>
          <w:rFonts w:cs="Mangal"/>
          <w:sz w:val="24"/>
          <w:szCs w:val="24"/>
          <w:cs/>
          <w:lang w:bidi="hi-IN"/>
        </w:rPr>
        <w:t xml:space="preserve"> </w:t>
      </w:r>
      <w:r w:rsidRPr="00D73AFF">
        <w:rPr>
          <w:rFonts w:cs="Mangal" w:hint="cs"/>
          <w:sz w:val="24"/>
          <w:szCs w:val="24"/>
          <w:cs/>
          <w:lang w:bidi="hi-IN"/>
        </w:rPr>
        <w:t>पहुँचाएँगी।</w:t>
      </w:r>
      <w:r w:rsidR="005B4FB4">
        <w:rPr>
          <w:rFonts w:cs="Mangal" w:hint="cs"/>
          <w:sz w:val="24"/>
          <w:szCs w:val="24"/>
          <w:cs/>
          <w:lang w:bidi="hi-IN"/>
        </w:rPr>
        <w:t xml:space="preserve"> </w:t>
      </w:r>
      <w:r w:rsidRPr="00D73AFF">
        <w:rPr>
          <w:rFonts w:cs="Mangal" w:hint="cs"/>
          <w:sz w:val="24"/>
          <w:szCs w:val="24"/>
          <w:cs/>
          <w:lang w:bidi="hi-IN"/>
        </w:rPr>
        <w:t>महाविद्यालय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प्राचार्यडॉ</w:t>
      </w:r>
      <w:r w:rsidRPr="00D73AFF">
        <w:rPr>
          <w:rFonts w:cs="Mangal"/>
          <w:sz w:val="24"/>
          <w:szCs w:val="24"/>
          <w:cs/>
          <w:lang w:bidi="hi-IN"/>
        </w:rPr>
        <w:t xml:space="preserve">. </w:t>
      </w:r>
      <w:r w:rsidRPr="00D73AFF">
        <w:rPr>
          <w:rFonts w:cs="Mangal" w:hint="cs"/>
          <w:sz w:val="24"/>
          <w:szCs w:val="24"/>
          <w:cs/>
          <w:lang w:bidi="hi-IN"/>
        </w:rPr>
        <w:t>सुचित्रा</w:t>
      </w:r>
      <w:r w:rsidRPr="00D73AFF">
        <w:rPr>
          <w:rFonts w:cs="Mangal"/>
          <w:sz w:val="24"/>
          <w:szCs w:val="24"/>
          <w:cs/>
          <w:lang w:bidi="hi-IN"/>
        </w:rPr>
        <w:t xml:space="preserve"> </w:t>
      </w:r>
      <w:r w:rsidRPr="00D73AFF">
        <w:rPr>
          <w:rFonts w:cs="Mangal" w:hint="cs"/>
          <w:sz w:val="24"/>
          <w:szCs w:val="24"/>
          <w:cs/>
          <w:lang w:bidi="hi-IN"/>
        </w:rPr>
        <w:t>गुप्ताने</w:t>
      </w:r>
      <w:r w:rsidRPr="00D73AFF">
        <w:rPr>
          <w:rFonts w:cs="Mangal"/>
          <w:sz w:val="24"/>
          <w:szCs w:val="24"/>
          <w:cs/>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अवसर</w:t>
      </w:r>
      <w:r w:rsidRPr="00D73AFF">
        <w:rPr>
          <w:rFonts w:cs="Mangal"/>
          <w:sz w:val="24"/>
          <w:szCs w:val="24"/>
          <w:cs/>
          <w:lang w:bidi="hi-IN"/>
        </w:rPr>
        <w:t xml:space="preserve"> </w:t>
      </w:r>
      <w:r w:rsidRPr="00D73AFF">
        <w:rPr>
          <w:rFonts w:cs="Mangal" w:hint="cs"/>
          <w:sz w:val="24"/>
          <w:szCs w:val="24"/>
          <w:cs/>
          <w:lang w:bidi="hi-IN"/>
        </w:rPr>
        <w:t>पर</w:t>
      </w:r>
      <w:r w:rsidRPr="00D73AFF">
        <w:rPr>
          <w:rFonts w:cs="Mangal"/>
          <w:sz w:val="24"/>
          <w:szCs w:val="24"/>
          <w:cs/>
          <w:lang w:bidi="hi-IN"/>
        </w:rPr>
        <w:t xml:space="preserve"> </w:t>
      </w:r>
      <w:r w:rsidRPr="00D73AFF">
        <w:rPr>
          <w:rFonts w:cs="Mangal" w:hint="cs"/>
          <w:sz w:val="24"/>
          <w:szCs w:val="24"/>
          <w:cs/>
          <w:lang w:bidi="hi-IN"/>
        </w:rPr>
        <w:t>कहा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आज</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युग</w:t>
      </w:r>
      <w:r w:rsidRPr="00D73AFF">
        <w:rPr>
          <w:rFonts w:cs="Mangal"/>
          <w:sz w:val="24"/>
          <w:szCs w:val="24"/>
          <w:cs/>
          <w:lang w:bidi="hi-IN"/>
        </w:rPr>
        <w:t xml:space="preserve"> </w:t>
      </w:r>
      <w:r w:rsidRPr="00D73AFF">
        <w:rPr>
          <w:rFonts w:cs="Mangal" w:hint="cs"/>
          <w:sz w:val="24"/>
          <w:szCs w:val="24"/>
          <w:cs/>
          <w:lang w:bidi="hi-IN"/>
        </w:rPr>
        <w:t>प्रतियोगी</w:t>
      </w:r>
      <w:r w:rsidRPr="00D73AFF">
        <w:rPr>
          <w:rFonts w:cs="Mangal"/>
          <w:sz w:val="24"/>
          <w:szCs w:val="24"/>
          <w:cs/>
          <w:lang w:bidi="hi-IN"/>
        </w:rPr>
        <w:t xml:space="preserve"> </w:t>
      </w:r>
      <w:r w:rsidRPr="00D73AFF">
        <w:rPr>
          <w:rFonts w:cs="Mangal" w:hint="cs"/>
          <w:sz w:val="24"/>
          <w:szCs w:val="24"/>
          <w:cs/>
          <w:lang w:bidi="hi-IN"/>
        </w:rPr>
        <w:t>परीक्षाओं</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केवल</w:t>
      </w:r>
      <w:r w:rsidRPr="00D73AFF">
        <w:rPr>
          <w:rFonts w:cs="Mangal"/>
          <w:sz w:val="24"/>
          <w:szCs w:val="24"/>
          <w:cs/>
          <w:lang w:bidi="hi-IN"/>
        </w:rPr>
        <w:t xml:space="preserve"> </w:t>
      </w:r>
      <w:r w:rsidRPr="00D73AFF">
        <w:rPr>
          <w:rFonts w:cs="Mangal" w:hint="cs"/>
          <w:sz w:val="24"/>
          <w:szCs w:val="24"/>
          <w:cs/>
          <w:lang w:bidi="hi-IN"/>
        </w:rPr>
        <w:t>पढ़ाई</w:t>
      </w:r>
      <w:r w:rsidRPr="00D73AFF">
        <w:rPr>
          <w:rFonts w:cs="Mangal"/>
          <w:sz w:val="24"/>
          <w:szCs w:val="24"/>
          <w:cs/>
          <w:lang w:bidi="hi-IN"/>
        </w:rPr>
        <w:t xml:space="preserve"> </w:t>
      </w:r>
      <w:r w:rsidRPr="00D73AFF">
        <w:rPr>
          <w:rFonts w:cs="Mangal" w:hint="cs"/>
          <w:sz w:val="24"/>
          <w:szCs w:val="24"/>
          <w:cs/>
          <w:lang w:bidi="hi-IN"/>
        </w:rPr>
        <w:t>करना</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पर्याप्त</w:t>
      </w:r>
      <w:r w:rsidRPr="00D73AFF">
        <w:rPr>
          <w:rFonts w:cs="Mangal"/>
          <w:sz w:val="24"/>
          <w:szCs w:val="24"/>
          <w:cs/>
          <w:lang w:bidi="hi-IN"/>
        </w:rPr>
        <w:t xml:space="preserve"> </w:t>
      </w:r>
      <w:r w:rsidRPr="00D73AFF">
        <w:rPr>
          <w:rFonts w:cs="Mangal" w:hint="cs"/>
          <w:sz w:val="24"/>
          <w:szCs w:val="24"/>
          <w:cs/>
          <w:lang w:bidi="hi-IN"/>
        </w:rPr>
        <w:t>नहीं</w:t>
      </w:r>
      <w:r w:rsidRPr="00D73AFF">
        <w:rPr>
          <w:rFonts w:cs="Mangal"/>
          <w:sz w:val="24"/>
          <w:szCs w:val="24"/>
          <w:cs/>
          <w:lang w:bidi="hi-IN"/>
        </w:rPr>
        <w:t xml:space="preserve"> </w:t>
      </w:r>
      <w:r w:rsidRPr="00D73AFF">
        <w:rPr>
          <w:rFonts w:cs="Mangal" w:hint="cs"/>
          <w:sz w:val="24"/>
          <w:szCs w:val="24"/>
          <w:cs/>
          <w:lang w:bidi="hi-IN"/>
        </w:rPr>
        <w:t>है</w:t>
      </w:r>
      <w:r w:rsidRPr="00D73AFF">
        <w:rPr>
          <w:sz w:val="24"/>
          <w:szCs w:val="24"/>
          <w:lang w:bidi="hi-IN"/>
        </w:rPr>
        <w:t xml:space="preserve">, </w:t>
      </w:r>
      <w:r w:rsidRPr="00D73AFF">
        <w:rPr>
          <w:rFonts w:cs="Mangal" w:hint="cs"/>
          <w:sz w:val="24"/>
          <w:szCs w:val="24"/>
          <w:cs/>
          <w:lang w:bidi="hi-IN"/>
        </w:rPr>
        <w:t>बल्कि</w:t>
      </w:r>
      <w:r w:rsidRPr="00D73AFF">
        <w:rPr>
          <w:rFonts w:cs="Mangal"/>
          <w:sz w:val="24"/>
          <w:szCs w:val="24"/>
          <w:cs/>
          <w:lang w:bidi="hi-IN"/>
        </w:rPr>
        <w:t xml:space="preserve"> </w:t>
      </w:r>
      <w:r w:rsidRPr="00D73AFF">
        <w:rPr>
          <w:rFonts w:cs="Mangal" w:hint="cs"/>
          <w:sz w:val="24"/>
          <w:szCs w:val="24"/>
          <w:cs/>
          <w:lang w:bidi="hi-IN"/>
        </w:rPr>
        <w:t>उसे</w:t>
      </w:r>
      <w:r w:rsidRPr="00D73AFF">
        <w:rPr>
          <w:rFonts w:cs="Mangal"/>
          <w:sz w:val="24"/>
          <w:szCs w:val="24"/>
          <w:cs/>
          <w:lang w:bidi="hi-IN"/>
        </w:rPr>
        <w:t xml:space="preserve"> </w:t>
      </w:r>
      <w:r w:rsidRPr="00D73AFF">
        <w:rPr>
          <w:rFonts w:cs="Mangal" w:hint="cs"/>
          <w:sz w:val="24"/>
          <w:szCs w:val="24"/>
          <w:cs/>
          <w:lang w:bidi="hi-IN"/>
        </w:rPr>
        <w:t>सही</w:t>
      </w:r>
      <w:r w:rsidRPr="00D73AFF">
        <w:rPr>
          <w:rFonts w:cs="Mangal"/>
          <w:sz w:val="24"/>
          <w:szCs w:val="24"/>
          <w:cs/>
          <w:lang w:bidi="hi-IN"/>
        </w:rPr>
        <w:t xml:space="preserve"> </w:t>
      </w:r>
      <w:r w:rsidRPr="00D73AFF">
        <w:rPr>
          <w:rFonts w:cs="Mangal" w:hint="cs"/>
          <w:sz w:val="24"/>
          <w:szCs w:val="24"/>
          <w:cs/>
          <w:lang w:bidi="hi-IN"/>
        </w:rPr>
        <w:t>ढंग</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रखना</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समय</w:t>
      </w:r>
      <w:r w:rsidRPr="00D73AFF">
        <w:rPr>
          <w:rFonts w:cs="Mangal"/>
          <w:sz w:val="24"/>
          <w:szCs w:val="24"/>
          <w:cs/>
          <w:lang w:bidi="hi-IN"/>
        </w:rPr>
        <w:t xml:space="preserve"> </w:t>
      </w:r>
      <w:r w:rsidRPr="00D73AFF">
        <w:rPr>
          <w:rFonts w:cs="Mangal" w:hint="cs"/>
          <w:sz w:val="24"/>
          <w:szCs w:val="24"/>
          <w:cs/>
          <w:lang w:bidi="hi-IN"/>
        </w:rPr>
        <w:t>पर</w:t>
      </w:r>
      <w:r w:rsidRPr="00D73AFF">
        <w:rPr>
          <w:rFonts w:cs="Mangal"/>
          <w:sz w:val="24"/>
          <w:szCs w:val="24"/>
          <w:cs/>
          <w:lang w:bidi="hi-IN"/>
        </w:rPr>
        <w:t xml:space="preserve"> </w:t>
      </w:r>
      <w:r w:rsidRPr="00D73AFF">
        <w:rPr>
          <w:rFonts w:cs="Mangal" w:hint="cs"/>
          <w:sz w:val="24"/>
          <w:szCs w:val="24"/>
          <w:cs/>
          <w:lang w:bidi="hi-IN"/>
        </w:rPr>
        <w:t>प्रस्तुत</w:t>
      </w:r>
      <w:r w:rsidRPr="00D73AFF">
        <w:rPr>
          <w:rFonts w:cs="Mangal"/>
          <w:sz w:val="24"/>
          <w:szCs w:val="24"/>
          <w:cs/>
          <w:lang w:bidi="hi-IN"/>
        </w:rPr>
        <w:t xml:space="preserve"> </w:t>
      </w:r>
      <w:r w:rsidRPr="00D73AFF">
        <w:rPr>
          <w:rFonts w:cs="Mangal" w:hint="cs"/>
          <w:sz w:val="24"/>
          <w:szCs w:val="24"/>
          <w:cs/>
          <w:lang w:bidi="hi-IN"/>
        </w:rPr>
        <w:t>करना</w:t>
      </w:r>
      <w:r w:rsidRPr="00D73AFF">
        <w:rPr>
          <w:rFonts w:cs="Mangal"/>
          <w:sz w:val="24"/>
          <w:szCs w:val="24"/>
          <w:cs/>
          <w:lang w:bidi="hi-IN"/>
        </w:rPr>
        <w:t xml:space="preserve"> </w:t>
      </w:r>
      <w:r w:rsidRPr="00D73AFF">
        <w:rPr>
          <w:rFonts w:cs="Mangal" w:hint="cs"/>
          <w:sz w:val="24"/>
          <w:szCs w:val="24"/>
          <w:cs/>
          <w:lang w:bidi="hi-IN"/>
        </w:rPr>
        <w:t>भी</w:t>
      </w:r>
      <w:r w:rsidRPr="00D73AFF">
        <w:rPr>
          <w:rFonts w:cs="Mangal"/>
          <w:sz w:val="24"/>
          <w:szCs w:val="24"/>
          <w:cs/>
          <w:lang w:bidi="hi-IN"/>
        </w:rPr>
        <w:t xml:space="preserve"> </w:t>
      </w:r>
      <w:r w:rsidRPr="00D73AFF">
        <w:rPr>
          <w:rFonts w:cs="Mangal" w:hint="cs"/>
          <w:sz w:val="24"/>
          <w:szCs w:val="24"/>
          <w:cs/>
          <w:lang w:bidi="hi-IN"/>
        </w:rPr>
        <w:t>उतना</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lastRenderedPageBreak/>
        <w:t>आवश्यक</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मेमोरी</w:t>
      </w:r>
      <w:r w:rsidRPr="00D73AFF">
        <w:rPr>
          <w:rFonts w:cs="Mangal"/>
          <w:sz w:val="24"/>
          <w:szCs w:val="24"/>
          <w:cs/>
          <w:lang w:bidi="hi-IN"/>
        </w:rPr>
        <w:t xml:space="preserve"> </w:t>
      </w:r>
      <w:r w:rsidRPr="00D73AFF">
        <w:rPr>
          <w:rFonts w:cs="Mangal" w:hint="cs"/>
          <w:sz w:val="24"/>
          <w:szCs w:val="24"/>
          <w:cs/>
          <w:lang w:bidi="hi-IN"/>
        </w:rPr>
        <w:t>पावर</w:t>
      </w:r>
      <w:r w:rsidRPr="00D73AFF">
        <w:rPr>
          <w:rFonts w:cs="Mangal"/>
          <w:sz w:val="24"/>
          <w:szCs w:val="24"/>
          <w:cs/>
          <w:lang w:bidi="hi-IN"/>
        </w:rPr>
        <w:t xml:space="preserve"> </w:t>
      </w:r>
      <w:r w:rsidRPr="00D73AFF">
        <w:rPr>
          <w:rFonts w:cs="Mangal" w:hint="cs"/>
          <w:sz w:val="24"/>
          <w:szCs w:val="24"/>
          <w:cs/>
          <w:lang w:bidi="hi-IN"/>
        </w:rPr>
        <w:t>वर्कशॉप</w:t>
      </w:r>
      <w:r w:rsidRPr="00D73AFF">
        <w:rPr>
          <w:rFonts w:cs="Mangal"/>
          <w:sz w:val="24"/>
          <w:szCs w:val="24"/>
          <w:cs/>
          <w:lang w:bidi="hi-IN"/>
        </w:rPr>
        <w:t xml:space="preserve"> </w:t>
      </w:r>
      <w:r w:rsidRPr="00D73AFF">
        <w:rPr>
          <w:rFonts w:cs="Mangal" w:hint="cs"/>
          <w:sz w:val="24"/>
          <w:szCs w:val="24"/>
          <w:cs/>
          <w:lang w:bidi="hi-IN"/>
        </w:rPr>
        <w:t>विद्यार्थियों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ऐसी</w:t>
      </w:r>
      <w:r w:rsidRPr="00D73AFF">
        <w:rPr>
          <w:rFonts w:cs="Mangal"/>
          <w:sz w:val="24"/>
          <w:szCs w:val="24"/>
          <w:cs/>
          <w:lang w:bidi="hi-IN"/>
        </w:rPr>
        <w:t xml:space="preserve"> </w:t>
      </w:r>
      <w:r w:rsidRPr="00D73AFF">
        <w:rPr>
          <w:rFonts w:cs="Mangal" w:hint="cs"/>
          <w:sz w:val="24"/>
          <w:szCs w:val="24"/>
          <w:cs/>
          <w:lang w:bidi="hi-IN"/>
        </w:rPr>
        <w:t>दिशा</w:t>
      </w:r>
      <w:r w:rsidRPr="00D73AFF">
        <w:rPr>
          <w:rFonts w:cs="Mangal"/>
          <w:sz w:val="24"/>
          <w:szCs w:val="24"/>
          <w:cs/>
          <w:lang w:bidi="hi-IN"/>
        </w:rPr>
        <w:t xml:space="preserve"> </w:t>
      </w:r>
      <w:r w:rsidRPr="00D73AFF">
        <w:rPr>
          <w:rFonts w:cs="Mangal" w:hint="cs"/>
          <w:sz w:val="24"/>
          <w:szCs w:val="24"/>
          <w:cs/>
          <w:lang w:bidi="hi-IN"/>
        </w:rPr>
        <w:t>देगी</w:t>
      </w:r>
      <w:r w:rsidRPr="00D73AFF">
        <w:rPr>
          <w:sz w:val="24"/>
          <w:szCs w:val="24"/>
          <w:lang w:bidi="hi-IN"/>
        </w:rPr>
        <w:t xml:space="preserve">, </w:t>
      </w:r>
      <w:r w:rsidRPr="00D73AFF">
        <w:rPr>
          <w:rFonts w:cs="Mangal" w:hint="cs"/>
          <w:sz w:val="24"/>
          <w:szCs w:val="24"/>
          <w:cs/>
          <w:lang w:bidi="hi-IN"/>
        </w:rPr>
        <w:t>जिससे</w:t>
      </w:r>
      <w:r w:rsidRPr="00D73AFF">
        <w:rPr>
          <w:rFonts w:cs="Mangal"/>
          <w:sz w:val="24"/>
          <w:szCs w:val="24"/>
          <w:cs/>
          <w:lang w:bidi="hi-IN"/>
        </w:rPr>
        <w:t xml:space="preserve"> </w:t>
      </w:r>
      <w:r w:rsidRPr="00D73AFF">
        <w:rPr>
          <w:rFonts w:cs="Mangal" w:hint="cs"/>
          <w:sz w:val="24"/>
          <w:szCs w:val="24"/>
          <w:cs/>
          <w:lang w:bidi="hi-IN"/>
        </w:rPr>
        <w:t>वे</w:t>
      </w:r>
      <w:r w:rsidRPr="00D73AFF">
        <w:rPr>
          <w:rFonts w:cs="Mangal"/>
          <w:sz w:val="24"/>
          <w:szCs w:val="24"/>
          <w:cs/>
          <w:lang w:bidi="hi-IN"/>
        </w:rPr>
        <w:t xml:space="preserve"> </w:t>
      </w:r>
      <w:r w:rsidRPr="00D73AFF">
        <w:rPr>
          <w:rFonts w:cs="Mangal" w:hint="cs"/>
          <w:sz w:val="24"/>
          <w:szCs w:val="24"/>
          <w:cs/>
          <w:lang w:bidi="hi-IN"/>
        </w:rPr>
        <w:t>न</w:t>
      </w:r>
      <w:r w:rsidRPr="00D73AFF">
        <w:rPr>
          <w:rFonts w:cs="Mangal"/>
          <w:sz w:val="24"/>
          <w:szCs w:val="24"/>
          <w:cs/>
          <w:lang w:bidi="hi-IN"/>
        </w:rPr>
        <w:t xml:space="preserve"> </w:t>
      </w:r>
      <w:r w:rsidRPr="00D73AFF">
        <w:rPr>
          <w:rFonts w:cs="Mangal" w:hint="cs"/>
          <w:sz w:val="24"/>
          <w:szCs w:val="24"/>
          <w:cs/>
          <w:lang w:bidi="hi-IN"/>
        </w:rPr>
        <w:t>केवल</w:t>
      </w:r>
      <w:r w:rsidRPr="00D73AFF">
        <w:rPr>
          <w:rFonts w:cs="Mangal"/>
          <w:sz w:val="24"/>
          <w:szCs w:val="24"/>
          <w:cs/>
          <w:lang w:bidi="hi-IN"/>
        </w:rPr>
        <w:t xml:space="preserve"> </w:t>
      </w:r>
      <w:r w:rsidRPr="00D73AFF">
        <w:rPr>
          <w:rFonts w:cs="Mangal" w:hint="cs"/>
          <w:sz w:val="24"/>
          <w:szCs w:val="24"/>
          <w:cs/>
          <w:lang w:bidi="hi-IN"/>
        </w:rPr>
        <w:t>अकादमिक</w:t>
      </w:r>
      <w:r w:rsidRPr="00D73AFF">
        <w:rPr>
          <w:rFonts w:cs="Mangal"/>
          <w:sz w:val="24"/>
          <w:szCs w:val="24"/>
          <w:cs/>
          <w:lang w:bidi="hi-IN"/>
        </w:rPr>
        <w:t xml:space="preserve"> </w:t>
      </w:r>
      <w:r w:rsidRPr="00D73AFF">
        <w:rPr>
          <w:rFonts w:cs="Mangal" w:hint="cs"/>
          <w:sz w:val="24"/>
          <w:szCs w:val="24"/>
          <w:cs/>
          <w:lang w:bidi="hi-IN"/>
        </w:rPr>
        <w:t>जीवन</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बल्कि</w:t>
      </w:r>
      <w:r w:rsidRPr="00D73AFF">
        <w:rPr>
          <w:rFonts w:cs="Mangal"/>
          <w:sz w:val="24"/>
          <w:szCs w:val="24"/>
          <w:cs/>
          <w:lang w:bidi="hi-IN"/>
        </w:rPr>
        <w:t xml:space="preserve"> </w:t>
      </w:r>
      <w:r w:rsidRPr="00D73AFF">
        <w:rPr>
          <w:rFonts w:cs="Mangal" w:hint="cs"/>
          <w:sz w:val="24"/>
          <w:szCs w:val="24"/>
          <w:cs/>
          <w:lang w:bidi="hi-IN"/>
        </w:rPr>
        <w:t>जीवन</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हर</w:t>
      </w:r>
      <w:r w:rsidRPr="00D73AFF">
        <w:rPr>
          <w:rFonts w:cs="Mangal"/>
          <w:sz w:val="24"/>
          <w:szCs w:val="24"/>
          <w:cs/>
          <w:lang w:bidi="hi-IN"/>
        </w:rPr>
        <w:t xml:space="preserve"> </w:t>
      </w:r>
      <w:r w:rsidRPr="00D73AFF">
        <w:rPr>
          <w:rFonts w:cs="Mangal" w:hint="cs"/>
          <w:sz w:val="24"/>
          <w:szCs w:val="24"/>
          <w:cs/>
          <w:lang w:bidi="hi-IN"/>
        </w:rPr>
        <w:t>क्षेत्र</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सफलता</w:t>
      </w:r>
      <w:r w:rsidRPr="00D73AFF">
        <w:rPr>
          <w:rFonts w:cs="Mangal"/>
          <w:sz w:val="24"/>
          <w:szCs w:val="24"/>
          <w:cs/>
          <w:lang w:bidi="hi-IN"/>
        </w:rPr>
        <w:t xml:space="preserve"> </w:t>
      </w:r>
      <w:r w:rsidRPr="00D73AFF">
        <w:rPr>
          <w:rFonts w:cs="Mangal" w:hint="cs"/>
          <w:sz w:val="24"/>
          <w:szCs w:val="24"/>
          <w:cs/>
          <w:lang w:bidi="hi-IN"/>
        </w:rPr>
        <w:t>प्राप्त</w:t>
      </w:r>
      <w:r w:rsidRPr="00D73AFF">
        <w:rPr>
          <w:rFonts w:cs="Mangal"/>
          <w:sz w:val="24"/>
          <w:szCs w:val="24"/>
          <w:cs/>
          <w:lang w:bidi="hi-IN"/>
        </w:rPr>
        <w:t xml:space="preserve"> </w:t>
      </w:r>
      <w:r w:rsidRPr="00D73AFF">
        <w:rPr>
          <w:rFonts w:cs="Mangal" w:hint="cs"/>
          <w:sz w:val="24"/>
          <w:szCs w:val="24"/>
          <w:cs/>
          <w:lang w:bidi="hi-IN"/>
        </w:rPr>
        <w:t>कर</w:t>
      </w:r>
      <w:r w:rsidRPr="00D73AFF">
        <w:rPr>
          <w:rFonts w:cs="Mangal"/>
          <w:sz w:val="24"/>
          <w:szCs w:val="24"/>
          <w:cs/>
          <w:lang w:bidi="hi-IN"/>
        </w:rPr>
        <w:t xml:space="preserve"> </w:t>
      </w:r>
      <w:r w:rsidRPr="00D73AFF">
        <w:rPr>
          <w:rFonts w:cs="Mangal" w:hint="cs"/>
          <w:sz w:val="24"/>
          <w:szCs w:val="24"/>
          <w:cs/>
          <w:lang w:bidi="hi-IN"/>
        </w:rPr>
        <w:t>सकेंगे।उन्होंने</w:t>
      </w:r>
      <w:r w:rsidRPr="00D73AFF">
        <w:rPr>
          <w:rFonts w:cs="Mangal"/>
          <w:sz w:val="24"/>
          <w:szCs w:val="24"/>
          <w:cs/>
          <w:lang w:bidi="hi-IN"/>
        </w:rPr>
        <w:t xml:space="preserve"> </w:t>
      </w:r>
      <w:r w:rsidRPr="00D73AFF">
        <w:rPr>
          <w:rFonts w:cs="Mangal" w:hint="cs"/>
          <w:sz w:val="24"/>
          <w:szCs w:val="24"/>
          <w:cs/>
          <w:lang w:bidi="hi-IN"/>
        </w:rPr>
        <w:t>आगे</w:t>
      </w:r>
      <w:r w:rsidRPr="00D73AFF">
        <w:rPr>
          <w:rFonts w:cs="Mangal"/>
          <w:sz w:val="24"/>
          <w:szCs w:val="24"/>
          <w:cs/>
          <w:lang w:bidi="hi-IN"/>
        </w:rPr>
        <w:t xml:space="preserve"> </w:t>
      </w:r>
      <w:r w:rsidRPr="00D73AFF">
        <w:rPr>
          <w:rFonts w:cs="Mangal" w:hint="cs"/>
          <w:sz w:val="24"/>
          <w:szCs w:val="24"/>
          <w:cs/>
          <w:lang w:bidi="hi-IN"/>
        </w:rPr>
        <w:t>कहा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ऐसे</w:t>
      </w:r>
      <w:r w:rsidRPr="00D73AFF">
        <w:rPr>
          <w:rFonts w:cs="Mangal"/>
          <w:sz w:val="24"/>
          <w:szCs w:val="24"/>
          <w:cs/>
          <w:lang w:bidi="hi-IN"/>
        </w:rPr>
        <w:t xml:space="preserve"> </w:t>
      </w:r>
      <w:r w:rsidRPr="00D73AFF">
        <w:rPr>
          <w:rFonts w:cs="Mangal" w:hint="cs"/>
          <w:sz w:val="24"/>
          <w:szCs w:val="24"/>
          <w:cs/>
          <w:lang w:bidi="hi-IN"/>
        </w:rPr>
        <w:t>आयोजन</w:t>
      </w:r>
      <w:r w:rsidRPr="00D73AFF">
        <w:rPr>
          <w:rFonts w:cs="Mangal"/>
          <w:sz w:val="24"/>
          <w:szCs w:val="24"/>
          <w:cs/>
          <w:lang w:bidi="hi-IN"/>
        </w:rPr>
        <w:t xml:space="preserve"> </w:t>
      </w:r>
      <w:r w:rsidRPr="00D73AFF">
        <w:rPr>
          <w:rFonts w:cs="Mangal" w:hint="cs"/>
          <w:sz w:val="24"/>
          <w:szCs w:val="24"/>
          <w:cs/>
          <w:lang w:bidi="hi-IN"/>
        </w:rPr>
        <w:t>महाविद्यालय</w:t>
      </w:r>
      <w:r w:rsidRPr="00D73AFF">
        <w:rPr>
          <w:rFonts w:cs="Mangal"/>
          <w:sz w:val="24"/>
          <w:szCs w:val="24"/>
          <w:cs/>
          <w:lang w:bidi="hi-IN"/>
        </w:rPr>
        <w:t xml:space="preserve"> </w:t>
      </w:r>
      <w:r w:rsidRPr="00D73AFF">
        <w:rPr>
          <w:rFonts w:cs="Mangal" w:hint="cs"/>
          <w:sz w:val="24"/>
          <w:szCs w:val="24"/>
          <w:cs/>
          <w:lang w:bidi="hi-IN"/>
        </w:rPr>
        <w:t>की</w:t>
      </w:r>
      <w:r w:rsidR="005B4FB4">
        <w:rPr>
          <w:rFonts w:cs="Mangal" w:hint="cs"/>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w:t>
      </w:r>
      <w:r w:rsidRPr="00D73AFF">
        <w:rPr>
          <w:rFonts w:cs="Mangal" w:hint="cs"/>
          <w:sz w:val="24"/>
          <w:szCs w:val="24"/>
          <w:cs/>
          <w:lang w:bidi="hi-IN"/>
        </w:rPr>
        <w:t>हितैषी</w:t>
      </w:r>
      <w:r w:rsidRPr="00D73AFF">
        <w:rPr>
          <w:rFonts w:cs="Mangal"/>
          <w:sz w:val="24"/>
          <w:szCs w:val="24"/>
          <w:cs/>
          <w:lang w:bidi="hi-IN"/>
        </w:rPr>
        <w:t xml:space="preserve"> </w:t>
      </w:r>
      <w:r w:rsidRPr="00D73AFF">
        <w:rPr>
          <w:rFonts w:cs="Mangal" w:hint="cs"/>
          <w:sz w:val="24"/>
          <w:szCs w:val="24"/>
          <w:cs/>
          <w:lang w:bidi="hi-IN"/>
        </w:rPr>
        <w:t>नीतिका</w:t>
      </w:r>
      <w:r w:rsidRPr="00D73AFF">
        <w:rPr>
          <w:rFonts w:cs="Mangal"/>
          <w:sz w:val="24"/>
          <w:szCs w:val="24"/>
          <w:cs/>
          <w:lang w:bidi="hi-IN"/>
        </w:rPr>
        <w:t xml:space="preserve"> </w:t>
      </w:r>
      <w:r w:rsidRPr="00D73AFF">
        <w:rPr>
          <w:rFonts w:cs="Mangal" w:hint="cs"/>
          <w:sz w:val="24"/>
          <w:szCs w:val="24"/>
          <w:cs/>
          <w:lang w:bidi="hi-IN"/>
        </w:rPr>
        <w:t>हिस्सा</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भविष्य</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भी</w:t>
      </w:r>
      <w:r w:rsidRPr="00D73AFF">
        <w:rPr>
          <w:rFonts w:cs="Mangal"/>
          <w:sz w:val="24"/>
          <w:szCs w:val="24"/>
          <w:cs/>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तरह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कार्यशालाएँ</w:t>
      </w:r>
      <w:r w:rsidRPr="00D73AFF">
        <w:rPr>
          <w:rFonts w:cs="Mangal"/>
          <w:sz w:val="24"/>
          <w:szCs w:val="24"/>
          <w:cs/>
          <w:lang w:bidi="hi-IN"/>
        </w:rPr>
        <w:t xml:space="preserve"> </w:t>
      </w:r>
      <w:r w:rsidRPr="00D73AFF">
        <w:rPr>
          <w:rFonts w:cs="Mangal" w:hint="cs"/>
          <w:sz w:val="24"/>
          <w:szCs w:val="24"/>
          <w:cs/>
          <w:lang w:bidi="hi-IN"/>
        </w:rPr>
        <w:t>निरंतर</w:t>
      </w:r>
      <w:r w:rsidRPr="00D73AFF">
        <w:rPr>
          <w:rFonts w:cs="Mangal"/>
          <w:sz w:val="24"/>
          <w:szCs w:val="24"/>
          <w:cs/>
          <w:lang w:bidi="hi-IN"/>
        </w:rPr>
        <w:t xml:space="preserve"> </w:t>
      </w:r>
      <w:r w:rsidRPr="00D73AFF">
        <w:rPr>
          <w:rFonts w:cs="Mangal" w:hint="cs"/>
          <w:sz w:val="24"/>
          <w:szCs w:val="24"/>
          <w:cs/>
          <w:lang w:bidi="hi-IN"/>
        </w:rPr>
        <w:t>आयोजित</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जाती</w:t>
      </w:r>
      <w:r w:rsidRPr="00D73AFF">
        <w:rPr>
          <w:rFonts w:cs="Mangal"/>
          <w:sz w:val="24"/>
          <w:szCs w:val="24"/>
          <w:cs/>
          <w:lang w:bidi="hi-IN"/>
        </w:rPr>
        <w:t xml:space="preserve"> </w:t>
      </w:r>
      <w:r w:rsidRPr="00D73AFF">
        <w:rPr>
          <w:rFonts w:cs="Mangal" w:hint="cs"/>
          <w:sz w:val="24"/>
          <w:szCs w:val="24"/>
          <w:cs/>
          <w:lang w:bidi="hi-IN"/>
        </w:rPr>
        <w:t>रहेंगी।मुख्य</w:t>
      </w:r>
      <w:r w:rsidRPr="00D73AFF">
        <w:rPr>
          <w:rFonts w:cs="Mangal"/>
          <w:sz w:val="24"/>
          <w:szCs w:val="24"/>
          <w:cs/>
          <w:lang w:bidi="hi-IN"/>
        </w:rPr>
        <w:t xml:space="preserve"> </w:t>
      </w:r>
      <w:r w:rsidRPr="00D73AFF">
        <w:rPr>
          <w:rFonts w:cs="Mangal" w:hint="cs"/>
          <w:sz w:val="24"/>
          <w:szCs w:val="24"/>
          <w:cs/>
          <w:lang w:bidi="hi-IN"/>
        </w:rPr>
        <w:t>वक्ताश्री</w:t>
      </w:r>
      <w:r w:rsidRPr="00D73AFF">
        <w:rPr>
          <w:rFonts w:cs="Mangal"/>
          <w:sz w:val="24"/>
          <w:szCs w:val="24"/>
          <w:cs/>
          <w:lang w:bidi="hi-IN"/>
        </w:rPr>
        <w:t xml:space="preserve"> </w:t>
      </w:r>
      <w:r w:rsidRPr="00D73AFF">
        <w:rPr>
          <w:rFonts w:cs="Mangal" w:hint="cs"/>
          <w:sz w:val="24"/>
          <w:szCs w:val="24"/>
          <w:cs/>
          <w:lang w:bidi="hi-IN"/>
        </w:rPr>
        <w:t>रोहित</w:t>
      </w:r>
      <w:r w:rsidRPr="00D73AFF">
        <w:rPr>
          <w:rFonts w:cs="Mangal"/>
          <w:sz w:val="24"/>
          <w:szCs w:val="24"/>
          <w:cs/>
          <w:lang w:bidi="hi-IN"/>
        </w:rPr>
        <w:t xml:space="preserve"> </w:t>
      </w:r>
      <w:r w:rsidRPr="00D73AFF">
        <w:rPr>
          <w:rFonts w:cs="Mangal" w:hint="cs"/>
          <w:sz w:val="24"/>
          <w:szCs w:val="24"/>
          <w:cs/>
          <w:lang w:bidi="hi-IN"/>
        </w:rPr>
        <w:t>तेलंग</w:t>
      </w:r>
      <w:r w:rsidR="005B4FB4">
        <w:rPr>
          <w:rFonts w:cs="Mangal" w:hint="cs"/>
          <w:sz w:val="24"/>
          <w:szCs w:val="24"/>
          <w:cs/>
          <w:lang w:bidi="hi-IN"/>
        </w:rPr>
        <w:t xml:space="preserve"> </w:t>
      </w:r>
      <w:r w:rsidRPr="00D73AFF">
        <w:rPr>
          <w:rFonts w:cs="Mangal" w:hint="cs"/>
          <w:sz w:val="24"/>
          <w:szCs w:val="24"/>
          <w:cs/>
          <w:lang w:bidi="hi-IN"/>
        </w:rPr>
        <w:t>ने</w:t>
      </w:r>
      <w:r w:rsidRPr="00D73AFF">
        <w:rPr>
          <w:rFonts w:cs="Mangal"/>
          <w:sz w:val="24"/>
          <w:szCs w:val="24"/>
          <w:cs/>
          <w:lang w:bidi="hi-IN"/>
        </w:rPr>
        <w:t xml:space="preserve"> </w:t>
      </w:r>
      <w:r w:rsidRPr="00D73AFF">
        <w:rPr>
          <w:rFonts w:cs="Mangal" w:hint="cs"/>
          <w:sz w:val="24"/>
          <w:szCs w:val="24"/>
          <w:cs/>
          <w:lang w:bidi="hi-IN"/>
        </w:rPr>
        <w:t>अपने</w:t>
      </w:r>
      <w:r w:rsidRPr="00D73AFF">
        <w:rPr>
          <w:rFonts w:cs="Mangal"/>
          <w:sz w:val="24"/>
          <w:szCs w:val="24"/>
          <w:cs/>
          <w:lang w:bidi="hi-IN"/>
        </w:rPr>
        <w:t xml:space="preserve"> </w:t>
      </w:r>
      <w:r w:rsidRPr="00D73AFF">
        <w:rPr>
          <w:rFonts w:cs="Mangal" w:hint="cs"/>
          <w:sz w:val="24"/>
          <w:szCs w:val="24"/>
          <w:cs/>
          <w:lang w:bidi="hi-IN"/>
        </w:rPr>
        <w:t>व्याख्यान</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शुरुआत</w:t>
      </w:r>
      <w:r w:rsidRPr="00D73AFF">
        <w:rPr>
          <w:rFonts w:cs="Mangal"/>
          <w:sz w:val="24"/>
          <w:szCs w:val="24"/>
          <w:cs/>
          <w:lang w:bidi="hi-IN"/>
        </w:rPr>
        <w:t xml:space="preserve"> </w:t>
      </w:r>
      <w:r w:rsidRPr="00D73AFF">
        <w:rPr>
          <w:rFonts w:cs="Mangal" w:hint="cs"/>
          <w:sz w:val="24"/>
          <w:szCs w:val="24"/>
          <w:cs/>
          <w:lang w:bidi="hi-IN"/>
        </w:rPr>
        <w:t>करते</w:t>
      </w:r>
      <w:r w:rsidRPr="00D73AFF">
        <w:rPr>
          <w:rFonts w:cs="Mangal"/>
          <w:sz w:val="24"/>
          <w:szCs w:val="24"/>
          <w:cs/>
          <w:lang w:bidi="hi-IN"/>
        </w:rPr>
        <w:t xml:space="preserve"> </w:t>
      </w:r>
      <w:r w:rsidRPr="00D73AFF">
        <w:rPr>
          <w:rFonts w:cs="Mangal" w:hint="cs"/>
          <w:sz w:val="24"/>
          <w:szCs w:val="24"/>
          <w:cs/>
          <w:lang w:bidi="hi-IN"/>
        </w:rPr>
        <w:t>हुए</w:t>
      </w:r>
      <w:r w:rsidRPr="00D73AFF">
        <w:rPr>
          <w:rFonts w:cs="Mangal"/>
          <w:sz w:val="24"/>
          <w:szCs w:val="24"/>
          <w:cs/>
          <w:lang w:bidi="hi-IN"/>
        </w:rPr>
        <w:t xml:space="preserve"> </w:t>
      </w:r>
      <w:r w:rsidRPr="00D73AFF">
        <w:rPr>
          <w:rFonts w:cs="Mangal" w:hint="cs"/>
          <w:sz w:val="24"/>
          <w:szCs w:val="24"/>
          <w:cs/>
          <w:lang w:bidi="hi-IN"/>
        </w:rPr>
        <w:t>कहा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sz w:val="24"/>
          <w:szCs w:val="24"/>
          <w:lang w:bidi="hi-IN"/>
        </w:rPr>
        <w:t>–</w:t>
      </w:r>
      <w:r w:rsidRPr="00D73AFF">
        <w:rPr>
          <w:rFonts w:hint="eastAsia"/>
          <w:sz w:val="24"/>
          <w:szCs w:val="24"/>
          <w:lang w:bidi="hi-IN"/>
        </w:rPr>
        <w:t>“</w:t>
      </w:r>
      <w:r w:rsidRPr="00D73AFF">
        <w:rPr>
          <w:rFonts w:cs="Mangal" w:hint="cs"/>
          <w:sz w:val="24"/>
          <w:szCs w:val="24"/>
          <w:cs/>
          <w:lang w:bidi="hi-IN"/>
        </w:rPr>
        <w:t>मानव</w:t>
      </w:r>
      <w:r w:rsidRPr="00D73AFF">
        <w:rPr>
          <w:rFonts w:cs="Mangal"/>
          <w:sz w:val="24"/>
          <w:szCs w:val="24"/>
          <w:cs/>
          <w:lang w:bidi="hi-IN"/>
        </w:rPr>
        <w:t xml:space="preserve"> </w:t>
      </w:r>
      <w:r w:rsidRPr="00D73AFF">
        <w:rPr>
          <w:rFonts w:cs="Mangal" w:hint="cs"/>
          <w:sz w:val="24"/>
          <w:szCs w:val="24"/>
          <w:cs/>
          <w:lang w:bidi="hi-IN"/>
        </w:rPr>
        <w:t>मस्तिष्क</w:t>
      </w:r>
      <w:r w:rsidRPr="00D73AFF">
        <w:rPr>
          <w:rFonts w:cs="Mangal"/>
          <w:sz w:val="24"/>
          <w:szCs w:val="24"/>
          <w:cs/>
          <w:lang w:bidi="hi-IN"/>
        </w:rPr>
        <w:t xml:space="preserve"> </w:t>
      </w:r>
      <w:r w:rsidRPr="00D73AFF">
        <w:rPr>
          <w:rFonts w:cs="Mangal" w:hint="cs"/>
          <w:sz w:val="24"/>
          <w:szCs w:val="24"/>
          <w:cs/>
          <w:lang w:bidi="hi-IN"/>
        </w:rPr>
        <w:t>असीम</w:t>
      </w:r>
      <w:r w:rsidRPr="00D73AFF">
        <w:rPr>
          <w:rFonts w:cs="Mangal"/>
          <w:sz w:val="24"/>
          <w:szCs w:val="24"/>
          <w:cs/>
          <w:lang w:bidi="hi-IN"/>
        </w:rPr>
        <w:t xml:space="preserve"> </w:t>
      </w:r>
      <w:r w:rsidRPr="00D73AFF">
        <w:rPr>
          <w:rFonts w:cs="Mangal" w:hint="cs"/>
          <w:sz w:val="24"/>
          <w:szCs w:val="24"/>
          <w:cs/>
          <w:lang w:bidi="hi-IN"/>
        </w:rPr>
        <w:t>संभावनाओं</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भरा</w:t>
      </w:r>
      <w:r w:rsidRPr="00D73AFF">
        <w:rPr>
          <w:rFonts w:cs="Mangal"/>
          <w:sz w:val="24"/>
          <w:szCs w:val="24"/>
          <w:cs/>
          <w:lang w:bidi="hi-IN"/>
        </w:rPr>
        <w:t xml:space="preserve"> </w:t>
      </w:r>
      <w:r w:rsidRPr="00D73AFF">
        <w:rPr>
          <w:rFonts w:cs="Mangal" w:hint="cs"/>
          <w:sz w:val="24"/>
          <w:szCs w:val="24"/>
          <w:cs/>
          <w:lang w:bidi="hi-IN"/>
        </w:rPr>
        <w:t>हुआ</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हममें</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अधिकांश</w:t>
      </w:r>
      <w:r w:rsidRPr="00D73AFF">
        <w:rPr>
          <w:rFonts w:cs="Mangal"/>
          <w:sz w:val="24"/>
          <w:szCs w:val="24"/>
          <w:cs/>
          <w:lang w:bidi="hi-IN"/>
        </w:rPr>
        <w:t xml:space="preserve"> </w:t>
      </w:r>
      <w:r w:rsidRPr="00D73AFF">
        <w:rPr>
          <w:rFonts w:cs="Mangal" w:hint="cs"/>
          <w:sz w:val="24"/>
          <w:szCs w:val="24"/>
          <w:cs/>
          <w:lang w:bidi="hi-IN"/>
        </w:rPr>
        <w:t>लोग</w:t>
      </w:r>
      <w:r w:rsidRPr="00D73AFF">
        <w:rPr>
          <w:rFonts w:cs="Mangal"/>
          <w:sz w:val="24"/>
          <w:szCs w:val="24"/>
          <w:cs/>
          <w:lang w:bidi="hi-IN"/>
        </w:rPr>
        <w:t xml:space="preserve"> </w:t>
      </w:r>
      <w:r w:rsidRPr="00D73AFF">
        <w:rPr>
          <w:rFonts w:cs="Mangal" w:hint="cs"/>
          <w:sz w:val="24"/>
          <w:szCs w:val="24"/>
          <w:cs/>
          <w:lang w:bidi="hi-IN"/>
        </w:rPr>
        <w:t>अपनी</w:t>
      </w:r>
      <w:r w:rsidRPr="00D73AFF">
        <w:rPr>
          <w:rFonts w:cs="Mangal"/>
          <w:sz w:val="24"/>
          <w:szCs w:val="24"/>
          <w:cs/>
          <w:lang w:bidi="hi-IN"/>
        </w:rPr>
        <w:t xml:space="preserve"> </w:t>
      </w:r>
      <w:r w:rsidRPr="00D73AFF">
        <w:rPr>
          <w:rFonts w:cs="Mangal" w:hint="cs"/>
          <w:sz w:val="24"/>
          <w:szCs w:val="24"/>
          <w:cs/>
          <w:lang w:bidi="hi-IN"/>
        </w:rPr>
        <w:t>वास्तविक</w:t>
      </w:r>
      <w:r w:rsidRPr="00D73AFF">
        <w:rPr>
          <w:rFonts w:cs="Mangal"/>
          <w:sz w:val="24"/>
          <w:szCs w:val="24"/>
          <w:cs/>
          <w:lang w:bidi="hi-IN"/>
        </w:rPr>
        <w:t xml:space="preserve"> </w:t>
      </w:r>
      <w:r w:rsidRPr="00D73AFF">
        <w:rPr>
          <w:rFonts w:cs="Mangal" w:hint="cs"/>
          <w:sz w:val="24"/>
          <w:szCs w:val="24"/>
          <w:cs/>
          <w:lang w:bidi="hi-IN"/>
        </w:rPr>
        <w:t>स्मरण</w:t>
      </w:r>
      <w:r w:rsidRPr="00D73AFF">
        <w:rPr>
          <w:rFonts w:cs="Mangal"/>
          <w:sz w:val="24"/>
          <w:szCs w:val="24"/>
          <w:cs/>
          <w:lang w:bidi="hi-IN"/>
        </w:rPr>
        <w:t xml:space="preserve"> </w:t>
      </w:r>
      <w:r w:rsidRPr="00D73AFF">
        <w:rPr>
          <w:rFonts w:cs="Mangal" w:hint="cs"/>
          <w:sz w:val="24"/>
          <w:szCs w:val="24"/>
          <w:cs/>
          <w:lang w:bidi="hi-IN"/>
        </w:rPr>
        <w:t>शक्ति</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केवल</w:t>
      </w:r>
      <w:r w:rsidRPr="00D73AFF">
        <w:rPr>
          <w:rFonts w:cs="Mangal"/>
          <w:sz w:val="24"/>
          <w:szCs w:val="24"/>
          <w:cs/>
          <w:lang w:bidi="hi-IN"/>
        </w:rPr>
        <w:t xml:space="preserve"> 10</w:t>
      </w:r>
      <w:r w:rsidRPr="00D73AFF">
        <w:rPr>
          <w:sz w:val="24"/>
          <w:szCs w:val="24"/>
          <w:lang w:bidi="hi-IN"/>
        </w:rPr>
        <w:t>–</w:t>
      </w:r>
      <w:r w:rsidRPr="00D73AFF">
        <w:rPr>
          <w:rFonts w:cs="Mangal"/>
          <w:sz w:val="24"/>
          <w:szCs w:val="24"/>
          <w:cs/>
          <w:lang w:bidi="hi-IN"/>
        </w:rPr>
        <w:t xml:space="preserve">15 </w:t>
      </w:r>
      <w:r w:rsidRPr="00D73AFF">
        <w:rPr>
          <w:rFonts w:cs="Mangal" w:hint="cs"/>
          <w:sz w:val="24"/>
          <w:szCs w:val="24"/>
          <w:cs/>
          <w:lang w:bidi="hi-IN"/>
        </w:rPr>
        <w:t>प्रतिशत</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उपयोग</w:t>
      </w:r>
      <w:r w:rsidRPr="00D73AFF">
        <w:rPr>
          <w:rFonts w:cs="Mangal"/>
          <w:sz w:val="24"/>
          <w:szCs w:val="24"/>
          <w:cs/>
          <w:lang w:bidi="hi-IN"/>
        </w:rPr>
        <w:t xml:space="preserve"> </w:t>
      </w:r>
      <w:r w:rsidRPr="00D73AFF">
        <w:rPr>
          <w:rFonts w:cs="Mangal" w:hint="cs"/>
          <w:sz w:val="24"/>
          <w:szCs w:val="24"/>
          <w:cs/>
          <w:lang w:bidi="hi-IN"/>
        </w:rPr>
        <w:t>करते</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वैज्ञानिक</w:t>
      </w:r>
      <w:r w:rsidRPr="00D73AFF">
        <w:rPr>
          <w:rFonts w:cs="Mangal"/>
          <w:sz w:val="24"/>
          <w:szCs w:val="24"/>
          <w:cs/>
          <w:lang w:bidi="hi-IN"/>
        </w:rPr>
        <w:t xml:space="preserve"> </w:t>
      </w:r>
      <w:r w:rsidRPr="00D73AFF">
        <w:rPr>
          <w:rFonts w:cs="Mangal" w:hint="cs"/>
          <w:sz w:val="24"/>
          <w:szCs w:val="24"/>
          <w:cs/>
          <w:lang w:bidi="hi-IN"/>
        </w:rPr>
        <w:t>तकनीकों</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अभ्यास</w:t>
      </w:r>
      <w:r w:rsidRPr="00D73AFF">
        <w:rPr>
          <w:rFonts w:cs="Mangal"/>
          <w:sz w:val="24"/>
          <w:szCs w:val="24"/>
          <w:cs/>
          <w:lang w:bidi="hi-IN"/>
        </w:rPr>
        <w:t xml:space="preserve"> </w:t>
      </w:r>
      <w:r w:rsidRPr="00D73AFF">
        <w:rPr>
          <w:rFonts w:cs="Mangal" w:hint="cs"/>
          <w:sz w:val="24"/>
          <w:szCs w:val="24"/>
          <w:cs/>
          <w:lang w:bidi="hi-IN"/>
        </w:rPr>
        <w:t>किया</w:t>
      </w:r>
      <w:r w:rsidRPr="00D73AFF">
        <w:rPr>
          <w:rFonts w:cs="Mangal"/>
          <w:sz w:val="24"/>
          <w:szCs w:val="24"/>
          <w:cs/>
          <w:lang w:bidi="hi-IN"/>
        </w:rPr>
        <w:t xml:space="preserve"> </w:t>
      </w:r>
      <w:r w:rsidRPr="00D73AFF">
        <w:rPr>
          <w:rFonts w:cs="Mangal" w:hint="cs"/>
          <w:sz w:val="24"/>
          <w:szCs w:val="24"/>
          <w:cs/>
          <w:lang w:bidi="hi-IN"/>
        </w:rPr>
        <w:t>जाए</w:t>
      </w:r>
      <w:r w:rsidRPr="00D73AFF">
        <w:rPr>
          <w:rFonts w:cs="Mangal"/>
          <w:sz w:val="24"/>
          <w:szCs w:val="24"/>
          <w:cs/>
          <w:lang w:bidi="hi-IN"/>
        </w:rPr>
        <w:t xml:space="preserve"> </w:t>
      </w:r>
      <w:r w:rsidRPr="00D73AFF">
        <w:rPr>
          <w:rFonts w:cs="Mangal" w:hint="cs"/>
          <w:sz w:val="24"/>
          <w:szCs w:val="24"/>
          <w:cs/>
          <w:lang w:bidi="hi-IN"/>
        </w:rPr>
        <w:t>तो</w:t>
      </w:r>
      <w:r w:rsidRPr="00D73AFF">
        <w:rPr>
          <w:rFonts w:cs="Mangal"/>
          <w:sz w:val="24"/>
          <w:szCs w:val="24"/>
          <w:cs/>
          <w:lang w:bidi="hi-IN"/>
        </w:rPr>
        <w:t xml:space="preserve"> </w:t>
      </w:r>
      <w:r w:rsidRPr="00D73AFF">
        <w:rPr>
          <w:rFonts w:cs="Mangal" w:hint="cs"/>
          <w:sz w:val="24"/>
          <w:szCs w:val="24"/>
          <w:cs/>
          <w:lang w:bidi="hi-IN"/>
        </w:rPr>
        <w:t>कोई</w:t>
      </w:r>
      <w:r w:rsidRPr="00D73AFF">
        <w:rPr>
          <w:rFonts w:cs="Mangal"/>
          <w:sz w:val="24"/>
          <w:szCs w:val="24"/>
          <w:cs/>
          <w:lang w:bidi="hi-IN"/>
        </w:rPr>
        <w:t xml:space="preserve"> </w:t>
      </w:r>
      <w:r w:rsidRPr="00D73AFF">
        <w:rPr>
          <w:rFonts w:cs="Mangal" w:hint="cs"/>
          <w:sz w:val="24"/>
          <w:szCs w:val="24"/>
          <w:cs/>
          <w:lang w:bidi="hi-IN"/>
        </w:rPr>
        <w:t>भी</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अपनी</w:t>
      </w:r>
      <w:r w:rsidR="005B4FB4">
        <w:rPr>
          <w:rFonts w:cs="Mangal" w:hint="cs"/>
          <w:sz w:val="24"/>
          <w:szCs w:val="24"/>
          <w:cs/>
          <w:lang w:bidi="hi-IN"/>
        </w:rPr>
        <w:t xml:space="preserve"> </w:t>
      </w:r>
      <w:r w:rsidRPr="00D73AFF">
        <w:rPr>
          <w:rFonts w:cs="Mangal" w:hint="cs"/>
          <w:sz w:val="24"/>
          <w:szCs w:val="24"/>
          <w:cs/>
          <w:lang w:bidi="hi-IN"/>
        </w:rPr>
        <w:t>मेमोरी</w:t>
      </w:r>
      <w:r w:rsidRPr="00D73AFF">
        <w:rPr>
          <w:rFonts w:cs="Mangal"/>
          <w:sz w:val="24"/>
          <w:szCs w:val="24"/>
          <w:cs/>
          <w:lang w:bidi="hi-IN"/>
        </w:rPr>
        <w:t xml:space="preserve"> </w:t>
      </w:r>
      <w:r w:rsidRPr="00D73AFF">
        <w:rPr>
          <w:rFonts w:cs="Mangal" w:hint="cs"/>
          <w:sz w:val="24"/>
          <w:szCs w:val="24"/>
          <w:cs/>
          <w:lang w:bidi="hi-IN"/>
        </w:rPr>
        <w:t>पावर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कई</w:t>
      </w:r>
      <w:r w:rsidRPr="00D73AFF">
        <w:rPr>
          <w:rFonts w:cs="Mangal"/>
          <w:sz w:val="24"/>
          <w:szCs w:val="24"/>
          <w:cs/>
          <w:lang w:bidi="hi-IN"/>
        </w:rPr>
        <w:t xml:space="preserve"> </w:t>
      </w:r>
      <w:r w:rsidRPr="00D73AFF">
        <w:rPr>
          <w:rFonts w:cs="Mangal" w:hint="cs"/>
          <w:sz w:val="24"/>
          <w:szCs w:val="24"/>
          <w:cs/>
          <w:lang w:bidi="hi-IN"/>
        </w:rPr>
        <w:t>गुना</w:t>
      </w:r>
      <w:r w:rsidRPr="00D73AFF">
        <w:rPr>
          <w:rFonts w:cs="Mangal"/>
          <w:sz w:val="24"/>
          <w:szCs w:val="24"/>
          <w:cs/>
          <w:lang w:bidi="hi-IN"/>
        </w:rPr>
        <w:t xml:space="preserve"> </w:t>
      </w:r>
      <w:r w:rsidRPr="00D73AFF">
        <w:rPr>
          <w:rFonts w:cs="Mangal" w:hint="cs"/>
          <w:sz w:val="24"/>
          <w:szCs w:val="24"/>
          <w:cs/>
          <w:lang w:bidi="hi-IN"/>
        </w:rPr>
        <w:t>बढ़ा</w:t>
      </w:r>
      <w:r w:rsidRPr="00D73AFF">
        <w:rPr>
          <w:rFonts w:cs="Mangal"/>
          <w:sz w:val="24"/>
          <w:szCs w:val="24"/>
          <w:cs/>
          <w:lang w:bidi="hi-IN"/>
        </w:rPr>
        <w:t xml:space="preserve"> </w:t>
      </w:r>
      <w:r w:rsidRPr="00D73AFF">
        <w:rPr>
          <w:rFonts w:cs="Mangal" w:hint="cs"/>
          <w:sz w:val="24"/>
          <w:szCs w:val="24"/>
          <w:cs/>
          <w:lang w:bidi="hi-IN"/>
        </w:rPr>
        <w:t>सकता</w:t>
      </w:r>
      <w:r w:rsidRPr="00D73AFF">
        <w:rPr>
          <w:rFonts w:cs="Mangal"/>
          <w:sz w:val="24"/>
          <w:szCs w:val="24"/>
          <w:cs/>
          <w:lang w:bidi="hi-IN"/>
        </w:rPr>
        <w:t xml:space="preserve"> </w:t>
      </w:r>
      <w:r w:rsidRPr="00D73AFF">
        <w:rPr>
          <w:rFonts w:cs="Mangal" w:hint="cs"/>
          <w:sz w:val="24"/>
          <w:szCs w:val="24"/>
          <w:cs/>
          <w:lang w:bidi="hi-IN"/>
        </w:rPr>
        <w:t>है।</w:t>
      </w:r>
      <w:r w:rsidRPr="00D73AFF">
        <w:rPr>
          <w:rFonts w:hint="eastAsia"/>
          <w:sz w:val="24"/>
          <w:szCs w:val="24"/>
          <w:lang w:bidi="hi-IN"/>
        </w:rPr>
        <w:t>”</w:t>
      </w:r>
      <w:r w:rsidRPr="00D73AFF">
        <w:rPr>
          <w:rFonts w:cs="Mangal" w:hint="cs"/>
          <w:sz w:val="24"/>
          <w:szCs w:val="24"/>
          <w:cs/>
          <w:lang w:bidi="hi-IN"/>
        </w:rPr>
        <w:t>उन्होंने</w:t>
      </w:r>
      <w:r w:rsidRPr="00D73AFF">
        <w:rPr>
          <w:rFonts w:cs="Mangal"/>
          <w:sz w:val="24"/>
          <w:szCs w:val="24"/>
          <w:cs/>
          <w:lang w:bidi="hi-IN"/>
        </w:rPr>
        <w:t xml:space="preserve"> </w:t>
      </w:r>
      <w:r w:rsidRPr="00D73AFF">
        <w:rPr>
          <w:rFonts w:cs="Mangal" w:hint="cs"/>
          <w:sz w:val="24"/>
          <w:szCs w:val="24"/>
          <w:cs/>
          <w:lang w:bidi="hi-IN"/>
        </w:rPr>
        <w:t>विद्यार्थियों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यह</w:t>
      </w:r>
      <w:r w:rsidRPr="00D73AFF">
        <w:rPr>
          <w:rFonts w:cs="Mangal"/>
          <w:sz w:val="24"/>
          <w:szCs w:val="24"/>
          <w:cs/>
          <w:lang w:bidi="hi-IN"/>
        </w:rPr>
        <w:t xml:space="preserve"> </w:t>
      </w:r>
      <w:r w:rsidRPr="00D73AFF">
        <w:rPr>
          <w:rFonts w:cs="Mangal" w:hint="cs"/>
          <w:sz w:val="24"/>
          <w:szCs w:val="24"/>
          <w:cs/>
          <w:lang w:bidi="hi-IN"/>
        </w:rPr>
        <w:t>बताया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स्मृति</w:t>
      </w:r>
      <w:r w:rsidRPr="00D73AFF">
        <w:rPr>
          <w:rFonts w:cs="Mangal"/>
          <w:sz w:val="24"/>
          <w:szCs w:val="24"/>
          <w:cs/>
          <w:lang w:bidi="hi-IN"/>
        </w:rPr>
        <w:t xml:space="preserve"> </w:t>
      </w:r>
      <w:r w:rsidRPr="00D73AFF">
        <w:rPr>
          <w:rFonts w:cs="Mangal" w:hint="cs"/>
          <w:sz w:val="24"/>
          <w:szCs w:val="24"/>
          <w:cs/>
          <w:lang w:bidi="hi-IN"/>
        </w:rPr>
        <w:t>शक्ति</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सीधा</w:t>
      </w:r>
      <w:r w:rsidRPr="00D73AFF">
        <w:rPr>
          <w:rFonts w:cs="Mangal"/>
          <w:sz w:val="24"/>
          <w:szCs w:val="24"/>
          <w:cs/>
          <w:lang w:bidi="hi-IN"/>
        </w:rPr>
        <w:t xml:space="preserve"> </w:t>
      </w:r>
      <w:r w:rsidRPr="00D73AFF">
        <w:rPr>
          <w:rFonts w:cs="Mangal" w:hint="cs"/>
          <w:sz w:val="24"/>
          <w:szCs w:val="24"/>
          <w:cs/>
          <w:lang w:bidi="hi-IN"/>
        </w:rPr>
        <w:t>संबंधध्यान</w:t>
      </w:r>
      <w:r w:rsidRPr="00D73AFF">
        <w:rPr>
          <w:rFonts w:cs="Mangal"/>
          <w:sz w:val="24"/>
          <w:szCs w:val="24"/>
          <w:cs/>
          <w:lang w:bidi="hi-IN"/>
        </w:rPr>
        <w:t xml:space="preserve"> (</w:t>
      </w:r>
      <w:r w:rsidRPr="00D73AFF">
        <w:rPr>
          <w:sz w:val="24"/>
          <w:szCs w:val="24"/>
          <w:lang w:bidi="hi-IN"/>
        </w:rPr>
        <w:t xml:space="preserve">Concentration), </w:t>
      </w:r>
      <w:r w:rsidRPr="00D73AFF">
        <w:rPr>
          <w:rFonts w:cs="Mangal" w:hint="cs"/>
          <w:sz w:val="24"/>
          <w:szCs w:val="24"/>
          <w:cs/>
          <w:lang w:bidi="hi-IN"/>
        </w:rPr>
        <w:t>पुनरावृत्ति</w:t>
      </w:r>
      <w:r w:rsidRPr="00D73AFF">
        <w:rPr>
          <w:rFonts w:cs="Mangal"/>
          <w:sz w:val="24"/>
          <w:szCs w:val="24"/>
          <w:cs/>
          <w:lang w:bidi="hi-IN"/>
        </w:rPr>
        <w:t xml:space="preserve"> (</w:t>
      </w:r>
      <w:r w:rsidRPr="00D73AFF">
        <w:rPr>
          <w:sz w:val="24"/>
          <w:szCs w:val="24"/>
          <w:lang w:bidi="hi-IN"/>
        </w:rPr>
        <w:t xml:space="preserve">Revision),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संघटन</w:t>
      </w:r>
      <w:r w:rsidRPr="00D73AFF">
        <w:rPr>
          <w:rFonts w:cs="Mangal"/>
          <w:sz w:val="24"/>
          <w:szCs w:val="24"/>
          <w:cs/>
          <w:lang w:bidi="hi-IN"/>
        </w:rPr>
        <w:t xml:space="preserve"> (</w:t>
      </w:r>
      <w:r w:rsidRPr="00D73AFF">
        <w:rPr>
          <w:sz w:val="24"/>
          <w:szCs w:val="24"/>
          <w:lang w:bidi="hi-IN"/>
        </w:rPr>
        <w:t>Association)</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सही</w:t>
      </w:r>
      <w:r w:rsidRPr="00D73AFF">
        <w:rPr>
          <w:rFonts w:cs="Mangal"/>
          <w:sz w:val="24"/>
          <w:szCs w:val="24"/>
          <w:cs/>
          <w:lang w:bidi="hi-IN"/>
        </w:rPr>
        <w:t xml:space="preserve"> </w:t>
      </w:r>
      <w:r w:rsidRPr="00D73AFF">
        <w:rPr>
          <w:rFonts w:cs="Mangal" w:hint="cs"/>
          <w:sz w:val="24"/>
          <w:szCs w:val="24"/>
          <w:cs/>
          <w:lang w:bidi="hi-IN"/>
        </w:rPr>
        <w:t>तकनीक</w:t>
      </w:r>
      <w:r w:rsidRPr="00D73AFF">
        <w:rPr>
          <w:rFonts w:cs="Mangal"/>
          <w:sz w:val="24"/>
          <w:szCs w:val="24"/>
          <w:cs/>
          <w:lang w:bidi="hi-IN"/>
        </w:rPr>
        <w:t xml:space="preserve"> </w:t>
      </w:r>
      <w:r w:rsidRPr="00D73AFF">
        <w:rPr>
          <w:rFonts w:cs="Mangal" w:hint="cs"/>
          <w:sz w:val="24"/>
          <w:szCs w:val="24"/>
          <w:cs/>
          <w:lang w:bidi="hi-IN"/>
        </w:rPr>
        <w:t>अपनाएँ</w:t>
      </w:r>
      <w:r w:rsidRPr="00D73AFF">
        <w:rPr>
          <w:sz w:val="24"/>
          <w:szCs w:val="24"/>
          <w:lang w:bidi="hi-IN"/>
        </w:rPr>
        <w:t xml:space="preserve">, </w:t>
      </w:r>
      <w:r w:rsidRPr="00D73AFF">
        <w:rPr>
          <w:rFonts w:cs="Mangal" w:hint="cs"/>
          <w:sz w:val="24"/>
          <w:szCs w:val="24"/>
          <w:cs/>
          <w:lang w:bidi="hi-IN"/>
        </w:rPr>
        <w:t>तो</w:t>
      </w:r>
      <w:r w:rsidRPr="00D73AFF">
        <w:rPr>
          <w:rFonts w:cs="Mangal"/>
          <w:sz w:val="24"/>
          <w:szCs w:val="24"/>
          <w:cs/>
          <w:lang w:bidi="hi-IN"/>
        </w:rPr>
        <w:t xml:space="preserve"> </w:t>
      </w:r>
      <w:r w:rsidRPr="00D73AFF">
        <w:rPr>
          <w:rFonts w:cs="Mangal" w:hint="cs"/>
          <w:sz w:val="24"/>
          <w:szCs w:val="24"/>
          <w:cs/>
          <w:lang w:bidi="hi-IN"/>
        </w:rPr>
        <w:t>कठिन</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कठिन</w:t>
      </w:r>
      <w:r w:rsidRPr="00D73AFF">
        <w:rPr>
          <w:rFonts w:cs="Mangal"/>
          <w:sz w:val="24"/>
          <w:szCs w:val="24"/>
          <w:cs/>
          <w:lang w:bidi="hi-IN"/>
        </w:rPr>
        <w:t xml:space="preserve"> </w:t>
      </w:r>
      <w:r w:rsidRPr="00D73AFF">
        <w:rPr>
          <w:rFonts w:cs="Mangal" w:hint="cs"/>
          <w:sz w:val="24"/>
          <w:szCs w:val="24"/>
          <w:cs/>
          <w:lang w:bidi="hi-IN"/>
        </w:rPr>
        <w:t>विषय</w:t>
      </w:r>
      <w:r w:rsidRPr="00D73AFF">
        <w:rPr>
          <w:rFonts w:cs="Mangal"/>
          <w:sz w:val="24"/>
          <w:szCs w:val="24"/>
          <w:cs/>
          <w:lang w:bidi="hi-IN"/>
        </w:rPr>
        <w:t xml:space="preserve"> </w:t>
      </w:r>
      <w:r w:rsidRPr="00D73AFF">
        <w:rPr>
          <w:rFonts w:cs="Mangal" w:hint="cs"/>
          <w:sz w:val="24"/>
          <w:szCs w:val="24"/>
          <w:cs/>
          <w:lang w:bidi="hi-IN"/>
        </w:rPr>
        <w:t>भी</w:t>
      </w:r>
      <w:r w:rsidRPr="00D73AFF">
        <w:rPr>
          <w:rFonts w:cs="Mangal"/>
          <w:sz w:val="24"/>
          <w:szCs w:val="24"/>
          <w:cs/>
          <w:lang w:bidi="hi-IN"/>
        </w:rPr>
        <w:t xml:space="preserve"> </w:t>
      </w:r>
      <w:r w:rsidRPr="00D73AFF">
        <w:rPr>
          <w:rFonts w:cs="Mangal" w:hint="cs"/>
          <w:sz w:val="24"/>
          <w:szCs w:val="24"/>
          <w:cs/>
          <w:lang w:bidi="hi-IN"/>
        </w:rPr>
        <w:t>आसानी</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किया</w:t>
      </w:r>
      <w:r w:rsidRPr="00D73AFF">
        <w:rPr>
          <w:rFonts w:cs="Mangal"/>
          <w:sz w:val="24"/>
          <w:szCs w:val="24"/>
          <w:cs/>
          <w:lang w:bidi="hi-IN"/>
        </w:rPr>
        <w:t xml:space="preserve"> </w:t>
      </w:r>
      <w:r w:rsidRPr="00D73AFF">
        <w:rPr>
          <w:rFonts w:cs="Mangal" w:hint="cs"/>
          <w:sz w:val="24"/>
          <w:szCs w:val="24"/>
          <w:cs/>
          <w:lang w:bidi="hi-IN"/>
        </w:rPr>
        <w:t>जा</w:t>
      </w:r>
      <w:r w:rsidRPr="00D73AFF">
        <w:rPr>
          <w:rFonts w:cs="Mangal"/>
          <w:sz w:val="24"/>
          <w:szCs w:val="24"/>
          <w:cs/>
          <w:lang w:bidi="hi-IN"/>
        </w:rPr>
        <w:t xml:space="preserve"> </w:t>
      </w:r>
      <w:r w:rsidRPr="00D73AFF">
        <w:rPr>
          <w:rFonts w:cs="Mangal" w:hint="cs"/>
          <w:sz w:val="24"/>
          <w:szCs w:val="24"/>
          <w:cs/>
          <w:lang w:bidi="hi-IN"/>
        </w:rPr>
        <w:t>सकता</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रोहित</w:t>
      </w:r>
      <w:r w:rsidRPr="00D73AFF">
        <w:rPr>
          <w:rFonts w:cs="Mangal"/>
          <w:sz w:val="24"/>
          <w:szCs w:val="24"/>
          <w:cs/>
          <w:lang w:bidi="hi-IN"/>
        </w:rPr>
        <w:t xml:space="preserve"> </w:t>
      </w:r>
      <w:r w:rsidRPr="00D73AFF">
        <w:rPr>
          <w:rFonts w:cs="Mangal" w:hint="cs"/>
          <w:sz w:val="24"/>
          <w:szCs w:val="24"/>
          <w:cs/>
          <w:lang w:bidi="hi-IN"/>
        </w:rPr>
        <w:t>तेलंग</w:t>
      </w:r>
      <w:r w:rsidRPr="00D73AFF">
        <w:rPr>
          <w:rFonts w:cs="Mangal"/>
          <w:sz w:val="24"/>
          <w:szCs w:val="24"/>
          <w:cs/>
          <w:lang w:bidi="hi-IN"/>
        </w:rPr>
        <w:t xml:space="preserve"> </w:t>
      </w:r>
      <w:r w:rsidRPr="00D73AFF">
        <w:rPr>
          <w:rFonts w:cs="Mangal" w:hint="cs"/>
          <w:sz w:val="24"/>
          <w:szCs w:val="24"/>
          <w:cs/>
          <w:lang w:bidi="hi-IN"/>
        </w:rPr>
        <w:t>द्वारा</w:t>
      </w:r>
      <w:r w:rsidRPr="00D73AFF">
        <w:rPr>
          <w:rFonts w:cs="Mangal"/>
          <w:sz w:val="24"/>
          <w:szCs w:val="24"/>
          <w:cs/>
          <w:lang w:bidi="hi-IN"/>
        </w:rPr>
        <w:t xml:space="preserve"> </w:t>
      </w:r>
      <w:r w:rsidRPr="00D73AFF">
        <w:rPr>
          <w:rFonts w:cs="Mangal" w:hint="cs"/>
          <w:sz w:val="24"/>
          <w:szCs w:val="24"/>
          <w:cs/>
          <w:lang w:bidi="hi-IN"/>
        </w:rPr>
        <w:t>समझाई</w:t>
      </w:r>
      <w:r w:rsidRPr="00D73AFF">
        <w:rPr>
          <w:rFonts w:cs="Mangal"/>
          <w:sz w:val="24"/>
          <w:szCs w:val="24"/>
          <w:cs/>
          <w:lang w:bidi="hi-IN"/>
        </w:rPr>
        <w:t xml:space="preserve"> </w:t>
      </w:r>
      <w:r w:rsidRPr="00D73AFF">
        <w:rPr>
          <w:rFonts w:cs="Mangal" w:hint="cs"/>
          <w:sz w:val="24"/>
          <w:szCs w:val="24"/>
          <w:cs/>
          <w:lang w:bidi="hi-IN"/>
        </w:rPr>
        <w:t>गई</w:t>
      </w:r>
      <w:r w:rsidRPr="00D73AFF">
        <w:rPr>
          <w:rFonts w:cs="Mangal"/>
          <w:sz w:val="24"/>
          <w:szCs w:val="24"/>
          <w:cs/>
          <w:lang w:bidi="hi-IN"/>
        </w:rPr>
        <w:t xml:space="preserve"> </w:t>
      </w:r>
      <w:r w:rsidRPr="00D73AFF">
        <w:rPr>
          <w:rFonts w:cs="Mangal" w:hint="cs"/>
          <w:sz w:val="24"/>
          <w:szCs w:val="24"/>
          <w:cs/>
          <w:lang w:bidi="hi-IN"/>
        </w:rPr>
        <w:t>मुख्य</w:t>
      </w:r>
      <w:r w:rsidRPr="00D73AFF">
        <w:rPr>
          <w:rFonts w:cs="Mangal"/>
          <w:sz w:val="24"/>
          <w:szCs w:val="24"/>
          <w:cs/>
          <w:lang w:bidi="hi-IN"/>
        </w:rPr>
        <w:t xml:space="preserve"> </w:t>
      </w:r>
      <w:r w:rsidRPr="00D73AFF">
        <w:rPr>
          <w:rFonts w:cs="Mangal" w:hint="cs"/>
          <w:sz w:val="24"/>
          <w:szCs w:val="24"/>
          <w:cs/>
          <w:lang w:bidi="hi-IN"/>
        </w:rPr>
        <w:t>तकनीकें</w:t>
      </w:r>
      <w:r w:rsidRPr="00D73AFF">
        <w:rPr>
          <w:rFonts w:cs="Mangal"/>
          <w:sz w:val="24"/>
          <w:szCs w:val="24"/>
          <w:cs/>
          <w:lang w:bidi="hi-IN"/>
        </w:rPr>
        <w:t xml:space="preserve"> </w:t>
      </w:r>
      <w:r w:rsidRPr="00D73AFF">
        <w:rPr>
          <w:rFonts w:cs="Mangal" w:hint="cs"/>
          <w:sz w:val="24"/>
          <w:szCs w:val="24"/>
          <w:cs/>
          <w:lang w:bidi="hi-IN"/>
        </w:rPr>
        <w:t>माइंड</w:t>
      </w:r>
      <w:r w:rsidRPr="00D73AFF">
        <w:rPr>
          <w:rFonts w:cs="Mangal"/>
          <w:sz w:val="24"/>
          <w:szCs w:val="24"/>
          <w:cs/>
          <w:lang w:bidi="hi-IN"/>
        </w:rPr>
        <w:t xml:space="preserve"> </w:t>
      </w:r>
      <w:r w:rsidRPr="00D73AFF">
        <w:rPr>
          <w:rFonts w:cs="Mangal" w:hint="cs"/>
          <w:sz w:val="24"/>
          <w:szCs w:val="24"/>
          <w:cs/>
          <w:lang w:bidi="hi-IN"/>
        </w:rPr>
        <w:t>मैपिंग</w:t>
      </w:r>
      <w:r w:rsidRPr="00D73AFF">
        <w:rPr>
          <w:rFonts w:cs="Mangal"/>
          <w:sz w:val="24"/>
          <w:szCs w:val="24"/>
          <w:cs/>
          <w:lang w:bidi="hi-IN"/>
        </w:rPr>
        <w:t xml:space="preserve"> (</w:t>
      </w:r>
      <w:r w:rsidRPr="00D73AFF">
        <w:rPr>
          <w:sz w:val="24"/>
          <w:szCs w:val="24"/>
          <w:lang w:bidi="hi-IN"/>
        </w:rPr>
        <w:t xml:space="preserve">Mind Mapping): </w:t>
      </w:r>
      <w:r w:rsidRPr="00D73AFF">
        <w:rPr>
          <w:rFonts w:cs="Mangal" w:hint="cs"/>
          <w:sz w:val="24"/>
          <w:szCs w:val="24"/>
          <w:cs/>
          <w:lang w:bidi="hi-IN"/>
        </w:rPr>
        <w:t>जटिल</w:t>
      </w:r>
      <w:r w:rsidRPr="00D73AFF">
        <w:rPr>
          <w:rFonts w:cs="Mangal"/>
          <w:sz w:val="24"/>
          <w:szCs w:val="24"/>
          <w:cs/>
          <w:lang w:bidi="hi-IN"/>
        </w:rPr>
        <w:t xml:space="preserve"> </w:t>
      </w:r>
      <w:r w:rsidRPr="00D73AFF">
        <w:rPr>
          <w:rFonts w:cs="Mangal" w:hint="cs"/>
          <w:sz w:val="24"/>
          <w:szCs w:val="24"/>
          <w:cs/>
          <w:lang w:bidi="hi-IN"/>
        </w:rPr>
        <w:t>विषयों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चित्रात्मक</w:t>
      </w:r>
      <w:r w:rsidRPr="00D73AFF">
        <w:rPr>
          <w:rFonts w:cs="Mangal"/>
          <w:sz w:val="24"/>
          <w:szCs w:val="24"/>
          <w:cs/>
          <w:lang w:bidi="hi-IN"/>
        </w:rPr>
        <w:t xml:space="preserve"> </w:t>
      </w:r>
      <w:r w:rsidRPr="00D73AFF">
        <w:rPr>
          <w:rFonts w:cs="Mangal" w:hint="cs"/>
          <w:sz w:val="24"/>
          <w:szCs w:val="24"/>
          <w:cs/>
          <w:lang w:bidi="hi-IN"/>
        </w:rPr>
        <w:t>रूप</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प्रस्तुत</w:t>
      </w:r>
      <w:r w:rsidRPr="00D73AFF">
        <w:rPr>
          <w:rFonts w:cs="Mangal"/>
          <w:sz w:val="24"/>
          <w:szCs w:val="24"/>
          <w:cs/>
          <w:lang w:bidi="hi-IN"/>
        </w:rPr>
        <w:t xml:space="preserve"> </w:t>
      </w:r>
      <w:r w:rsidRPr="00D73AFF">
        <w:rPr>
          <w:rFonts w:cs="Mangal" w:hint="cs"/>
          <w:sz w:val="24"/>
          <w:szCs w:val="24"/>
          <w:cs/>
          <w:lang w:bidi="hi-IN"/>
        </w:rPr>
        <w:t>करने</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मस्तिष्क</w:t>
      </w:r>
      <w:r w:rsidRPr="00D73AFF">
        <w:rPr>
          <w:rFonts w:cs="Mangal"/>
          <w:sz w:val="24"/>
          <w:szCs w:val="24"/>
          <w:cs/>
          <w:lang w:bidi="hi-IN"/>
        </w:rPr>
        <w:t xml:space="preserve"> </w:t>
      </w:r>
      <w:r w:rsidRPr="00D73AFF">
        <w:rPr>
          <w:rFonts w:cs="Mangal" w:hint="cs"/>
          <w:sz w:val="24"/>
          <w:szCs w:val="24"/>
          <w:cs/>
          <w:lang w:bidi="hi-IN"/>
        </w:rPr>
        <w:t>जल्दी</w:t>
      </w:r>
      <w:r w:rsidRPr="00D73AFF">
        <w:rPr>
          <w:rFonts w:cs="Mangal"/>
          <w:sz w:val="24"/>
          <w:szCs w:val="24"/>
          <w:cs/>
          <w:lang w:bidi="hi-IN"/>
        </w:rPr>
        <w:t xml:space="preserve"> </w:t>
      </w:r>
      <w:r w:rsidRPr="00D73AFF">
        <w:rPr>
          <w:rFonts w:cs="Mangal" w:hint="cs"/>
          <w:sz w:val="24"/>
          <w:szCs w:val="24"/>
          <w:cs/>
          <w:lang w:bidi="hi-IN"/>
        </w:rPr>
        <w:t>जानकारी</w:t>
      </w:r>
      <w:r w:rsidRPr="00D73AFF">
        <w:rPr>
          <w:rFonts w:cs="Mangal"/>
          <w:sz w:val="24"/>
          <w:szCs w:val="24"/>
          <w:cs/>
          <w:lang w:bidi="hi-IN"/>
        </w:rPr>
        <w:t xml:space="preserve"> </w:t>
      </w:r>
      <w:r w:rsidRPr="00D73AFF">
        <w:rPr>
          <w:rFonts w:cs="Mangal" w:hint="cs"/>
          <w:sz w:val="24"/>
          <w:szCs w:val="24"/>
          <w:cs/>
          <w:lang w:bidi="hi-IN"/>
        </w:rPr>
        <w:t>ग्रहण</w:t>
      </w:r>
      <w:r w:rsidRPr="00D73AFF">
        <w:rPr>
          <w:rFonts w:cs="Mangal"/>
          <w:sz w:val="24"/>
          <w:szCs w:val="24"/>
          <w:cs/>
          <w:lang w:bidi="hi-IN"/>
        </w:rPr>
        <w:t xml:space="preserve"> </w:t>
      </w:r>
      <w:r w:rsidRPr="00D73AFF">
        <w:rPr>
          <w:rFonts w:cs="Mangal" w:hint="cs"/>
          <w:sz w:val="24"/>
          <w:szCs w:val="24"/>
          <w:cs/>
          <w:lang w:bidi="hi-IN"/>
        </w:rPr>
        <w:t>करता</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कीवर्ड</w:t>
      </w:r>
      <w:r w:rsidRPr="00D73AFF">
        <w:rPr>
          <w:rFonts w:cs="Mangal"/>
          <w:sz w:val="24"/>
          <w:szCs w:val="24"/>
          <w:cs/>
          <w:lang w:bidi="hi-IN"/>
        </w:rPr>
        <w:t xml:space="preserve"> </w:t>
      </w:r>
      <w:r w:rsidRPr="00D73AFF">
        <w:rPr>
          <w:rFonts w:cs="Mangal" w:hint="cs"/>
          <w:sz w:val="24"/>
          <w:szCs w:val="24"/>
          <w:cs/>
          <w:lang w:bidi="hi-IN"/>
        </w:rPr>
        <w:t>मेमोरी</w:t>
      </w:r>
      <w:r w:rsidRPr="00D73AFF">
        <w:rPr>
          <w:rFonts w:cs="Mangal"/>
          <w:sz w:val="24"/>
          <w:szCs w:val="24"/>
          <w:cs/>
          <w:lang w:bidi="hi-IN"/>
        </w:rPr>
        <w:t xml:space="preserve"> </w:t>
      </w:r>
      <w:r w:rsidRPr="00D73AFF">
        <w:rPr>
          <w:rFonts w:cs="Mangal" w:hint="cs"/>
          <w:sz w:val="24"/>
          <w:szCs w:val="24"/>
          <w:cs/>
          <w:lang w:bidi="hi-IN"/>
        </w:rPr>
        <w:t>सिस्टम</w:t>
      </w:r>
      <w:r w:rsidRPr="00D73AFF">
        <w:rPr>
          <w:rFonts w:cs="Mangal"/>
          <w:sz w:val="24"/>
          <w:szCs w:val="24"/>
          <w:cs/>
          <w:lang w:bidi="hi-IN"/>
        </w:rPr>
        <w:t xml:space="preserve"> </w:t>
      </w:r>
      <w:r w:rsidRPr="00D73AFF">
        <w:rPr>
          <w:rFonts w:cs="Mangal" w:hint="cs"/>
          <w:sz w:val="24"/>
          <w:szCs w:val="24"/>
          <w:cs/>
          <w:lang w:bidi="hi-IN"/>
        </w:rPr>
        <w:t>कठिन</w:t>
      </w:r>
      <w:r w:rsidRPr="00D73AFF">
        <w:rPr>
          <w:rFonts w:cs="Mangal"/>
          <w:sz w:val="24"/>
          <w:szCs w:val="24"/>
          <w:cs/>
          <w:lang w:bidi="hi-IN"/>
        </w:rPr>
        <w:t xml:space="preserve"> </w:t>
      </w:r>
      <w:r w:rsidRPr="00D73AFF">
        <w:rPr>
          <w:rFonts w:cs="Mangal" w:hint="cs"/>
          <w:sz w:val="24"/>
          <w:szCs w:val="24"/>
          <w:cs/>
          <w:lang w:bidi="hi-IN"/>
        </w:rPr>
        <w:t>शब्दों</w:t>
      </w:r>
      <w:r w:rsidRPr="00D73AFF">
        <w:rPr>
          <w:rFonts w:cs="Mangal"/>
          <w:sz w:val="24"/>
          <w:szCs w:val="24"/>
          <w:cs/>
          <w:lang w:bidi="hi-IN"/>
        </w:rPr>
        <w:t xml:space="preserve"> </w:t>
      </w:r>
      <w:r w:rsidRPr="00D73AFF">
        <w:rPr>
          <w:rFonts w:cs="Mangal" w:hint="cs"/>
          <w:sz w:val="24"/>
          <w:szCs w:val="24"/>
          <w:cs/>
          <w:lang w:bidi="hi-IN"/>
        </w:rPr>
        <w:t>या</w:t>
      </w:r>
      <w:r w:rsidRPr="00D73AFF">
        <w:rPr>
          <w:rFonts w:cs="Mangal"/>
          <w:sz w:val="24"/>
          <w:szCs w:val="24"/>
          <w:cs/>
          <w:lang w:bidi="hi-IN"/>
        </w:rPr>
        <w:t xml:space="preserve"> </w:t>
      </w:r>
      <w:r w:rsidRPr="00D73AFF">
        <w:rPr>
          <w:rFonts w:cs="Mangal" w:hint="cs"/>
          <w:sz w:val="24"/>
          <w:szCs w:val="24"/>
          <w:cs/>
          <w:lang w:bidi="hi-IN"/>
        </w:rPr>
        <w:t>परिभाषाओं</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सरल</w:t>
      </w:r>
      <w:r w:rsidRPr="00D73AFF">
        <w:rPr>
          <w:rFonts w:cs="Mangal"/>
          <w:sz w:val="24"/>
          <w:szCs w:val="24"/>
          <w:cs/>
          <w:lang w:bidi="hi-IN"/>
        </w:rPr>
        <w:t xml:space="preserve"> </w:t>
      </w:r>
      <w:r w:rsidRPr="00D73AFF">
        <w:rPr>
          <w:rFonts w:cs="Mangal" w:hint="cs"/>
          <w:sz w:val="24"/>
          <w:szCs w:val="24"/>
          <w:cs/>
          <w:lang w:bidi="hi-IN"/>
        </w:rPr>
        <w:t>शब्दों</w:t>
      </w:r>
      <w:r w:rsidRPr="00D73AFF">
        <w:rPr>
          <w:rFonts w:cs="Mangal"/>
          <w:sz w:val="24"/>
          <w:szCs w:val="24"/>
          <w:cs/>
          <w:lang w:bidi="hi-IN"/>
        </w:rPr>
        <w:t xml:space="preserve"> </w:t>
      </w:r>
      <w:r w:rsidRPr="00D73AFF">
        <w:rPr>
          <w:rFonts w:cs="Mangal" w:hint="cs"/>
          <w:sz w:val="24"/>
          <w:szCs w:val="24"/>
          <w:cs/>
          <w:lang w:bidi="hi-IN"/>
        </w:rPr>
        <w:t>अथवा</w:t>
      </w:r>
      <w:r w:rsidRPr="00D73AFF">
        <w:rPr>
          <w:rFonts w:cs="Mangal"/>
          <w:sz w:val="24"/>
          <w:szCs w:val="24"/>
          <w:cs/>
          <w:lang w:bidi="hi-IN"/>
        </w:rPr>
        <w:t xml:space="preserve"> </w:t>
      </w:r>
      <w:r w:rsidRPr="00D73AFF">
        <w:rPr>
          <w:rFonts w:cs="Mangal" w:hint="cs"/>
          <w:sz w:val="24"/>
          <w:szCs w:val="24"/>
          <w:cs/>
          <w:lang w:bidi="hi-IN"/>
        </w:rPr>
        <w:t>चित्रों</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जोड़कर</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करने</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तरीका।स्पेस्ड</w:t>
      </w:r>
      <w:r w:rsidRPr="00D73AFF">
        <w:rPr>
          <w:rFonts w:cs="Mangal"/>
          <w:sz w:val="24"/>
          <w:szCs w:val="24"/>
          <w:cs/>
          <w:lang w:bidi="hi-IN"/>
        </w:rPr>
        <w:t xml:space="preserve"> </w:t>
      </w:r>
      <w:r w:rsidRPr="00D73AFF">
        <w:rPr>
          <w:rFonts w:cs="Mangal" w:hint="cs"/>
          <w:sz w:val="24"/>
          <w:szCs w:val="24"/>
          <w:cs/>
          <w:lang w:bidi="hi-IN"/>
        </w:rPr>
        <w:t>रिपिटीशन</w:t>
      </w:r>
      <w:r w:rsidRPr="00D73AFF">
        <w:rPr>
          <w:rFonts w:cs="Mangal"/>
          <w:sz w:val="24"/>
          <w:szCs w:val="24"/>
          <w:cs/>
          <w:lang w:bidi="hi-IN"/>
        </w:rPr>
        <w:t xml:space="preserve"> (</w:t>
      </w:r>
      <w:r w:rsidRPr="00D73AFF">
        <w:rPr>
          <w:sz w:val="24"/>
          <w:szCs w:val="24"/>
          <w:lang w:bidi="hi-IN"/>
        </w:rPr>
        <w:t>Spaced Repetition)</w:t>
      </w:r>
      <w:r w:rsidRPr="00D73AFF">
        <w:rPr>
          <w:rFonts w:cs="Mangal" w:hint="cs"/>
          <w:sz w:val="24"/>
          <w:szCs w:val="24"/>
          <w:cs/>
          <w:lang w:bidi="hi-IN"/>
        </w:rPr>
        <w:t>नियमित</w:t>
      </w:r>
      <w:r w:rsidRPr="00D73AFF">
        <w:rPr>
          <w:rFonts w:cs="Mangal"/>
          <w:sz w:val="24"/>
          <w:szCs w:val="24"/>
          <w:cs/>
          <w:lang w:bidi="hi-IN"/>
        </w:rPr>
        <w:t xml:space="preserve"> </w:t>
      </w:r>
      <w:r w:rsidRPr="00D73AFF">
        <w:rPr>
          <w:rFonts w:cs="Mangal" w:hint="cs"/>
          <w:sz w:val="24"/>
          <w:szCs w:val="24"/>
          <w:cs/>
          <w:lang w:bidi="hi-IN"/>
        </w:rPr>
        <w:t>अंतराल</w:t>
      </w:r>
      <w:r w:rsidRPr="00D73AFF">
        <w:rPr>
          <w:rFonts w:cs="Mangal"/>
          <w:sz w:val="24"/>
          <w:szCs w:val="24"/>
          <w:cs/>
          <w:lang w:bidi="hi-IN"/>
        </w:rPr>
        <w:t xml:space="preserve"> </w:t>
      </w:r>
      <w:r w:rsidRPr="00D73AFF">
        <w:rPr>
          <w:rFonts w:cs="Mangal" w:hint="cs"/>
          <w:sz w:val="24"/>
          <w:szCs w:val="24"/>
          <w:cs/>
          <w:lang w:bidi="hi-IN"/>
        </w:rPr>
        <w:t>पर</w:t>
      </w:r>
      <w:r w:rsidRPr="00D73AFF">
        <w:rPr>
          <w:rFonts w:cs="Mangal"/>
          <w:sz w:val="24"/>
          <w:szCs w:val="24"/>
          <w:cs/>
          <w:lang w:bidi="hi-IN"/>
        </w:rPr>
        <w:t xml:space="preserve"> </w:t>
      </w:r>
      <w:r w:rsidRPr="00D73AFF">
        <w:rPr>
          <w:rFonts w:cs="Mangal" w:hint="cs"/>
          <w:sz w:val="24"/>
          <w:szCs w:val="24"/>
          <w:cs/>
          <w:lang w:bidi="hi-IN"/>
        </w:rPr>
        <w:t>पुनरावृत्ति</w:t>
      </w:r>
      <w:r w:rsidRPr="00D73AFF">
        <w:rPr>
          <w:rFonts w:cs="Mangal"/>
          <w:sz w:val="24"/>
          <w:szCs w:val="24"/>
          <w:cs/>
          <w:lang w:bidi="hi-IN"/>
        </w:rPr>
        <w:t xml:space="preserve"> </w:t>
      </w:r>
      <w:r w:rsidRPr="00D73AFF">
        <w:rPr>
          <w:rFonts w:cs="Mangal" w:hint="cs"/>
          <w:sz w:val="24"/>
          <w:szCs w:val="24"/>
          <w:cs/>
          <w:lang w:bidi="hi-IN"/>
        </w:rPr>
        <w:t>करने</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दीर्घकालिक</w:t>
      </w:r>
      <w:r w:rsidRPr="00D73AFF">
        <w:rPr>
          <w:rFonts w:cs="Mangal"/>
          <w:sz w:val="24"/>
          <w:szCs w:val="24"/>
          <w:cs/>
          <w:lang w:bidi="hi-IN"/>
        </w:rPr>
        <w:t xml:space="preserve"> </w:t>
      </w:r>
      <w:r w:rsidRPr="00D73AFF">
        <w:rPr>
          <w:rFonts w:cs="Mangal" w:hint="cs"/>
          <w:sz w:val="24"/>
          <w:szCs w:val="24"/>
          <w:cs/>
          <w:lang w:bidi="hi-IN"/>
        </w:rPr>
        <w:t>स्मृति</w:t>
      </w:r>
      <w:r w:rsidRPr="00D73AFF">
        <w:rPr>
          <w:rFonts w:cs="Mangal"/>
          <w:sz w:val="24"/>
          <w:szCs w:val="24"/>
          <w:cs/>
          <w:lang w:bidi="hi-IN"/>
        </w:rPr>
        <w:t xml:space="preserve"> </w:t>
      </w:r>
      <w:r w:rsidRPr="00D73AFF">
        <w:rPr>
          <w:rFonts w:cs="Mangal" w:hint="cs"/>
          <w:sz w:val="24"/>
          <w:szCs w:val="24"/>
          <w:cs/>
          <w:lang w:bidi="hi-IN"/>
        </w:rPr>
        <w:t>विकसित</w:t>
      </w:r>
      <w:r w:rsidRPr="00D73AFF">
        <w:rPr>
          <w:rFonts w:cs="Mangal"/>
          <w:sz w:val="24"/>
          <w:szCs w:val="24"/>
          <w:cs/>
          <w:lang w:bidi="hi-IN"/>
        </w:rPr>
        <w:t xml:space="preserve"> </w:t>
      </w:r>
      <w:r w:rsidRPr="00D73AFF">
        <w:rPr>
          <w:rFonts w:cs="Mangal" w:hint="cs"/>
          <w:sz w:val="24"/>
          <w:szCs w:val="24"/>
          <w:cs/>
          <w:lang w:bidi="hi-IN"/>
        </w:rPr>
        <w:t>होती</w:t>
      </w:r>
      <w:r w:rsidRPr="00D73AFF">
        <w:rPr>
          <w:rFonts w:cs="Mangal"/>
          <w:sz w:val="24"/>
          <w:szCs w:val="24"/>
          <w:cs/>
          <w:lang w:bidi="hi-IN"/>
        </w:rPr>
        <w:t xml:space="preserve"> </w:t>
      </w:r>
      <w:r w:rsidRPr="00D73AFF">
        <w:rPr>
          <w:rFonts w:cs="Mangal" w:hint="cs"/>
          <w:sz w:val="24"/>
          <w:szCs w:val="24"/>
          <w:cs/>
          <w:lang w:bidi="hi-IN"/>
        </w:rPr>
        <w:t>है।क्रिएटिव</w:t>
      </w:r>
      <w:r w:rsidRPr="00D73AFF">
        <w:rPr>
          <w:rFonts w:cs="Mangal"/>
          <w:sz w:val="24"/>
          <w:szCs w:val="24"/>
          <w:cs/>
          <w:lang w:bidi="hi-IN"/>
        </w:rPr>
        <w:t xml:space="preserve"> </w:t>
      </w:r>
      <w:r w:rsidRPr="00D73AFF">
        <w:rPr>
          <w:rFonts w:cs="Mangal" w:hint="cs"/>
          <w:sz w:val="24"/>
          <w:szCs w:val="24"/>
          <w:cs/>
          <w:lang w:bidi="hi-IN"/>
        </w:rPr>
        <w:t>एसोसिएशन</w:t>
      </w:r>
      <w:r w:rsidRPr="00D73AFF">
        <w:rPr>
          <w:rFonts w:cs="Mangal"/>
          <w:sz w:val="24"/>
          <w:szCs w:val="24"/>
          <w:cs/>
          <w:lang w:bidi="hi-IN"/>
        </w:rPr>
        <w:t xml:space="preserve"> </w:t>
      </w:r>
      <w:r w:rsidRPr="00D73AFF">
        <w:rPr>
          <w:rFonts w:cs="Mangal" w:hint="cs"/>
          <w:sz w:val="24"/>
          <w:szCs w:val="24"/>
          <w:cs/>
          <w:lang w:bidi="hi-IN"/>
        </w:rPr>
        <w:t>किसी</w:t>
      </w:r>
      <w:r w:rsidRPr="00D73AFF">
        <w:rPr>
          <w:rFonts w:cs="Mangal"/>
          <w:sz w:val="24"/>
          <w:szCs w:val="24"/>
          <w:cs/>
          <w:lang w:bidi="hi-IN"/>
        </w:rPr>
        <w:t xml:space="preserve"> </w:t>
      </w:r>
      <w:r w:rsidRPr="00D73AFF">
        <w:rPr>
          <w:rFonts w:cs="Mangal" w:hint="cs"/>
          <w:sz w:val="24"/>
          <w:szCs w:val="24"/>
          <w:cs/>
          <w:lang w:bidi="hi-IN"/>
        </w:rPr>
        <w:t>तथ्य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किसी</w:t>
      </w:r>
      <w:r w:rsidRPr="00D73AFF">
        <w:rPr>
          <w:rFonts w:cs="Mangal"/>
          <w:sz w:val="24"/>
          <w:szCs w:val="24"/>
          <w:cs/>
          <w:lang w:bidi="hi-IN"/>
        </w:rPr>
        <w:t xml:space="preserve"> </w:t>
      </w:r>
      <w:r w:rsidRPr="00D73AFF">
        <w:rPr>
          <w:rFonts w:cs="Mangal" w:hint="cs"/>
          <w:sz w:val="24"/>
          <w:szCs w:val="24"/>
          <w:cs/>
          <w:lang w:bidi="hi-IN"/>
        </w:rPr>
        <w:t>कहानी</w:t>
      </w:r>
      <w:r w:rsidRPr="00D73AFF">
        <w:rPr>
          <w:sz w:val="24"/>
          <w:szCs w:val="24"/>
          <w:lang w:bidi="hi-IN"/>
        </w:rPr>
        <w:t xml:space="preserve">, </w:t>
      </w:r>
      <w:r w:rsidRPr="00D73AFF">
        <w:rPr>
          <w:rFonts w:cs="Mangal" w:hint="cs"/>
          <w:sz w:val="24"/>
          <w:szCs w:val="24"/>
          <w:cs/>
          <w:lang w:bidi="hi-IN"/>
        </w:rPr>
        <w:t>रंग</w:t>
      </w:r>
      <w:r w:rsidRPr="00D73AFF">
        <w:rPr>
          <w:rFonts w:cs="Mangal"/>
          <w:sz w:val="24"/>
          <w:szCs w:val="24"/>
          <w:cs/>
          <w:lang w:bidi="hi-IN"/>
        </w:rPr>
        <w:t xml:space="preserve"> </w:t>
      </w:r>
      <w:r w:rsidRPr="00D73AFF">
        <w:rPr>
          <w:rFonts w:cs="Mangal" w:hint="cs"/>
          <w:sz w:val="24"/>
          <w:szCs w:val="24"/>
          <w:cs/>
          <w:lang w:bidi="hi-IN"/>
        </w:rPr>
        <w:t>या</w:t>
      </w:r>
      <w:r w:rsidRPr="00D73AFF">
        <w:rPr>
          <w:rFonts w:cs="Mangal"/>
          <w:sz w:val="24"/>
          <w:szCs w:val="24"/>
          <w:cs/>
          <w:lang w:bidi="hi-IN"/>
        </w:rPr>
        <w:t xml:space="preserve"> </w:t>
      </w:r>
      <w:r w:rsidRPr="00D73AFF">
        <w:rPr>
          <w:rFonts w:cs="Mangal" w:hint="cs"/>
          <w:sz w:val="24"/>
          <w:szCs w:val="24"/>
          <w:cs/>
          <w:lang w:bidi="hi-IN"/>
        </w:rPr>
        <w:t>चित्र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साथ</w:t>
      </w:r>
      <w:r w:rsidRPr="00D73AFF">
        <w:rPr>
          <w:rFonts w:cs="Mangal"/>
          <w:sz w:val="24"/>
          <w:szCs w:val="24"/>
          <w:cs/>
          <w:lang w:bidi="hi-IN"/>
        </w:rPr>
        <w:t xml:space="preserve"> </w:t>
      </w:r>
      <w:r w:rsidRPr="00D73AFF">
        <w:rPr>
          <w:rFonts w:cs="Mangal" w:hint="cs"/>
          <w:sz w:val="24"/>
          <w:szCs w:val="24"/>
          <w:cs/>
          <w:lang w:bidi="hi-IN"/>
        </w:rPr>
        <w:t>जोड़ने</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वह</w:t>
      </w:r>
      <w:r w:rsidRPr="00D73AFF">
        <w:rPr>
          <w:rFonts w:cs="Mangal"/>
          <w:sz w:val="24"/>
          <w:szCs w:val="24"/>
          <w:cs/>
          <w:lang w:bidi="hi-IN"/>
        </w:rPr>
        <w:t xml:space="preserve"> </w:t>
      </w:r>
      <w:r w:rsidRPr="00D73AFF">
        <w:rPr>
          <w:rFonts w:cs="Mangal" w:hint="cs"/>
          <w:sz w:val="24"/>
          <w:szCs w:val="24"/>
          <w:cs/>
          <w:lang w:bidi="hi-IN"/>
        </w:rPr>
        <w:t>लंबे</w:t>
      </w:r>
      <w:r w:rsidRPr="00D73AFF">
        <w:rPr>
          <w:rFonts w:cs="Mangal"/>
          <w:sz w:val="24"/>
          <w:szCs w:val="24"/>
          <w:cs/>
          <w:lang w:bidi="hi-IN"/>
        </w:rPr>
        <w:t xml:space="preserve"> </w:t>
      </w:r>
      <w:r w:rsidRPr="00D73AFF">
        <w:rPr>
          <w:rFonts w:cs="Mangal" w:hint="cs"/>
          <w:sz w:val="24"/>
          <w:szCs w:val="24"/>
          <w:cs/>
          <w:lang w:bidi="hi-IN"/>
        </w:rPr>
        <w:t>समय</w:t>
      </w:r>
      <w:r w:rsidRPr="00D73AFF">
        <w:rPr>
          <w:rFonts w:cs="Mangal"/>
          <w:sz w:val="24"/>
          <w:szCs w:val="24"/>
          <w:cs/>
          <w:lang w:bidi="hi-IN"/>
        </w:rPr>
        <w:t xml:space="preserve"> </w:t>
      </w:r>
      <w:r w:rsidRPr="00D73AFF">
        <w:rPr>
          <w:rFonts w:cs="Mangal" w:hint="cs"/>
          <w:sz w:val="24"/>
          <w:szCs w:val="24"/>
          <w:cs/>
          <w:lang w:bidi="hi-IN"/>
        </w:rPr>
        <w:t>तक</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रहता</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श्री</w:t>
      </w:r>
      <w:r w:rsidRPr="00D73AFF">
        <w:rPr>
          <w:rFonts w:cs="Mangal"/>
          <w:sz w:val="24"/>
          <w:szCs w:val="24"/>
          <w:cs/>
          <w:lang w:bidi="hi-IN"/>
        </w:rPr>
        <w:t xml:space="preserve"> </w:t>
      </w:r>
      <w:r w:rsidRPr="00D73AFF">
        <w:rPr>
          <w:rFonts w:cs="Mangal" w:hint="cs"/>
          <w:sz w:val="24"/>
          <w:szCs w:val="24"/>
          <w:cs/>
          <w:lang w:bidi="hi-IN"/>
        </w:rPr>
        <w:t>तेलंग</w:t>
      </w:r>
      <w:r w:rsidRPr="00D73AFF">
        <w:rPr>
          <w:rFonts w:cs="Mangal"/>
          <w:sz w:val="24"/>
          <w:szCs w:val="24"/>
          <w:cs/>
          <w:lang w:bidi="hi-IN"/>
        </w:rPr>
        <w:t xml:space="preserve"> </w:t>
      </w:r>
      <w:r w:rsidRPr="00D73AFF">
        <w:rPr>
          <w:rFonts w:cs="Mangal" w:hint="cs"/>
          <w:sz w:val="24"/>
          <w:szCs w:val="24"/>
          <w:cs/>
          <w:lang w:bidi="hi-IN"/>
        </w:rPr>
        <w:t>ने</w:t>
      </w:r>
      <w:r w:rsidRPr="00D73AFF">
        <w:rPr>
          <w:rFonts w:cs="Mangal"/>
          <w:sz w:val="24"/>
          <w:szCs w:val="24"/>
          <w:cs/>
          <w:lang w:bidi="hi-IN"/>
        </w:rPr>
        <w:t xml:space="preserve"> </w:t>
      </w:r>
      <w:r w:rsidRPr="00D73AFF">
        <w:rPr>
          <w:rFonts w:cs="Mangal" w:hint="cs"/>
          <w:sz w:val="24"/>
          <w:szCs w:val="24"/>
          <w:cs/>
          <w:lang w:bidi="hi-IN"/>
        </w:rPr>
        <w:t>विद्यार्थियों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व्यावहारिक</w:t>
      </w:r>
      <w:r w:rsidRPr="00D73AFF">
        <w:rPr>
          <w:rFonts w:cs="Mangal"/>
          <w:sz w:val="24"/>
          <w:szCs w:val="24"/>
          <w:cs/>
          <w:lang w:bidi="hi-IN"/>
        </w:rPr>
        <w:t xml:space="preserve"> </w:t>
      </w:r>
      <w:r w:rsidRPr="00D73AFF">
        <w:rPr>
          <w:rFonts w:cs="Mangal" w:hint="cs"/>
          <w:sz w:val="24"/>
          <w:szCs w:val="24"/>
          <w:cs/>
          <w:lang w:bidi="hi-IN"/>
        </w:rPr>
        <w:t>अभ्यास</w:t>
      </w:r>
      <w:r w:rsidRPr="00D73AFF">
        <w:rPr>
          <w:rFonts w:cs="Mangal"/>
          <w:sz w:val="24"/>
          <w:szCs w:val="24"/>
          <w:cs/>
          <w:lang w:bidi="hi-IN"/>
        </w:rPr>
        <w:t xml:space="preserve"> </w:t>
      </w:r>
      <w:r w:rsidRPr="00D73AFF">
        <w:rPr>
          <w:rFonts w:cs="Mangal" w:hint="cs"/>
          <w:sz w:val="24"/>
          <w:szCs w:val="24"/>
          <w:cs/>
          <w:lang w:bidi="hi-IN"/>
        </w:rPr>
        <w:t>भी</w:t>
      </w:r>
      <w:r w:rsidRPr="00D73AFF">
        <w:rPr>
          <w:rFonts w:cs="Mangal"/>
          <w:sz w:val="24"/>
          <w:szCs w:val="24"/>
          <w:cs/>
          <w:lang w:bidi="hi-IN"/>
        </w:rPr>
        <w:t xml:space="preserve"> </w:t>
      </w:r>
      <w:r w:rsidRPr="00D73AFF">
        <w:rPr>
          <w:rFonts w:cs="Mangal" w:hint="cs"/>
          <w:sz w:val="24"/>
          <w:szCs w:val="24"/>
          <w:cs/>
          <w:lang w:bidi="hi-IN"/>
        </w:rPr>
        <w:t>कराया।</w:t>
      </w:r>
      <w:r w:rsidRPr="00D73AFF">
        <w:rPr>
          <w:rFonts w:cs="Mangal"/>
          <w:sz w:val="24"/>
          <w:szCs w:val="24"/>
          <w:cs/>
          <w:lang w:bidi="hi-IN"/>
        </w:rPr>
        <w:t xml:space="preserve"> </w:t>
      </w:r>
      <w:r w:rsidRPr="00D73AFF">
        <w:rPr>
          <w:rFonts w:cs="Mangal" w:hint="cs"/>
          <w:sz w:val="24"/>
          <w:szCs w:val="24"/>
          <w:cs/>
          <w:lang w:bidi="hi-IN"/>
        </w:rPr>
        <w:t>उन्होंने</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कुछ</w:t>
      </w:r>
      <w:r w:rsidRPr="00D73AFF">
        <w:rPr>
          <w:rFonts w:cs="Mangal"/>
          <w:sz w:val="24"/>
          <w:szCs w:val="24"/>
          <w:cs/>
          <w:lang w:bidi="hi-IN"/>
        </w:rPr>
        <w:t xml:space="preserve"> </w:t>
      </w:r>
      <w:r w:rsidRPr="00D73AFF">
        <w:rPr>
          <w:rFonts w:cs="Mangal" w:hint="cs"/>
          <w:sz w:val="24"/>
          <w:szCs w:val="24"/>
          <w:cs/>
          <w:lang w:bidi="hi-IN"/>
        </w:rPr>
        <w:t>कठिन</w:t>
      </w:r>
      <w:r w:rsidRPr="00D73AFF">
        <w:rPr>
          <w:rFonts w:cs="Mangal"/>
          <w:sz w:val="24"/>
          <w:szCs w:val="24"/>
          <w:cs/>
          <w:lang w:bidi="hi-IN"/>
        </w:rPr>
        <w:t xml:space="preserve"> </w:t>
      </w:r>
      <w:r w:rsidRPr="00D73AFF">
        <w:rPr>
          <w:rFonts w:cs="Mangal" w:hint="cs"/>
          <w:sz w:val="24"/>
          <w:szCs w:val="24"/>
          <w:cs/>
          <w:lang w:bidi="hi-IN"/>
        </w:rPr>
        <w:t>शब्दों</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अंकों</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श्रृंखला</w:t>
      </w:r>
      <w:r w:rsidRPr="00D73AFF">
        <w:rPr>
          <w:rFonts w:cs="Mangal"/>
          <w:sz w:val="24"/>
          <w:szCs w:val="24"/>
          <w:cs/>
          <w:lang w:bidi="hi-IN"/>
        </w:rPr>
        <w:t xml:space="preserve"> </w:t>
      </w:r>
      <w:r w:rsidRPr="00D73AFF">
        <w:rPr>
          <w:rFonts w:cs="Mangal" w:hint="cs"/>
          <w:sz w:val="24"/>
          <w:szCs w:val="24"/>
          <w:cs/>
          <w:lang w:bidi="hi-IN"/>
        </w:rPr>
        <w:t>तुरंत</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करवाई</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फिर</w:t>
      </w:r>
      <w:r w:rsidRPr="00D73AFF">
        <w:rPr>
          <w:rFonts w:cs="Mangal"/>
          <w:sz w:val="24"/>
          <w:szCs w:val="24"/>
          <w:cs/>
          <w:lang w:bidi="hi-IN"/>
        </w:rPr>
        <w:t xml:space="preserve"> 15 </w:t>
      </w:r>
      <w:r w:rsidRPr="00D73AFF">
        <w:rPr>
          <w:rFonts w:cs="Mangal" w:hint="cs"/>
          <w:sz w:val="24"/>
          <w:szCs w:val="24"/>
          <w:cs/>
          <w:lang w:bidi="hi-IN"/>
        </w:rPr>
        <w:t>मिनट</w:t>
      </w:r>
      <w:r w:rsidRPr="00D73AFF">
        <w:rPr>
          <w:rFonts w:cs="Mangal"/>
          <w:sz w:val="24"/>
          <w:szCs w:val="24"/>
          <w:cs/>
          <w:lang w:bidi="hi-IN"/>
        </w:rPr>
        <w:t xml:space="preserve"> </w:t>
      </w:r>
      <w:r w:rsidRPr="00D73AFF">
        <w:rPr>
          <w:rFonts w:cs="Mangal" w:hint="cs"/>
          <w:sz w:val="24"/>
          <w:szCs w:val="24"/>
          <w:cs/>
          <w:lang w:bidi="hi-IN"/>
        </w:rPr>
        <w:t>बाद</w:t>
      </w:r>
      <w:r w:rsidRPr="00D73AFF">
        <w:rPr>
          <w:rFonts w:cs="Mangal"/>
          <w:sz w:val="24"/>
          <w:szCs w:val="24"/>
          <w:cs/>
          <w:lang w:bidi="hi-IN"/>
        </w:rPr>
        <w:t xml:space="preserve"> </w:t>
      </w:r>
      <w:r w:rsidRPr="00D73AFF">
        <w:rPr>
          <w:rFonts w:cs="Mangal" w:hint="cs"/>
          <w:sz w:val="24"/>
          <w:szCs w:val="24"/>
          <w:cs/>
          <w:lang w:bidi="hi-IN"/>
        </w:rPr>
        <w:t>उनसे</w:t>
      </w:r>
      <w:r w:rsidRPr="00D73AFF">
        <w:rPr>
          <w:rFonts w:cs="Mangal"/>
          <w:sz w:val="24"/>
          <w:szCs w:val="24"/>
          <w:cs/>
          <w:lang w:bidi="hi-IN"/>
        </w:rPr>
        <w:t xml:space="preserve"> </w:t>
      </w:r>
      <w:r w:rsidRPr="00D73AFF">
        <w:rPr>
          <w:rFonts w:cs="Mangal" w:hint="cs"/>
          <w:sz w:val="24"/>
          <w:szCs w:val="24"/>
          <w:cs/>
          <w:lang w:bidi="hi-IN"/>
        </w:rPr>
        <w:t>उत्तर</w:t>
      </w:r>
      <w:r w:rsidRPr="00D73AFF">
        <w:rPr>
          <w:rFonts w:cs="Mangal"/>
          <w:sz w:val="24"/>
          <w:szCs w:val="24"/>
          <w:cs/>
          <w:lang w:bidi="hi-IN"/>
        </w:rPr>
        <w:t xml:space="preserve"> </w:t>
      </w:r>
      <w:r w:rsidRPr="00D73AFF">
        <w:rPr>
          <w:rFonts w:cs="Mangal" w:hint="cs"/>
          <w:sz w:val="24"/>
          <w:szCs w:val="24"/>
          <w:cs/>
          <w:lang w:bidi="hi-IN"/>
        </w:rPr>
        <w:t>पूछा।</w:t>
      </w:r>
      <w:r w:rsidRPr="00D73AFF">
        <w:rPr>
          <w:rFonts w:cs="Mangal"/>
          <w:sz w:val="24"/>
          <w:szCs w:val="24"/>
          <w:cs/>
          <w:lang w:bidi="hi-IN"/>
        </w:rPr>
        <w:t xml:space="preserve"> </w:t>
      </w:r>
      <w:r w:rsidRPr="00D73AFF">
        <w:rPr>
          <w:rFonts w:cs="Mangal" w:hint="cs"/>
          <w:sz w:val="24"/>
          <w:szCs w:val="24"/>
          <w:cs/>
          <w:lang w:bidi="hi-IN"/>
        </w:rPr>
        <w:t>सभी</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आश्चर्यचकित</w:t>
      </w:r>
      <w:r w:rsidRPr="00D73AFF">
        <w:rPr>
          <w:rFonts w:cs="Mangal"/>
          <w:sz w:val="24"/>
          <w:szCs w:val="24"/>
          <w:cs/>
          <w:lang w:bidi="hi-IN"/>
        </w:rPr>
        <w:t xml:space="preserve"> </w:t>
      </w:r>
      <w:r w:rsidRPr="00D73AFF">
        <w:rPr>
          <w:rFonts w:cs="Mangal" w:hint="cs"/>
          <w:sz w:val="24"/>
          <w:szCs w:val="24"/>
          <w:cs/>
          <w:lang w:bidi="hi-IN"/>
        </w:rPr>
        <w:t>रह</w:t>
      </w:r>
      <w:r w:rsidRPr="00D73AFF">
        <w:rPr>
          <w:rFonts w:cs="Mangal"/>
          <w:sz w:val="24"/>
          <w:szCs w:val="24"/>
          <w:cs/>
          <w:lang w:bidi="hi-IN"/>
        </w:rPr>
        <w:t xml:space="preserve"> </w:t>
      </w:r>
      <w:r w:rsidRPr="00D73AFF">
        <w:rPr>
          <w:rFonts w:cs="Mangal" w:hint="cs"/>
          <w:sz w:val="24"/>
          <w:szCs w:val="24"/>
          <w:cs/>
          <w:lang w:bidi="hi-IN"/>
        </w:rPr>
        <w:t>गए</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नई</w:t>
      </w:r>
      <w:r w:rsidRPr="00D73AFF">
        <w:rPr>
          <w:rFonts w:cs="Mangal"/>
          <w:sz w:val="24"/>
          <w:szCs w:val="24"/>
          <w:cs/>
          <w:lang w:bidi="hi-IN"/>
        </w:rPr>
        <w:t xml:space="preserve"> </w:t>
      </w:r>
      <w:r w:rsidRPr="00D73AFF">
        <w:rPr>
          <w:rFonts w:cs="Mangal" w:hint="cs"/>
          <w:sz w:val="24"/>
          <w:szCs w:val="24"/>
          <w:cs/>
          <w:lang w:bidi="hi-IN"/>
        </w:rPr>
        <w:t>तकनीकों</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वे</w:t>
      </w:r>
      <w:r w:rsidRPr="00D73AFF">
        <w:rPr>
          <w:rFonts w:cs="Mangal"/>
          <w:sz w:val="24"/>
          <w:szCs w:val="24"/>
          <w:cs/>
          <w:lang w:bidi="hi-IN"/>
        </w:rPr>
        <w:t xml:space="preserve"> </w:t>
      </w:r>
      <w:r w:rsidRPr="00D73AFF">
        <w:rPr>
          <w:rFonts w:cs="Mangal" w:hint="cs"/>
          <w:sz w:val="24"/>
          <w:szCs w:val="24"/>
          <w:cs/>
          <w:lang w:bidi="hi-IN"/>
        </w:rPr>
        <w:t>जानकारी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कितनी</w:t>
      </w:r>
      <w:r w:rsidRPr="00D73AFF">
        <w:rPr>
          <w:rFonts w:cs="Mangal"/>
          <w:sz w:val="24"/>
          <w:szCs w:val="24"/>
          <w:cs/>
          <w:lang w:bidi="hi-IN"/>
        </w:rPr>
        <w:t xml:space="preserve"> </w:t>
      </w:r>
      <w:r w:rsidRPr="00D73AFF">
        <w:rPr>
          <w:rFonts w:cs="Mangal" w:hint="cs"/>
          <w:sz w:val="24"/>
          <w:szCs w:val="24"/>
          <w:cs/>
          <w:lang w:bidi="hi-IN"/>
        </w:rPr>
        <w:t>तेजी</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सटीकता</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रख</w:t>
      </w:r>
      <w:r w:rsidRPr="00D73AFF">
        <w:rPr>
          <w:rFonts w:cs="Mangal"/>
          <w:sz w:val="24"/>
          <w:szCs w:val="24"/>
          <w:cs/>
          <w:lang w:bidi="hi-IN"/>
        </w:rPr>
        <w:t xml:space="preserve"> </w:t>
      </w:r>
      <w:r w:rsidRPr="00D73AFF">
        <w:rPr>
          <w:rFonts w:cs="Mangal" w:hint="cs"/>
          <w:sz w:val="24"/>
          <w:szCs w:val="24"/>
          <w:cs/>
          <w:lang w:bidi="hi-IN"/>
        </w:rPr>
        <w:t>पाए।</w:t>
      </w:r>
      <w:r w:rsidRPr="00D73AFF">
        <w:rPr>
          <w:rFonts w:cs="Mangal"/>
          <w:sz w:val="24"/>
          <w:szCs w:val="24"/>
          <w:cs/>
          <w:lang w:bidi="hi-IN"/>
        </w:rPr>
        <w:t xml:space="preserve"> </w:t>
      </w:r>
      <w:r w:rsidRPr="00D73AFF">
        <w:rPr>
          <w:rFonts w:cs="Mangal" w:hint="cs"/>
          <w:sz w:val="24"/>
          <w:szCs w:val="24"/>
          <w:cs/>
          <w:lang w:bidi="hi-IN"/>
        </w:rPr>
        <w:t>कार्यशाला</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स्नातक</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स्नातकोत्तर</w:t>
      </w:r>
      <w:r w:rsidRPr="00D73AFF">
        <w:rPr>
          <w:rFonts w:cs="Mangal"/>
          <w:sz w:val="24"/>
          <w:szCs w:val="24"/>
          <w:cs/>
          <w:lang w:bidi="hi-IN"/>
        </w:rPr>
        <w:t xml:space="preserve"> </w:t>
      </w:r>
      <w:r w:rsidRPr="00D73AFF">
        <w:rPr>
          <w:rFonts w:cs="Mangal" w:hint="cs"/>
          <w:sz w:val="24"/>
          <w:szCs w:val="24"/>
          <w:cs/>
          <w:lang w:bidi="hi-IN"/>
        </w:rPr>
        <w:t>स्तर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लगभग</w:t>
      </w:r>
      <w:r w:rsidRPr="00D73AFF">
        <w:rPr>
          <w:rFonts w:cs="Mangal"/>
          <w:sz w:val="24"/>
          <w:szCs w:val="24"/>
          <w:cs/>
          <w:lang w:bidi="hi-IN"/>
        </w:rPr>
        <w:t xml:space="preserve"> 200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अधिक</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w:t>
      </w:r>
      <w:r w:rsidRPr="00D73AFF">
        <w:rPr>
          <w:rFonts w:cs="Mangal" w:hint="cs"/>
          <w:sz w:val="24"/>
          <w:szCs w:val="24"/>
          <w:cs/>
          <w:lang w:bidi="hi-IN"/>
        </w:rPr>
        <w:t>छात्राएँ</w:t>
      </w:r>
      <w:r w:rsidRPr="00D73AFF">
        <w:rPr>
          <w:rFonts w:cs="Mangal"/>
          <w:sz w:val="24"/>
          <w:szCs w:val="24"/>
          <w:cs/>
          <w:lang w:bidi="hi-IN"/>
        </w:rPr>
        <w:t xml:space="preserve"> </w:t>
      </w:r>
      <w:r w:rsidRPr="00D73AFF">
        <w:rPr>
          <w:rFonts w:cs="Mangal" w:hint="cs"/>
          <w:sz w:val="24"/>
          <w:szCs w:val="24"/>
          <w:cs/>
          <w:lang w:bidi="hi-IN"/>
        </w:rPr>
        <w:t>शामिल</w:t>
      </w:r>
      <w:r w:rsidRPr="00D73AFF">
        <w:rPr>
          <w:rFonts w:cs="Mangal"/>
          <w:sz w:val="24"/>
          <w:szCs w:val="24"/>
          <w:cs/>
          <w:lang w:bidi="hi-IN"/>
        </w:rPr>
        <w:t xml:space="preserve"> </w:t>
      </w:r>
      <w:r w:rsidRPr="00D73AFF">
        <w:rPr>
          <w:rFonts w:cs="Mangal" w:hint="cs"/>
          <w:sz w:val="24"/>
          <w:szCs w:val="24"/>
          <w:cs/>
          <w:lang w:bidi="hi-IN"/>
        </w:rPr>
        <w:t>हुए।</w:t>
      </w:r>
      <w:r w:rsidRPr="00D73AFF">
        <w:rPr>
          <w:rFonts w:cs="Mangal"/>
          <w:sz w:val="24"/>
          <w:szCs w:val="24"/>
          <w:cs/>
          <w:lang w:bidi="hi-IN"/>
        </w:rPr>
        <w:t xml:space="preserve"> </w:t>
      </w:r>
      <w:r w:rsidRPr="00D73AFF">
        <w:rPr>
          <w:rFonts w:cs="Mangal" w:hint="cs"/>
          <w:sz w:val="24"/>
          <w:szCs w:val="24"/>
          <w:cs/>
          <w:lang w:bidi="hi-IN"/>
        </w:rPr>
        <w:t>सभी</w:t>
      </w:r>
      <w:r w:rsidRPr="00D73AFF">
        <w:rPr>
          <w:rFonts w:cs="Mangal"/>
          <w:sz w:val="24"/>
          <w:szCs w:val="24"/>
          <w:cs/>
          <w:lang w:bidi="hi-IN"/>
        </w:rPr>
        <w:t xml:space="preserve"> </w:t>
      </w:r>
      <w:r w:rsidRPr="00D73AFF">
        <w:rPr>
          <w:rFonts w:cs="Mangal" w:hint="cs"/>
          <w:sz w:val="24"/>
          <w:szCs w:val="24"/>
          <w:cs/>
          <w:lang w:bidi="hi-IN"/>
        </w:rPr>
        <w:t>ने</w:t>
      </w:r>
      <w:r w:rsidRPr="00D73AFF">
        <w:rPr>
          <w:rFonts w:cs="Mangal"/>
          <w:sz w:val="24"/>
          <w:szCs w:val="24"/>
          <w:cs/>
          <w:lang w:bidi="hi-IN"/>
        </w:rPr>
        <w:t xml:space="preserve"> </w:t>
      </w:r>
      <w:r w:rsidRPr="00D73AFF">
        <w:rPr>
          <w:rFonts w:cs="Mangal" w:hint="cs"/>
          <w:sz w:val="24"/>
          <w:szCs w:val="24"/>
          <w:cs/>
          <w:lang w:bidi="hi-IN"/>
        </w:rPr>
        <w:t>अत्यंत</w:t>
      </w:r>
      <w:r w:rsidRPr="00D73AFF">
        <w:rPr>
          <w:rFonts w:cs="Mangal"/>
          <w:sz w:val="24"/>
          <w:szCs w:val="24"/>
          <w:cs/>
          <w:lang w:bidi="hi-IN"/>
        </w:rPr>
        <w:t xml:space="preserve"> </w:t>
      </w:r>
      <w:r w:rsidRPr="00D73AFF">
        <w:rPr>
          <w:rFonts w:cs="Mangal" w:hint="cs"/>
          <w:sz w:val="24"/>
          <w:szCs w:val="24"/>
          <w:cs/>
          <w:lang w:bidi="hi-IN"/>
        </w:rPr>
        <w:t>उत्साह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साथ</w:t>
      </w:r>
      <w:r w:rsidRPr="00D73AFF">
        <w:rPr>
          <w:rFonts w:cs="Mangal"/>
          <w:sz w:val="24"/>
          <w:szCs w:val="24"/>
          <w:cs/>
          <w:lang w:bidi="hi-IN"/>
        </w:rPr>
        <w:t xml:space="preserve"> </w:t>
      </w:r>
      <w:r w:rsidRPr="00D73AFF">
        <w:rPr>
          <w:rFonts w:cs="Mangal" w:hint="cs"/>
          <w:sz w:val="24"/>
          <w:szCs w:val="24"/>
          <w:cs/>
          <w:lang w:bidi="hi-IN"/>
        </w:rPr>
        <w:t>व्यावहारिक</w:t>
      </w:r>
      <w:r w:rsidRPr="00D73AFF">
        <w:rPr>
          <w:rFonts w:cs="Mangal"/>
          <w:sz w:val="24"/>
          <w:szCs w:val="24"/>
          <w:cs/>
          <w:lang w:bidi="hi-IN"/>
        </w:rPr>
        <w:t xml:space="preserve"> </w:t>
      </w:r>
      <w:r w:rsidRPr="00D73AFF">
        <w:rPr>
          <w:rFonts w:cs="Mangal" w:hint="cs"/>
          <w:sz w:val="24"/>
          <w:szCs w:val="24"/>
          <w:cs/>
          <w:lang w:bidi="hi-IN"/>
        </w:rPr>
        <w:t>गतिविधियों</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भाग</w:t>
      </w:r>
      <w:r w:rsidRPr="00D73AFF">
        <w:rPr>
          <w:rFonts w:cs="Mangal"/>
          <w:sz w:val="24"/>
          <w:szCs w:val="24"/>
          <w:cs/>
          <w:lang w:bidi="hi-IN"/>
        </w:rPr>
        <w:t xml:space="preserve"> </w:t>
      </w:r>
      <w:r w:rsidRPr="00D73AFF">
        <w:rPr>
          <w:rFonts w:cs="Mangal" w:hint="cs"/>
          <w:sz w:val="24"/>
          <w:szCs w:val="24"/>
          <w:cs/>
          <w:lang w:bidi="hi-IN"/>
        </w:rPr>
        <w:t>लिया।</w:t>
      </w:r>
      <w:r w:rsidRPr="00D73AFF">
        <w:rPr>
          <w:rFonts w:cs="Mangal"/>
          <w:sz w:val="24"/>
          <w:szCs w:val="24"/>
          <w:cs/>
          <w:lang w:bidi="hi-IN"/>
        </w:rPr>
        <w:t xml:space="preserve"> </w:t>
      </w:r>
      <w:r w:rsidRPr="00D73AFF">
        <w:rPr>
          <w:rFonts w:cs="Mangal" w:hint="cs"/>
          <w:sz w:val="24"/>
          <w:szCs w:val="24"/>
          <w:cs/>
          <w:lang w:bidi="hi-IN"/>
        </w:rPr>
        <w:t>कार्यक्रम</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संचालन</w:t>
      </w:r>
      <w:r w:rsidRPr="00D73AFF">
        <w:rPr>
          <w:rFonts w:cs="Mangal"/>
          <w:sz w:val="24"/>
          <w:szCs w:val="24"/>
          <w:cs/>
          <w:lang w:bidi="hi-IN"/>
        </w:rPr>
        <w:t xml:space="preserve"> </w:t>
      </w:r>
      <w:r w:rsidRPr="00D73AFF">
        <w:rPr>
          <w:rFonts w:cs="Mangal" w:hint="cs"/>
          <w:sz w:val="24"/>
          <w:szCs w:val="24"/>
          <w:cs/>
          <w:lang w:bidi="hi-IN"/>
        </w:rPr>
        <w:t>विभाग</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प्राध्यापक</w:t>
      </w:r>
      <w:r w:rsidR="005B4FB4">
        <w:rPr>
          <w:rFonts w:cs="Mangal" w:hint="cs"/>
          <w:sz w:val="24"/>
          <w:szCs w:val="24"/>
          <w:cs/>
          <w:lang w:bidi="hi-IN"/>
        </w:rPr>
        <w:t xml:space="preserve"> </w:t>
      </w:r>
      <w:r w:rsidRPr="00D73AFF">
        <w:rPr>
          <w:rFonts w:cs="Mangal" w:hint="cs"/>
          <w:sz w:val="24"/>
          <w:szCs w:val="24"/>
          <w:cs/>
          <w:lang w:bidi="hi-IN"/>
        </w:rPr>
        <w:t>प्रो</w:t>
      </w:r>
      <w:r w:rsidRPr="00D73AFF">
        <w:rPr>
          <w:rFonts w:cs="Mangal"/>
          <w:sz w:val="24"/>
          <w:szCs w:val="24"/>
          <w:cs/>
          <w:lang w:bidi="hi-IN"/>
        </w:rPr>
        <w:t xml:space="preserve">. </w:t>
      </w:r>
      <w:r w:rsidRPr="00D73AFF">
        <w:rPr>
          <w:rFonts w:cs="Mangal" w:hint="cs"/>
          <w:sz w:val="24"/>
          <w:szCs w:val="24"/>
          <w:cs/>
          <w:lang w:bidi="hi-IN"/>
        </w:rPr>
        <w:t>चिरंजीव</w:t>
      </w:r>
      <w:r w:rsidRPr="00D73AFF">
        <w:rPr>
          <w:rFonts w:cs="Mangal"/>
          <w:sz w:val="24"/>
          <w:szCs w:val="24"/>
          <w:cs/>
          <w:lang w:bidi="hi-IN"/>
        </w:rPr>
        <w:t xml:space="preserve"> </w:t>
      </w:r>
      <w:r w:rsidRPr="00D73AFF">
        <w:rPr>
          <w:rFonts w:cs="Mangal" w:hint="cs"/>
          <w:sz w:val="24"/>
          <w:szCs w:val="24"/>
          <w:cs/>
          <w:lang w:bidi="hi-IN"/>
        </w:rPr>
        <w:t>पाण्डेय</w:t>
      </w:r>
      <w:r w:rsidR="005B4FB4">
        <w:rPr>
          <w:rFonts w:cs="Mangal" w:hint="cs"/>
          <w:sz w:val="24"/>
          <w:szCs w:val="24"/>
          <w:cs/>
          <w:lang w:bidi="hi-IN"/>
        </w:rPr>
        <w:t xml:space="preserve"> </w:t>
      </w:r>
      <w:r w:rsidRPr="00D73AFF">
        <w:rPr>
          <w:rFonts w:cs="Mangal" w:hint="cs"/>
          <w:sz w:val="24"/>
          <w:szCs w:val="24"/>
          <w:cs/>
          <w:lang w:bidi="hi-IN"/>
        </w:rPr>
        <w:t>ने</w:t>
      </w:r>
      <w:r w:rsidRPr="00D73AFF">
        <w:rPr>
          <w:rFonts w:cs="Mangal"/>
          <w:sz w:val="24"/>
          <w:szCs w:val="24"/>
          <w:cs/>
          <w:lang w:bidi="hi-IN"/>
        </w:rPr>
        <w:t xml:space="preserve"> </w:t>
      </w:r>
      <w:r w:rsidRPr="00D73AFF">
        <w:rPr>
          <w:rFonts w:cs="Mangal" w:hint="cs"/>
          <w:sz w:val="24"/>
          <w:szCs w:val="24"/>
          <w:cs/>
          <w:lang w:bidi="hi-IN"/>
        </w:rPr>
        <w:t>किया।</w:t>
      </w:r>
      <w:r w:rsidRPr="00D73AFF">
        <w:rPr>
          <w:rFonts w:cs="Mangal"/>
          <w:sz w:val="24"/>
          <w:szCs w:val="24"/>
          <w:cs/>
          <w:lang w:bidi="hi-IN"/>
        </w:rPr>
        <w:t xml:space="preserve"> </w:t>
      </w:r>
      <w:r w:rsidRPr="00D73AFF">
        <w:rPr>
          <w:rFonts w:cs="Mangal" w:hint="cs"/>
          <w:sz w:val="24"/>
          <w:szCs w:val="24"/>
          <w:cs/>
          <w:lang w:bidi="hi-IN"/>
        </w:rPr>
        <w:t>अंत</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उन्होंने</w:t>
      </w:r>
      <w:r w:rsidR="005B4FB4">
        <w:rPr>
          <w:rFonts w:cs="Mangal" w:hint="cs"/>
          <w:sz w:val="24"/>
          <w:szCs w:val="24"/>
          <w:cs/>
          <w:lang w:bidi="hi-IN"/>
        </w:rPr>
        <w:t xml:space="preserve"> </w:t>
      </w:r>
      <w:r w:rsidRPr="00D73AFF">
        <w:rPr>
          <w:rFonts w:cs="Mangal" w:hint="cs"/>
          <w:sz w:val="24"/>
          <w:szCs w:val="24"/>
          <w:cs/>
          <w:lang w:bidi="hi-IN"/>
        </w:rPr>
        <w:t>आभार</w:t>
      </w:r>
      <w:r w:rsidRPr="00D73AFF">
        <w:rPr>
          <w:rFonts w:cs="Mangal"/>
          <w:sz w:val="24"/>
          <w:szCs w:val="24"/>
          <w:cs/>
          <w:lang w:bidi="hi-IN"/>
        </w:rPr>
        <w:t xml:space="preserve"> </w:t>
      </w:r>
      <w:r w:rsidRPr="00D73AFF">
        <w:rPr>
          <w:rFonts w:cs="Mangal" w:hint="cs"/>
          <w:sz w:val="24"/>
          <w:szCs w:val="24"/>
          <w:cs/>
          <w:lang w:bidi="hi-IN"/>
        </w:rPr>
        <w:t>प्रदर्शन</w:t>
      </w:r>
      <w:r w:rsidR="005B4FB4">
        <w:rPr>
          <w:rFonts w:cs="Mangal" w:hint="cs"/>
          <w:sz w:val="24"/>
          <w:szCs w:val="24"/>
          <w:cs/>
          <w:lang w:bidi="hi-IN"/>
        </w:rPr>
        <w:t xml:space="preserve"> </w:t>
      </w:r>
      <w:r w:rsidRPr="00D73AFF">
        <w:rPr>
          <w:rFonts w:cs="Mangal" w:hint="cs"/>
          <w:sz w:val="24"/>
          <w:szCs w:val="24"/>
          <w:cs/>
          <w:lang w:bidi="hi-IN"/>
        </w:rPr>
        <w:t>करते</w:t>
      </w:r>
      <w:r w:rsidRPr="00D73AFF">
        <w:rPr>
          <w:rFonts w:cs="Mangal"/>
          <w:sz w:val="24"/>
          <w:szCs w:val="24"/>
          <w:cs/>
          <w:lang w:bidi="hi-IN"/>
        </w:rPr>
        <w:t xml:space="preserve"> </w:t>
      </w:r>
      <w:r w:rsidRPr="00D73AFF">
        <w:rPr>
          <w:rFonts w:cs="Mangal" w:hint="cs"/>
          <w:sz w:val="24"/>
          <w:szCs w:val="24"/>
          <w:cs/>
          <w:lang w:bidi="hi-IN"/>
        </w:rPr>
        <w:t>हुए</w:t>
      </w:r>
      <w:r w:rsidRPr="00D73AFF">
        <w:rPr>
          <w:rFonts w:cs="Mangal"/>
          <w:sz w:val="24"/>
          <w:szCs w:val="24"/>
          <w:cs/>
          <w:lang w:bidi="hi-IN"/>
        </w:rPr>
        <w:t xml:space="preserve"> </w:t>
      </w:r>
      <w:r w:rsidRPr="00D73AFF">
        <w:rPr>
          <w:rFonts w:cs="Mangal" w:hint="cs"/>
          <w:sz w:val="24"/>
          <w:szCs w:val="24"/>
          <w:cs/>
          <w:lang w:bidi="hi-IN"/>
        </w:rPr>
        <w:t>कहा</w:t>
      </w:r>
      <w:r w:rsidRPr="00D73AFF">
        <w:rPr>
          <w:rFonts w:hint="eastAsia"/>
          <w:sz w:val="24"/>
          <w:szCs w:val="24"/>
          <w:lang w:bidi="hi-IN"/>
        </w:rPr>
        <w:t>“</w:t>
      </w:r>
      <w:r w:rsidRPr="00D73AFF">
        <w:rPr>
          <w:rFonts w:cs="Mangal" w:hint="cs"/>
          <w:sz w:val="24"/>
          <w:szCs w:val="24"/>
          <w:cs/>
          <w:lang w:bidi="hi-IN"/>
        </w:rPr>
        <w:t>नागपुर</w:t>
      </w:r>
      <w:r w:rsidRPr="00D73AFF">
        <w:rPr>
          <w:rFonts w:cs="Mangal"/>
          <w:sz w:val="24"/>
          <w:szCs w:val="24"/>
          <w:cs/>
          <w:lang w:bidi="hi-IN"/>
        </w:rPr>
        <w:t xml:space="preserve"> </w:t>
      </w:r>
      <w:r w:rsidRPr="00D73AFF">
        <w:rPr>
          <w:rFonts w:cs="Mangal" w:hint="cs"/>
          <w:sz w:val="24"/>
          <w:szCs w:val="24"/>
          <w:cs/>
          <w:lang w:bidi="hi-IN"/>
        </w:rPr>
        <w:t>से</w:t>
      </w:r>
      <w:r w:rsidRPr="00D73AFF">
        <w:rPr>
          <w:rFonts w:cs="Mangal"/>
          <w:sz w:val="24"/>
          <w:szCs w:val="24"/>
          <w:cs/>
          <w:lang w:bidi="hi-IN"/>
        </w:rPr>
        <w:t xml:space="preserve"> </w:t>
      </w:r>
      <w:r w:rsidRPr="00D73AFF">
        <w:rPr>
          <w:rFonts w:cs="Mangal" w:hint="cs"/>
          <w:sz w:val="24"/>
          <w:szCs w:val="24"/>
          <w:cs/>
          <w:lang w:bidi="hi-IN"/>
        </w:rPr>
        <w:t>आकर</w:t>
      </w:r>
      <w:r w:rsidRPr="00D73AFF">
        <w:rPr>
          <w:rFonts w:cs="Mangal"/>
          <w:sz w:val="24"/>
          <w:szCs w:val="24"/>
          <w:cs/>
          <w:lang w:bidi="hi-IN"/>
        </w:rPr>
        <w:t xml:space="preserve"> </w:t>
      </w:r>
      <w:r w:rsidRPr="00D73AFF">
        <w:rPr>
          <w:rFonts w:cs="Mangal" w:hint="cs"/>
          <w:sz w:val="24"/>
          <w:szCs w:val="24"/>
          <w:cs/>
          <w:lang w:bidi="hi-IN"/>
        </w:rPr>
        <w:t>हमारे</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मार्गदर्शन</w:t>
      </w:r>
      <w:r w:rsidRPr="00D73AFF">
        <w:rPr>
          <w:rFonts w:cs="Mangal"/>
          <w:sz w:val="24"/>
          <w:szCs w:val="24"/>
          <w:cs/>
          <w:lang w:bidi="hi-IN"/>
        </w:rPr>
        <w:t xml:space="preserve"> </w:t>
      </w:r>
      <w:r w:rsidRPr="00D73AFF">
        <w:rPr>
          <w:rFonts w:cs="Mangal" w:hint="cs"/>
          <w:sz w:val="24"/>
          <w:szCs w:val="24"/>
          <w:cs/>
          <w:lang w:bidi="hi-IN"/>
        </w:rPr>
        <w:t>देने</w:t>
      </w:r>
      <w:r w:rsidRPr="00D73AFF">
        <w:rPr>
          <w:rFonts w:cs="Mangal"/>
          <w:sz w:val="24"/>
          <w:szCs w:val="24"/>
          <w:cs/>
          <w:lang w:bidi="hi-IN"/>
        </w:rPr>
        <w:t xml:space="preserve"> </w:t>
      </w:r>
      <w:r w:rsidRPr="00D73AFF">
        <w:rPr>
          <w:rFonts w:cs="Mangal" w:hint="cs"/>
          <w:sz w:val="24"/>
          <w:szCs w:val="24"/>
          <w:cs/>
          <w:lang w:bidi="hi-IN"/>
        </w:rPr>
        <w:t>वाले</w:t>
      </w:r>
      <w:r w:rsidRPr="00D73AFF">
        <w:rPr>
          <w:rFonts w:cs="Mangal"/>
          <w:sz w:val="24"/>
          <w:szCs w:val="24"/>
          <w:cs/>
          <w:lang w:bidi="hi-IN"/>
        </w:rPr>
        <w:t xml:space="preserve"> </w:t>
      </w:r>
      <w:r w:rsidRPr="00D73AFF">
        <w:rPr>
          <w:rFonts w:cs="Mangal" w:hint="cs"/>
          <w:sz w:val="24"/>
          <w:szCs w:val="24"/>
          <w:cs/>
          <w:lang w:bidi="hi-IN"/>
        </w:rPr>
        <w:t>मेमोरी</w:t>
      </w:r>
      <w:r w:rsidRPr="00D73AFF">
        <w:rPr>
          <w:rFonts w:cs="Mangal"/>
          <w:sz w:val="24"/>
          <w:szCs w:val="24"/>
          <w:cs/>
          <w:lang w:bidi="hi-IN"/>
        </w:rPr>
        <w:t xml:space="preserve"> </w:t>
      </w:r>
      <w:r w:rsidRPr="00D73AFF">
        <w:rPr>
          <w:rFonts w:cs="Mangal" w:hint="cs"/>
          <w:sz w:val="24"/>
          <w:szCs w:val="24"/>
          <w:cs/>
          <w:lang w:bidi="hi-IN"/>
        </w:rPr>
        <w:t>कोच</w:t>
      </w:r>
      <w:r w:rsidRPr="00D73AFF">
        <w:rPr>
          <w:rFonts w:cs="Mangal"/>
          <w:sz w:val="24"/>
          <w:szCs w:val="24"/>
          <w:cs/>
          <w:lang w:bidi="hi-IN"/>
        </w:rPr>
        <w:t xml:space="preserve"> </w:t>
      </w:r>
      <w:r w:rsidRPr="00D73AFF">
        <w:rPr>
          <w:rFonts w:cs="Mangal" w:hint="cs"/>
          <w:sz w:val="24"/>
          <w:szCs w:val="24"/>
          <w:cs/>
          <w:lang w:bidi="hi-IN"/>
        </w:rPr>
        <w:t>श्री</w:t>
      </w:r>
      <w:r w:rsidRPr="00D73AFF">
        <w:rPr>
          <w:rFonts w:cs="Mangal"/>
          <w:sz w:val="24"/>
          <w:szCs w:val="24"/>
          <w:cs/>
          <w:lang w:bidi="hi-IN"/>
        </w:rPr>
        <w:t xml:space="preserve"> </w:t>
      </w:r>
      <w:r w:rsidRPr="00D73AFF">
        <w:rPr>
          <w:rFonts w:cs="Mangal" w:hint="cs"/>
          <w:sz w:val="24"/>
          <w:szCs w:val="24"/>
          <w:cs/>
          <w:lang w:bidi="hi-IN"/>
        </w:rPr>
        <w:t>रोहित</w:t>
      </w:r>
      <w:r w:rsidRPr="00D73AFF">
        <w:rPr>
          <w:rFonts w:cs="Mangal"/>
          <w:sz w:val="24"/>
          <w:szCs w:val="24"/>
          <w:cs/>
          <w:lang w:bidi="hi-IN"/>
        </w:rPr>
        <w:t xml:space="preserve"> </w:t>
      </w:r>
      <w:r w:rsidRPr="00D73AFF">
        <w:rPr>
          <w:rFonts w:cs="Mangal" w:hint="cs"/>
          <w:sz w:val="24"/>
          <w:szCs w:val="24"/>
          <w:cs/>
          <w:lang w:bidi="hi-IN"/>
        </w:rPr>
        <w:t>तेलंग</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हम</w:t>
      </w:r>
      <w:r w:rsidRPr="00D73AFF">
        <w:rPr>
          <w:rFonts w:cs="Mangal"/>
          <w:sz w:val="24"/>
          <w:szCs w:val="24"/>
          <w:cs/>
          <w:lang w:bidi="hi-IN"/>
        </w:rPr>
        <w:t xml:space="preserve"> </w:t>
      </w:r>
      <w:r w:rsidRPr="00D73AFF">
        <w:rPr>
          <w:rFonts w:cs="Mangal" w:hint="cs"/>
          <w:sz w:val="24"/>
          <w:szCs w:val="24"/>
          <w:cs/>
          <w:lang w:bidi="hi-IN"/>
        </w:rPr>
        <w:t>आभारी</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आज</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व्यावहारिक</w:t>
      </w:r>
      <w:r w:rsidRPr="00D73AFF">
        <w:rPr>
          <w:rFonts w:cs="Mangal"/>
          <w:sz w:val="24"/>
          <w:szCs w:val="24"/>
          <w:cs/>
          <w:lang w:bidi="hi-IN"/>
        </w:rPr>
        <w:t xml:space="preserve"> </w:t>
      </w:r>
      <w:r w:rsidRPr="00D73AFF">
        <w:rPr>
          <w:rFonts w:cs="Mangal" w:hint="cs"/>
          <w:sz w:val="24"/>
          <w:szCs w:val="24"/>
          <w:cs/>
          <w:lang w:bidi="hi-IN"/>
        </w:rPr>
        <w:t>सत्र</w:t>
      </w:r>
      <w:r w:rsidRPr="00D73AFF">
        <w:rPr>
          <w:rFonts w:cs="Mangal"/>
          <w:sz w:val="24"/>
          <w:szCs w:val="24"/>
          <w:cs/>
          <w:lang w:bidi="hi-IN"/>
        </w:rPr>
        <w:t xml:space="preserve"> </w:t>
      </w:r>
      <w:r w:rsidRPr="00D73AFF">
        <w:rPr>
          <w:rFonts w:cs="Mangal" w:hint="cs"/>
          <w:sz w:val="24"/>
          <w:szCs w:val="24"/>
          <w:cs/>
          <w:lang w:bidi="hi-IN"/>
        </w:rPr>
        <w:t>ने</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यह</w:t>
      </w:r>
      <w:r w:rsidRPr="00D73AFF">
        <w:rPr>
          <w:rFonts w:cs="Mangal"/>
          <w:sz w:val="24"/>
          <w:szCs w:val="24"/>
          <w:cs/>
          <w:lang w:bidi="hi-IN"/>
        </w:rPr>
        <w:t xml:space="preserve"> </w:t>
      </w:r>
      <w:r w:rsidRPr="00D73AFF">
        <w:rPr>
          <w:rFonts w:cs="Mangal" w:hint="cs"/>
          <w:sz w:val="24"/>
          <w:szCs w:val="24"/>
          <w:cs/>
          <w:lang w:bidi="hi-IN"/>
        </w:rPr>
        <w:t>विश्वास</w:t>
      </w:r>
      <w:r w:rsidRPr="00D73AFF">
        <w:rPr>
          <w:rFonts w:cs="Mangal"/>
          <w:sz w:val="24"/>
          <w:szCs w:val="24"/>
          <w:cs/>
          <w:lang w:bidi="hi-IN"/>
        </w:rPr>
        <w:t xml:space="preserve"> </w:t>
      </w:r>
      <w:r w:rsidRPr="00D73AFF">
        <w:rPr>
          <w:rFonts w:cs="Mangal" w:hint="cs"/>
          <w:sz w:val="24"/>
          <w:szCs w:val="24"/>
          <w:cs/>
          <w:lang w:bidi="hi-IN"/>
        </w:rPr>
        <w:t>दिलाया</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यदि</w:t>
      </w:r>
      <w:r w:rsidRPr="00D73AFF">
        <w:rPr>
          <w:rFonts w:cs="Mangal"/>
          <w:sz w:val="24"/>
          <w:szCs w:val="24"/>
          <w:cs/>
          <w:lang w:bidi="hi-IN"/>
        </w:rPr>
        <w:t xml:space="preserve"> </w:t>
      </w:r>
      <w:r w:rsidRPr="00D73AFF">
        <w:rPr>
          <w:rFonts w:cs="Mangal" w:hint="cs"/>
          <w:sz w:val="24"/>
          <w:szCs w:val="24"/>
          <w:cs/>
          <w:lang w:bidi="hi-IN"/>
        </w:rPr>
        <w:t>सही</w:t>
      </w:r>
      <w:r w:rsidRPr="00D73AFF">
        <w:rPr>
          <w:rFonts w:cs="Mangal"/>
          <w:sz w:val="24"/>
          <w:szCs w:val="24"/>
          <w:cs/>
          <w:lang w:bidi="hi-IN"/>
        </w:rPr>
        <w:t xml:space="preserve"> </w:t>
      </w:r>
      <w:r w:rsidRPr="00D73AFF">
        <w:rPr>
          <w:rFonts w:cs="Mangal" w:hint="cs"/>
          <w:sz w:val="24"/>
          <w:szCs w:val="24"/>
          <w:cs/>
          <w:lang w:bidi="hi-IN"/>
        </w:rPr>
        <w:t>तकनीक</w:t>
      </w:r>
      <w:r w:rsidRPr="00D73AFF">
        <w:rPr>
          <w:rFonts w:cs="Mangal"/>
          <w:sz w:val="24"/>
          <w:szCs w:val="24"/>
          <w:cs/>
          <w:lang w:bidi="hi-IN"/>
        </w:rPr>
        <w:t xml:space="preserve"> </w:t>
      </w:r>
      <w:r w:rsidRPr="00D73AFF">
        <w:rPr>
          <w:rFonts w:cs="Mangal" w:hint="cs"/>
          <w:sz w:val="24"/>
          <w:szCs w:val="24"/>
          <w:cs/>
          <w:lang w:bidi="hi-IN"/>
        </w:rPr>
        <w:t>अपनाई</w:t>
      </w:r>
      <w:r w:rsidRPr="00D73AFF">
        <w:rPr>
          <w:rFonts w:cs="Mangal"/>
          <w:sz w:val="24"/>
          <w:szCs w:val="24"/>
          <w:cs/>
          <w:lang w:bidi="hi-IN"/>
        </w:rPr>
        <w:t xml:space="preserve"> </w:t>
      </w:r>
      <w:r w:rsidRPr="00D73AFF">
        <w:rPr>
          <w:rFonts w:cs="Mangal" w:hint="cs"/>
          <w:sz w:val="24"/>
          <w:szCs w:val="24"/>
          <w:cs/>
          <w:lang w:bidi="hi-IN"/>
        </w:rPr>
        <w:t>जाए</w:t>
      </w:r>
      <w:r w:rsidRPr="00D73AFF">
        <w:rPr>
          <w:rFonts w:cs="Mangal"/>
          <w:sz w:val="24"/>
          <w:szCs w:val="24"/>
          <w:cs/>
          <w:lang w:bidi="hi-IN"/>
        </w:rPr>
        <w:t xml:space="preserve"> </w:t>
      </w:r>
      <w:r w:rsidRPr="00D73AFF">
        <w:rPr>
          <w:rFonts w:cs="Mangal" w:hint="cs"/>
          <w:sz w:val="24"/>
          <w:szCs w:val="24"/>
          <w:cs/>
          <w:lang w:bidi="hi-IN"/>
        </w:rPr>
        <w:t>तो</w:t>
      </w:r>
      <w:r w:rsidRPr="00D73AFF">
        <w:rPr>
          <w:rFonts w:cs="Mangal"/>
          <w:sz w:val="24"/>
          <w:szCs w:val="24"/>
          <w:cs/>
          <w:lang w:bidi="hi-IN"/>
        </w:rPr>
        <w:t xml:space="preserve"> </w:t>
      </w:r>
      <w:r w:rsidRPr="00D73AFF">
        <w:rPr>
          <w:rFonts w:cs="Mangal" w:hint="cs"/>
          <w:sz w:val="24"/>
          <w:szCs w:val="24"/>
          <w:cs/>
          <w:lang w:bidi="hi-IN"/>
        </w:rPr>
        <w:t>अध्ययन</w:t>
      </w:r>
      <w:r w:rsidRPr="00D73AFF">
        <w:rPr>
          <w:rFonts w:cs="Mangal"/>
          <w:sz w:val="24"/>
          <w:szCs w:val="24"/>
          <w:cs/>
          <w:lang w:bidi="hi-IN"/>
        </w:rPr>
        <w:t xml:space="preserve"> </w:t>
      </w:r>
      <w:r w:rsidRPr="00D73AFF">
        <w:rPr>
          <w:rFonts w:cs="Mangal" w:hint="cs"/>
          <w:sz w:val="24"/>
          <w:szCs w:val="24"/>
          <w:cs/>
          <w:lang w:bidi="hi-IN"/>
        </w:rPr>
        <w:t>बोझ</w:t>
      </w:r>
      <w:r w:rsidRPr="00D73AFF">
        <w:rPr>
          <w:rFonts w:cs="Mangal"/>
          <w:sz w:val="24"/>
          <w:szCs w:val="24"/>
          <w:cs/>
          <w:lang w:bidi="hi-IN"/>
        </w:rPr>
        <w:t xml:space="preserve"> </w:t>
      </w:r>
      <w:r w:rsidRPr="00D73AFF">
        <w:rPr>
          <w:rFonts w:cs="Mangal" w:hint="cs"/>
          <w:sz w:val="24"/>
          <w:szCs w:val="24"/>
          <w:cs/>
          <w:lang w:bidi="hi-IN"/>
        </w:rPr>
        <w:t>नहीं</w:t>
      </w:r>
      <w:r w:rsidRPr="00D73AFF">
        <w:rPr>
          <w:rFonts w:cs="Mangal"/>
          <w:sz w:val="24"/>
          <w:szCs w:val="24"/>
          <w:cs/>
          <w:lang w:bidi="hi-IN"/>
        </w:rPr>
        <w:t xml:space="preserve"> </w:t>
      </w:r>
      <w:r w:rsidRPr="00D73AFF">
        <w:rPr>
          <w:rFonts w:cs="Mangal" w:hint="cs"/>
          <w:sz w:val="24"/>
          <w:szCs w:val="24"/>
          <w:cs/>
          <w:lang w:bidi="hi-IN"/>
        </w:rPr>
        <w:t>बल्कि</w:t>
      </w:r>
      <w:r w:rsidRPr="00D73AFF">
        <w:rPr>
          <w:rFonts w:cs="Mangal"/>
          <w:sz w:val="24"/>
          <w:szCs w:val="24"/>
          <w:cs/>
          <w:lang w:bidi="hi-IN"/>
        </w:rPr>
        <w:t xml:space="preserve"> </w:t>
      </w:r>
      <w:r w:rsidRPr="00D73AFF">
        <w:rPr>
          <w:rFonts w:cs="Mangal" w:hint="cs"/>
          <w:sz w:val="24"/>
          <w:szCs w:val="24"/>
          <w:cs/>
          <w:lang w:bidi="hi-IN"/>
        </w:rPr>
        <w:t>आनंददायी</w:t>
      </w:r>
      <w:r w:rsidRPr="00D73AFF">
        <w:rPr>
          <w:rFonts w:cs="Mangal"/>
          <w:sz w:val="24"/>
          <w:szCs w:val="24"/>
          <w:cs/>
          <w:lang w:bidi="hi-IN"/>
        </w:rPr>
        <w:t xml:space="preserve"> </w:t>
      </w:r>
      <w:r w:rsidRPr="00D73AFF">
        <w:rPr>
          <w:rFonts w:cs="Mangal" w:hint="cs"/>
          <w:sz w:val="24"/>
          <w:szCs w:val="24"/>
          <w:cs/>
          <w:lang w:bidi="hi-IN"/>
        </w:rPr>
        <w:t>अनुभव</w:t>
      </w:r>
      <w:r w:rsidRPr="00D73AFF">
        <w:rPr>
          <w:rFonts w:cs="Mangal"/>
          <w:sz w:val="24"/>
          <w:szCs w:val="24"/>
          <w:cs/>
          <w:lang w:bidi="hi-IN"/>
        </w:rPr>
        <w:t xml:space="preserve"> </w:t>
      </w:r>
      <w:r w:rsidRPr="00D73AFF">
        <w:rPr>
          <w:rFonts w:cs="Mangal" w:hint="cs"/>
          <w:sz w:val="24"/>
          <w:szCs w:val="24"/>
          <w:cs/>
          <w:lang w:bidi="hi-IN"/>
        </w:rPr>
        <w:t>बन</w:t>
      </w:r>
      <w:r w:rsidRPr="00D73AFF">
        <w:rPr>
          <w:rFonts w:cs="Mangal"/>
          <w:sz w:val="24"/>
          <w:szCs w:val="24"/>
          <w:cs/>
          <w:lang w:bidi="hi-IN"/>
        </w:rPr>
        <w:t xml:space="preserve"> </w:t>
      </w:r>
      <w:r w:rsidRPr="00D73AFF">
        <w:rPr>
          <w:rFonts w:cs="Mangal" w:hint="cs"/>
          <w:sz w:val="24"/>
          <w:szCs w:val="24"/>
          <w:cs/>
          <w:lang w:bidi="hi-IN"/>
        </w:rPr>
        <w:t>सकता</w:t>
      </w:r>
      <w:r w:rsidRPr="00D73AFF">
        <w:rPr>
          <w:rFonts w:cs="Mangal"/>
          <w:sz w:val="24"/>
          <w:szCs w:val="24"/>
          <w:cs/>
          <w:lang w:bidi="hi-IN"/>
        </w:rPr>
        <w:t xml:space="preserve"> </w:t>
      </w:r>
      <w:r w:rsidRPr="00D73AFF">
        <w:rPr>
          <w:rFonts w:cs="Mangal" w:hint="cs"/>
          <w:sz w:val="24"/>
          <w:szCs w:val="24"/>
          <w:cs/>
          <w:lang w:bidi="hi-IN"/>
        </w:rPr>
        <w:t>है।</w:t>
      </w:r>
      <w:r w:rsidRPr="00D73AFF">
        <w:rPr>
          <w:rFonts w:cs="Mangal"/>
          <w:sz w:val="24"/>
          <w:szCs w:val="24"/>
          <w:cs/>
          <w:lang w:bidi="hi-IN"/>
        </w:rPr>
        <w:t xml:space="preserve"> </w:t>
      </w:r>
      <w:r w:rsidRPr="00D73AFF">
        <w:rPr>
          <w:rFonts w:cs="Mangal" w:hint="cs"/>
          <w:sz w:val="24"/>
          <w:szCs w:val="24"/>
          <w:cs/>
          <w:lang w:bidi="hi-IN"/>
        </w:rPr>
        <w:t>विभाग</w:t>
      </w:r>
      <w:r w:rsidRPr="00D73AFF">
        <w:rPr>
          <w:rFonts w:cs="Mangal"/>
          <w:sz w:val="24"/>
          <w:szCs w:val="24"/>
          <w:cs/>
          <w:lang w:bidi="hi-IN"/>
        </w:rPr>
        <w:t xml:space="preserve"> </w:t>
      </w:r>
      <w:r w:rsidRPr="00D73AFF">
        <w:rPr>
          <w:rFonts w:cs="Mangal" w:hint="cs"/>
          <w:sz w:val="24"/>
          <w:szCs w:val="24"/>
          <w:cs/>
          <w:lang w:bidi="hi-IN"/>
        </w:rPr>
        <w:t>भविष्य</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भी</w:t>
      </w:r>
      <w:r w:rsidRPr="00D73AFF">
        <w:rPr>
          <w:rFonts w:cs="Mangal"/>
          <w:sz w:val="24"/>
          <w:szCs w:val="24"/>
          <w:cs/>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तरह</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उपयोगी</w:t>
      </w:r>
      <w:r w:rsidRPr="00D73AFF">
        <w:rPr>
          <w:rFonts w:cs="Mangal"/>
          <w:sz w:val="24"/>
          <w:szCs w:val="24"/>
          <w:cs/>
          <w:lang w:bidi="hi-IN"/>
        </w:rPr>
        <w:t xml:space="preserve"> </w:t>
      </w:r>
      <w:r w:rsidRPr="00D73AFF">
        <w:rPr>
          <w:rFonts w:cs="Mangal" w:hint="cs"/>
          <w:sz w:val="24"/>
          <w:szCs w:val="24"/>
          <w:cs/>
          <w:lang w:bidi="hi-IN"/>
        </w:rPr>
        <w:t>कार्यशालाएँ</w:t>
      </w:r>
      <w:r w:rsidRPr="00D73AFF">
        <w:rPr>
          <w:rFonts w:cs="Mangal"/>
          <w:sz w:val="24"/>
          <w:szCs w:val="24"/>
          <w:cs/>
          <w:lang w:bidi="hi-IN"/>
        </w:rPr>
        <w:t xml:space="preserve"> </w:t>
      </w:r>
      <w:r w:rsidRPr="00D73AFF">
        <w:rPr>
          <w:rFonts w:cs="Mangal" w:hint="cs"/>
          <w:sz w:val="24"/>
          <w:szCs w:val="24"/>
          <w:cs/>
          <w:lang w:bidi="hi-IN"/>
        </w:rPr>
        <w:t>आयोजित</w:t>
      </w:r>
      <w:r w:rsidRPr="00D73AFF">
        <w:rPr>
          <w:rFonts w:cs="Mangal"/>
          <w:sz w:val="24"/>
          <w:szCs w:val="24"/>
          <w:cs/>
          <w:lang w:bidi="hi-IN"/>
        </w:rPr>
        <w:t xml:space="preserve"> </w:t>
      </w:r>
      <w:r w:rsidRPr="00D73AFF">
        <w:rPr>
          <w:rFonts w:cs="Mangal" w:hint="cs"/>
          <w:sz w:val="24"/>
          <w:szCs w:val="24"/>
          <w:cs/>
          <w:lang w:bidi="hi-IN"/>
        </w:rPr>
        <w:lastRenderedPageBreak/>
        <w:t>करता</w:t>
      </w:r>
      <w:r w:rsidRPr="00D73AFF">
        <w:rPr>
          <w:rFonts w:cs="Mangal"/>
          <w:sz w:val="24"/>
          <w:szCs w:val="24"/>
          <w:cs/>
          <w:lang w:bidi="hi-IN"/>
        </w:rPr>
        <w:t xml:space="preserve"> </w:t>
      </w:r>
      <w:r w:rsidRPr="00D73AFF">
        <w:rPr>
          <w:rFonts w:cs="Mangal" w:hint="cs"/>
          <w:sz w:val="24"/>
          <w:szCs w:val="24"/>
          <w:cs/>
          <w:lang w:bidi="hi-IN"/>
        </w:rPr>
        <w:t>रहेगा।</w:t>
      </w:r>
      <w:r w:rsidRPr="00D73AFF">
        <w:rPr>
          <w:rFonts w:hint="eastAsia"/>
          <w:sz w:val="24"/>
          <w:szCs w:val="24"/>
          <w:lang w:bidi="hi-IN"/>
        </w:rPr>
        <w:t>”</w:t>
      </w:r>
      <w:r w:rsidRPr="00D73AFF">
        <w:rPr>
          <w:sz w:val="24"/>
          <w:szCs w:val="24"/>
          <w:lang w:bidi="hi-IN"/>
        </w:rPr>
        <w:t xml:space="preserve"> </w:t>
      </w:r>
      <w:r w:rsidRPr="00D73AFF">
        <w:rPr>
          <w:rFonts w:cs="Mangal" w:hint="cs"/>
          <w:sz w:val="24"/>
          <w:szCs w:val="24"/>
          <w:cs/>
          <w:lang w:bidi="hi-IN"/>
        </w:rPr>
        <w:t>इस</w:t>
      </w:r>
      <w:r w:rsidRPr="00D73AFF">
        <w:rPr>
          <w:rFonts w:cs="Mangal"/>
          <w:sz w:val="24"/>
          <w:szCs w:val="24"/>
          <w:cs/>
          <w:lang w:bidi="hi-IN"/>
        </w:rPr>
        <w:t xml:space="preserve"> </w:t>
      </w:r>
      <w:r w:rsidRPr="00D73AFF">
        <w:rPr>
          <w:rFonts w:cs="Mangal" w:hint="cs"/>
          <w:sz w:val="24"/>
          <w:szCs w:val="24"/>
          <w:cs/>
          <w:lang w:bidi="hi-IN"/>
        </w:rPr>
        <w:t>अवसर</w:t>
      </w:r>
      <w:r w:rsidRPr="00D73AFF">
        <w:rPr>
          <w:rFonts w:cs="Mangal"/>
          <w:sz w:val="24"/>
          <w:szCs w:val="24"/>
          <w:cs/>
          <w:lang w:bidi="hi-IN"/>
        </w:rPr>
        <w:t xml:space="preserve"> </w:t>
      </w:r>
      <w:r w:rsidRPr="00D73AFF">
        <w:rPr>
          <w:rFonts w:cs="Mangal" w:hint="cs"/>
          <w:sz w:val="24"/>
          <w:szCs w:val="24"/>
          <w:cs/>
          <w:lang w:bidi="hi-IN"/>
        </w:rPr>
        <w:t>पर</w:t>
      </w:r>
      <w:r w:rsidRPr="00D73AFF">
        <w:rPr>
          <w:rFonts w:cs="Mangal"/>
          <w:sz w:val="24"/>
          <w:szCs w:val="24"/>
          <w:cs/>
          <w:lang w:bidi="hi-IN"/>
        </w:rPr>
        <w:t xml:space="preserve"> </w:t>
      </w:r>
      <w:r w:rsidRPr="00D73AFF">
        <w:rPr>
          <w:rFonts w:cs="Mangal" w:hint="cs"/>
          <w:sz w:val="24"/>
          <w:szCs w:val="24"/>
          <w:cs/>
          <w:lang w:bidi="hi-IN"/>
        </w:rPr>
        <w:t>महाविद्यालय</w:t>
      </w:r>
      <w:r w:rsidRPr="00D73AFF">
        <w:rPr>
          <w:rFonts w:cs="Mangal"/>
          <w:sz w:val="24"/>
          <w:szCs w:val="24"/>
          <w:cs/>
          <w:lang w:bidi="hi-IN"/>
        </w:rPr>
        <w:t xml:space="preserve"> </w:t>
      </w:r>
      <w:r w:rsidRPr="00D73AFF">
        <w:rPr>
          <w:rFonts w:cs="Mangal" w:hint="cs"/>
          <w:sz w:val="24"/>
          <w:szCs w:val="24"/>
          <w:cs/>
          <w:lang w:bidi="hi-IN"/>
        </w:rPr>
        <w:t>के</w:t>
      </w:r>
      <w:r w:rsidRPr="00D73AFF">
        <w:rPr>
          <w:rFonts w:cs="Mangal"/>
          <w:sz w:val="24"/>
          <w:szCs w:val="24"/>
          <w:cs/>
          <w:lang w:bidi="hi-IN"/>
        </w:rPr>
        <w:t xml:space="preserve"> </w:t>
      </w:r>
      <w:r w:rsidRPr="00D73AFF">
        <w:rPr>
          <w:rFonts w:cs="Mangal" w:hint="cs"/>
          <w:sz w:val="24"/>
          <w:szCs w:val="24"/>
          <w:cs/>
          <w:lang w:bidi="hi-IN"/>
        </w:rPr>
        <w:t>अन्य</w:t>
      </w:r>
      <w:r w:rsidRPr="00D73AFF">
        <w:rPr>
          <w:rFonts w:cs="Mangal"/>
          <w:sz w:val="24"/>
          <w:szCs w:val="24"/>
          <w:cs/>
          <w:lang w:bidi="hi-IN"/>
        </w:rPr>
        <w:t xml:space="preserve"> </w:t>
      </w:r>
      <w:r w:rsidRPr="00D73AFF">
        <w:rPr>
          <w:rFonts w:cs="Mangal" w:hint="cs"/>
          <w:sz w:val="24"/>
          <w:szCs w:val="24"/>
          <w:cs/>
          <w:lang w:bidi="hi-IN"/>
        </w:rPr>
        <w:t>प्राध्यापकगण</w:t>
      </w:r>
      <w:r w:rsidRPr="00D73AFF">
        <w:rPr>
          <w:sz w:val="24"/>
          <w:szCs w:val="24"/>
          <w:lang w:bidi="hi-IN"/>
        </w:rPr>
        <w:t xml:space="preserve">, </w:t>
      </w:r>
      <w:r w:rsidRPr="00D73AFF">
        <w:rPr>
          <w:rFonts w:cs="Mangal" w:hint="cs"/>
          <w:sz w:val="24"/>
          <w:szCs w:val="24"/>
          <w:cs/>
          <w:lang w:bidi="hi-IN"/>
        </w:rPr>
        <w:t>कर्मचारी</w:t>
      </w:r>
      <w:r w:rsidRPr="00D73AFF">
        <w:rPr>
          <w:rFonts w:cs="Mangal"/>
          <w:sz w:val="24"/>
          <w:szCs w:val="24"/>
          <w:cs/>
          <w:lang w:bidi="hi-IN"/>
        </w:rPr>
        <w:t xml:space="preserve"> </w:t>
      </w:r>
      <w:r w:rsidRPr="00D73AFF">
        <w:rPr>
          <w:rFonts w:cs="Mangal" w:hint="cs"/>
          <w:sz w:val="24"/>
          <w:szCs w:val="24"/>
          <w:cs/>
          <w:lang w:bidi="hi-IN"/>
        </w:rPr>
        <w:t>और</w:t>
      </w:r>
      <w:r w:rsidRPr="00D73AFF">
        <w:rPr>
          <w:rFonts w:cs="Mangal"/>
          <w:sz w:val="24"/>
          <w:szCs w:val="24"/>
          <w:cs/>
          <w:lang w:bidi="hi-IN"/>
        </w:rPr>
        <w:t xml:space="preserve"> </w:t>
      </w:r>
      <w:r w:rsidRPr="00D73AFF">
        <w:rPr>
          <w:rFonts w:cs="Mangal" w:hint="cs"/>
          <w:sz w:val="24"/>
          <w:szCs w:val="24"/>
          <w:cs/>
          <w:lang w:bidi="hi-IN"/>
        </w:rPr>
        <w:t>बड़ी</w:t>
      </w:r>
      <w:r w:rsidRPr="00D73AFF">
        <w:rPr>
          <w:rFonts w:cs="Mangal"/>
          <w:sz w:val="24"/>
          <w:szCs w:val="24"/>
          <w:cs/>
          <w:lang w:bidi="hi-IN"/>
        </w:rPr>
        <w:t xml:space="preserve"> </w:t>
      </w:r>
      <w:r w:rsidRPr="00D73AFF">
        <w:rPr>
          <w:rFonts w:cs="Mangal" w:hint="cs"/>
          <w:sz w:val="24"/>
          <w:szCs w:val="24"/>
          <w:cs/>
          <w:lang w:bidi="hi-IN"/>
        </w:rPr>
        <w:t>संख्या</w:t>
      </w:r>
      <w:r w:rsidRPr="00D73AFF">
        <w:rPr>
          <w:rFonts w:cs="Mangal"/>
          <w:sz w:val="24"/>
          <w:szCs w:val="24"/>
          <w:cs/>
          <w:lang w:bidi="hi-IN"/>
        </w:rPr>
        <w:t xml:space="preserve"> </w:t>
      </w:r>
      <w:r w:rsidRPr="00D73AFF">
        <w:rPr>
          <w:rFonts w:cs="Mangal" w:hint="cs"/>
          <w:sz w:val="24"/>
          <w:szCs w:val="24"/>
          <w:cs/>
          <w:lang w:bidi="hi-IN"/>
        </w:rPr>
        <w:t>में</w:t>
      </w:r>
      <w:r w:rsidRPr="00D73AFF">
        <w:rPr>
          <w:rFonts w:cs="Mangal"/>
          <w:sz w:val="24"/>
          <w:szCs w:val="24"/>
          <w:cs/>
          <w:lang w:bidi="hi-IN"/>
        </w:rPr>
        <w:t xml:space="preserve"> </w:t>
      </w:r>
      <w:r w:rsidRPr="00D73AFF">
        <w:rPr>
          <w:rFonts w:cs="Mangal" w:hint="cs"/>
          <w:sz w:val="24"/>
          <w:szCs w:val="24"/>
          <w:cs/>
          <w:lang w:bidi="hi-IN"/>
        </w:rPr>
        <w:t>छात्र</w:t>
      </w:r>
      <w:r w:rsidRPr="00D73AFF">
        <w:rPr>
          <w:rFonts w:cs="Mangal"/>
          <w:sz w:val="24"/>
          <w:szCs w:val="24"/>
          <w:cs/>
          <w:lang w:bidi="hi-IN"/>
        </w:rPr>
        <w:t>-</w:t>
      </w:r>
      <w:r w:rsidRPr="00D73AFF">
        <w:rPr>
          <w:rFonts w:cs="Mangal" w:hint="cs"/>
          <w:sz w:val="24"/>
          <w:szCs w:val="24"/>
          <w:cs/>
          <w:lang w:bidi="hi-IN"/>
        </w:rPr>
        <w:t>छात्राएँ</w:t>
      </w:r>
      <w:r w:rsidRPr="00D73AFF">
        <w:rPr>
          <w:rFonts w:cs="Mangal"/>
          <w:sz w:val="24"/>
          <w:szCs w:val="24"/>
          <w:cs/>
          <w:lang w:bidi="hi-IN"/>
        </w:rPr>
        <w:t xml:space="preserve"> </w:t>
      </w:r>
      <w:r w:rsidRPr="00D73AFF">
        <w:rPr>
          <w:rFonts w:cs="Mangal" w:hint="cs"/>
          <w:sz w:val="24"/>
          <w:szCs w:val="24"/>
          <w:cs/>
          <w:lang w:bidi="hi-IN"/>
        </w:rPr>
        <w:t>उपस्थित</w:t>
      </w:r>
      <w:r w:rsidRPr="00D73AFF">
        <w:rPr>
          <w:rFonts w:cs="Mangal"/>
          <w:sz w:val="24"/>
          <w:szCs w:val="24"/>
          <w:cs/>
          <w:lang w:bidi="hi-IN"/>
        </w:rPr>
        <w:t xml:space="preserve"> </w:t>
      </w:r>
      <w:r w:rsidRPr="00D73AFF">
        <w:rPr>
          <w:rFonts w:cs="Mangal" w:hint="cs"/>
          <w:sz w:val="24"/>
          <w:szCs w:val="24"/>
          <w:cs/>
          <w:lang w:bidi="hi-IN"/>
        </w:rPr>
        <w:t>रहे।</w:t>
      </w:r>
    </w:p>
    <w:p w:rsidR="00BC263F" w:rsidRPr="004B550A" w:rsidRDefault="00BC263F" w:rsidP="00BC263F">
      <w:pPr>
        <w:pStyle w:val="ListParagraph"/>
        <w:ind w:left="851"/>
        <w:jc w:val="both"/>
        <w:rPr>
          <w:sz w:val="24"/>
          <w:szCs w:val="24"/>
          <w:lang w:bidi="hi-IN"/>
        </w:rPr>
      </w:pPr>
    </w:p>
    <w:p w:rsidR="004B550A" w:rsidRDefault="00933A94" w:rsidP="00933A94">
      <w:pPr>
        <w:pStyle w:val="NormalWeb"/>
        <w:ind w:left="2062"/>
        <w:jc w:val="center"/>
      </w:pPr>
      <w:r>
        <w:rPr>
          <w:noProof/>
        </w:rPr>
        <w:drawing>
          <wp:anchor distT="0" distB="0" distL="114300" distR="114300" simplePos="0" relativeHeight="251658240" behindDoc="1" locked="0" layoutInCell="1" allowOverlap="1">
            <wp:simplePos x="0" y="0"/>
            <wp:positionH relativeFrom="column">
              <wp:posOffset>619125</wp:posOffset>
            </wp:positionH>
            <wp:positionV relativeFrom="paragraph">
              <wp:posOffset>13335</wp:posOffset>
            </wp:positionV>
            <wp:extent cx="5013325" cy="2526665"/>
            <wp:effectExtent l="19050" t="0" r="0" b="0"/>
            <wp:wrapTight wrapText="bothSides">
              <wp:wrapPolygon edited="0">
                <wp:start x="-82" y="0"/>
                <wp:lineTo x="-82" y="21497"/>
                <wp:lineTo x="21586" y="21497"/>
                <wp:lineTo x="21586" y="0"/>
                <wp:lineTo x="-82" y="0"/>
              </wp:wrapPolygon>
            </wp:wrapTight>
            <wp:docPr id="67" name="Picture 67" descr="C:\Users\admin\Downloads\WhatsApp Image 2026-04-30 at 1.1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ownloads\WhatsApp Image 2026-04-30 at 1.14.23 PM.jpeg"/>
                    <pic:cNvPicPr>
                      <a:picLocks noChangeAspect="1" noChangeArrowheads="1"/>
                    </pic:cNvPicPr>
                  </pic:nvPicPr>
                  <pic:blipFill>
                    <a:blip r:embed="rId20"/>
                    <a:srcRect/>
                    <a:stretch>
                      <a:fillRect/>
                    </a:stretch>
                  </pic:blipFill>
                  <pic:spPr bwMode="auto">
                    <a:xfrm>
                      <a:off x="0" y="0"/>
                      <a:ext cx="5013325" cy="2526665"/>
                    </a:xfrm>
                    <a:prstGeom prst="rect">
                      <a:avLst/>
                    </a:prstGeom>
                    <a:noFill/>
                    <a:ln w="9525">
                      <a:noFill/>
                      <a:miter lim="800000"/>
                      <a:headEnd/>
                      <a:tailEnd/>
                    </a:ln>
                  </pic:spPr>
                </pic:pic>
              </a:graphicData>
            </a:graphic>
          </wp:anchor>
        </w:drawing>
      </w:r>
    </w:p>
    <w:p w:rsidR="004B550A" w:rsidRDefault="004B550A" w:rsidP="004B550A">
      <w:pPr>
        <w:pStyle w:val="ListParagraph"/>
        <w:ind w:left="851"/>
        <w:jc w:val="both"/>
        <w:rPr>
          <w:sz w:val="24"/>
          <w:szCs w:val="24"/>
          <w:lang w:bidi="hi-IN"/>
        </w:rPr>
      </w:pPr>
    </w:p>
    <w:p w:rsidR="00627871" w:rsidRDefault="00627871" w:rsidP="00627871">
      <w:pPr>
        <w:pStyle w:val="NormalWeb"/>
      </w:pPr>
      <w:r>
        <w:rPr>
          <w:rFonts w:cstheme="minorBidi" w:hint="cs"/>
          <w:cs/>
        </w:rPr>
        <w:t xml:space="preserve">      </w:t>
      </w: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noProof/>
          <w:sz w:val="24"/>
          <w:szCs w:val="24"/>
          <w:lang w:bidi="hi-IN"/>
        </w:rPr>
      </w:pPr>
    </w:p>
    <w:p w:rsidR="00933A94" w:rsidRDefault="00933A94" w:rsidP="004B550A">
      <w:pPr>
        <w:pStyle w:val="ListParagraph"/>
        <w:ind w:left="851"/>
        <w:jc w:val="center"/>
        <w:rPr>
          <w:b/>
          <w:bCs/>
          <w:sz w:val="24"/>
          <w:szCs w:val="24"/>
          <w:lang w:bidi="hi-IN"/>
        </w:rPr>
      </w:pPr>
    </w:p>
    <w:p w:rsidR="00BC263F" w:rsidRDefault="00BC263F" w:rsidP="004B550A">
      <w:pPr>
        <w:pStyle w:val="ListParagraph"/>
        <w:ind w:left="851"/>
        <w:jc w:val="center"/>
        <w:rPr>
          <w:b/>
          <w:bCs/>
          <w:sz w:val="24"/>
          <w:szCs w:val="24"/>
          <w:lang w:bidi="hi-IN"/>
        </w:rPr>
      </w:pPr>
    </w:p>
    <w:p w:rsidR="00BC263F" w:rsidRDefault="00BC263F" w:rsidP="004B550A">
      <w:pPr>
        <w:pStyle w:val="ListParagraph"/>
        <w:ind w:left="851"/>
        <w:jc w:val="center"/>
        <w:rPr>
          <w:b/>
          <w:bCs/>
          <w:sz w:val="24"/>
          <w:szCs w:val="24"/>
          <w:lang w:bidi="hi-IN"/>
        </w:rPr>
      </w:pPr>
    </w:p>
    <w:p w:rsidR="00BC263F" w:rsidRDefault="00BC263F"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r>
        <w:rPr>
          <w:b/>
          <w:bCs/>
          <w:noProof/>
          <w:sz w:val="24"/>
          <w:szCs w:val="24"/>
          <w:lang w:bidi="hi-IN"/>
        </w:rPr>
        <w:drawing>
          <wp:anchor distT="0" distB="0" distL="114300" distR="114300" simplePos="0" relativeHeight="251660288" behindDoc="1" locked="0" layoutInCell="1" allowOverlap="1">
            <wp:simplePos x="0" y="0"/>
            <wp:positionH relativeFrom="column">
              <wp:posOffset>619125</wp:posOffset>
            </wp:positionH>
            <wp:positionV relativeFrom="paragraph">
              <wp:posOffset>175260</wp:posOffset>
            </wp:positionV>
            <wp:extent cx="5006975" cy="2784475"/>
            <wp:effectExtent l="19050" t="0" r="3175" b="0"/>
            <wp:wrapTight wrapText="bothSides">
              <wp:wrapPolygon edited="0">
                <wp:start x="-82" y="0"/>
                <wp:lineTo x="-82" y="21428"/>
                <wp:lineTo x="21614" y="21428"/>
                <wp:lineTo x="21614" y="0"/>
                <wp:lineTo x="-82" y="0"/>
              </wp:wrapPolygon>
            </wp:wrapTight>
            <wp:docPr id="13" name="Picture 70" descr="C:\Users\admin\Downloads\WhatsApp Image 2026-04-30 at 1.1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Downloads\WhatsApp Image 2026-04-30 at 1.14.24 PM.jpeg"/>
                    <pic:cNvPicPr>
                      <a:picLocks noChangeAspect="1" noChangeArrowheads="1"/>
                    </pic:cNvPicPr>
                  </pic:nvPicPr>
                  <pic:blipFill>
                    <a:blip r:embed="rId21"/>
                    <a:srcRect/>
                    <a:stretch>
                      <a:fillRect/>
                    </a:stretch>
                  </pic:blipFill>
                  <pic:spPr bwMode="auto">
                    <a:xfrm>
                      <a:off x="0" y="0"/>
                      <a:ext cx="5006975" cy="2784475"/>
                    </a:xfrm>
                    <a:prstGeom prst="rect">
                      <a:avLst/>
                    </a:prstGeom>
                    <a:noFill/>
                    <a:ln w="9525">
                      <a:noFill/>
                      <a:miter lim="800000"/>
                      <a:headEnd/>
                      <a:tailEnd/>
                    </a:ln>
                  </pic:spPr>
                </pic:pic>
              </a:graphicData>
            </a:graphic>
          </wp:anchor>
        </w:drawing>
      </w: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933A94" w:rsidRDefault="00933A94" w:rsidP="004B550A">
      <w:pPr>
        <w:pStyle w:val="ListParagraph"/>
        <w:ind w:left="851"/>
        <w:jc w:val="center"/>
        <w:rPr>
          <w:b/>
          <w:bCs/>
          <w:sz w:val="24"/>
          <w:szCs w:val="24"/>
          <w:lang w:bidi="hi-IN"/>
        </w:rPr>
      </w:pPr>
    </w:p>
    <w:p w:rsidR="00627871" w:rsidRPr="00933A94" w:rsidRDefault="00933A94" w:rsidP="004B550A">
      <w:pPr>
        <w:pStyle w:val="ListParagraph"/>
        <w:ind w:left="851"/>
        <w:jc w:val="center"/>
        <w:rPr>
          <w:b/>
          <w:bCs/>
          <w:sz w:val="24"/>
          <w:szCs w:val="24"/>
          <w:u w:val="single"/>
          <w:cs/>
          <w:lang w:bidi="hi-IN"/>
        </w:rPr>
      </w:pPr>
      <w:r>
        <w:rPr>
          <w:rFonts w:ascii="Times New Roman" w:hAnsi="Times New Roman" w:cs="Mangal" w:hint="cs"/>
          <w:b/>
          <w:bCs/>
          <w:sz w:val="24"/>
          <w:szCs w:val="24"/>
          <w:u w:val="single"/>
          <w:cs/>
          <w:lang w:bidi="hi-IN"/>
        </w:rPr>
        <w:t xml:space="preserve">मेमोरी </w:t>
      </w:r>
      <w:r w:rsidRPr="00933A94">
        <w:rPr>
          <w:rFonts w:cs="Mangal" w:hint="cs"/>
          <w:b/>
          <w:bCs/>
          <w:sz w:val="24"/>
          <w:szCs w:val="24"/>
          <w:u w:val="single"/>
          <w:cs/>
          <w:lang w:bidi="hi-IN"/>
        </w:rPr>
        <w:t>कोच</w:t>
      </w:r>
      <w:r w:rsidRPr="00933A94">
        <w:rPr>
          <w:rFonts w:cs="Mangal"/>
          <w:b/>
          <w:bCs/>
          <w:sz w:val="24"/>
          <w:szCs w:val="24"/>
          <w:u w:val="single"/>
          <w:cs/>
          <w:lang w:bidi="hi-IN"/>
        </w:rPr>
        <w:t xml:space="preserve"> </w:t>
      </w:r>
      <w:r w:rsidRPr="00933A94">
        <w:rPr>
          <w:rFonts w:cs="Mangal" w:hint="cs"/>
          <w:b/>
          <w:bCs/>
          <w:sz w:val="24"/>
          <w:szCs w:val="24"/>
          <w:u w:val="single"/>
          <w:cs/>
          <w:lang w:bidi="hi-IN"/>
        </w:rPr>
        <w:t>श्री</w:t>
      </w:r>
      <w:r w:rsidRPr="00933A94">
        <w:rPr>
          <w:rFonts w:cs="Mangal"/>
          <w:b/>
          <w:bCs/>
          <w:sz w:val="24"/>
          <w:szCs w:val="24"/>
          <w:u w:val="single"/>
          <w:cs/>
          <w:lang w:bidi="hi-IN"/>
        </w:rPr>
        <w:t xml:space="preserve"> </w:t>
      </w:r>
      <w:r w:rsidRPr="00933A94">
        <w:rPr>
          <w:rFonts w:cs="Mangal" w:hint="cs"/>
          <w:b/>
          <w:bCs/>
          <w:sz w:val="24"/>
          <w:szCs w:val="24"/>
          <w:u w:val="single"/>
          <w:cs/>
          <w:lang w:bidi="hi-IN"/>
        </w:rPr>
        <w:t>रोहित</w:t>
      </w:r>
      <w:r w:rsidRPr="00933A94">
        <w:rPr>
          <w:rFonts w:cs="Mangal"/>
          <w:b/>
          <w:bCs/>
          <w:sz w:val="24"/>
          <w:szCs w:val="24"/>
          <w:u w:val="single"/>
          <w:cs/>
          <w:lang w:bidi="hi-IN"/>
        </w:rPr>
        <w:t xml:space="preserve"> </w:t>
      </w:r>
      <w:r w:rsidRPr="00933A94">
        <w:rPr>
          <w:rFonts w:cs="Mangal" w:hint="cs"/>
          <w:b/>
          <w:bCs/>
          <w:sz w:val="24"/>
          <w:szCs w:val="24"/>
          <w:u w:val="single"/>
          <w:cs/>
          <w:lang w:bidi="hi-IN"/>
        </w:rPr>
        <w:t>तेलंग</w:t>
      </w:r>
      <w:r w:rsidRPr="00933A94">
        <w:rPr>
          <w:rFonts w:cs="Mangal"/>
          <w:b/>
          <w:bCs/>
          <w:sz w:val="24"/>
          <w:szCs w:val="24"/>
          <w:u w:val="single"/>
          <w:lang w:bidi="hi-IN"/>
        </w:rPr>
        <w:t xml:space="preserve"> </w:t>
      </w:r>
      <w:r w:rsidRPr="00933A94">
        <w:rPr>
          <w:rFonts w:ascii="Times New Roman" w:hAnsi="Times New Roman" w:cs="Mangal" w:hint="cs"/>
          <w:b/>
          <w:bCs/>
          <w:sz w:val="24"/>
          <w:szCs w:val="24"/>
          <w:u w:val="single"/>
          <w:cs/>
          <w:lang w:bidi="hi-IN"/>
        </w:rPr>
        <w:t xml:space="preserve">व्याख्यान देते हुए </w:t>
      </w:r>
    </w:p>
    <w:p w:rsidR="00453D30" w:rsidRDefault="00453D30" w:rsidP="00453D30">
      <w:pPr>
        <w:pStyle w:val="NormalWeb"/>
        <w:ind w:left="720"/>
      </w:pPr>
      <w:r>
        <w:rPr>
          <w:noProof/>
        </w:rPr>
        <w:lastRenderedPageBreak/>
        <w:drawing>
          <wp:inline distT="0" distB="0" distL="0" distR="0">
            <wp:extent cx="5304511" cy="3618623"/>
            <wp:effectExtent l="19050" t="0" r="0" b="0"/>
            <wp:docPr id="7" name="Picture 7" descr="C:\Users\admin\Downloads\WhatsApp Image 2026-04-29 at 1.1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6-04-29 at 1.13.42 PM.jpeg"/>
                    <pic:cNvPicPr>
                      <a:picLocks noChangeAspect="1" noChangeArrowheads="1"/>
                    </pic:cNvPicPr>
                  </pic:nvPicPr>
                  <pic:blipFill>
                    <a:blip r:embed="rId22"/>
                    <a:srcRect/>
                    <a:stretch>
                      <a:fillRect/>
                    </a:stretch>
                  </pic:blipFill>
                  <pic:spPr bwMode="auto">
                    <a:xfrm>
                      <a:off x="0" y="0"/>
                      <a:ext cx="5307457" cy="3620633"/>
                    </a:xfrm>
                    <a:prstGeom prst="rect">
                      <a:avLst/>
                    </a:prstGeom>
                    <a:noFill/>
                    <a:ln w="9525">
                      <a:noFill/>
                      <a:miter lim="800000"/>
                      <a:headEnd/>
                      <a:tailEnd/>
                    </a:ln>
                  </pic:spPr>
                </pic:pic>
              </a:graphicData>
            </a:graphic>
          </wp:inline>
        </w:drawing>
      </w:r>
    </w:p>
    <w:p w:rsidR="00F5325B" w:rsidRPr="00F5325B" w:rsidRDefault="00F5325B" w:rsidP="00627871">
      <w:pPr>
        <w:pStyle w:val="NormalWeb"/>
        <w:numPr>
          <w:ilvl w:val="0"/>
          <w:numId w:val="20"/>
        </w:numPr>
        <w:ind w:left="851" w:hanging="284"/>
        <w:jc w:val="both"/>
      </w:pPr>
      <w:r w:rsidRPr="00F5325B">
        <w:rPr>
          <w:rFonts w:ascii="Mangal" w:hAnsi="Mangal" w:cs="Mangal" w:hint="cs"/>
          <w:b/>
          <w:bCs/>
          <w:cs/>
        </w:rPr>
        <w:t xml:space="preserve">छत्तीसगढ़ राज्य रजत जयंती वर्ष पर </w:t>
      </w:r>
      <w:r w:rsidR="00322821" w:rsidRPr="00F5325B">
        <w:rPr>
          <w:rFonts w:cs="Mangal"/>
          <w:b/>
          <w:bCs/>
          <w:cs/>
        </w:rPr>
        <w:t xml:space="preserve">रोजगार </w:t>
      </w:r>
      <w:r w:rsidR="0076363A" w:rsidRPr="00F5325B">
        <w:rPr>
          <w:rFonts w:cs="Mangal"/>
          <w:b/>
          <w:bCs/>
          <w:cs/>
        </w:rPr>
        <w:t>मेला</w:t>
      </w:r>
      <w:r w:rsidR="00322821" w:rsidRPr="00F5325B">
        <w:rPr>
          <w:rFonts w:cs="Mangal"/>
          <w:cs/>
        </w:rPr>
        <w:t xml:space="preserve"> </w:t>
      </w:r>
      <w:r w:rsidR="00322821" w:rsidRPr="00F5325B">
        <w:rPr>
          <w:rFonts w:cs="Mangal" w:hint="cs"/>
          <w:cs/>
        </w:rPr>
        <w:t>:</w:t>
      </w:r>
      <w:r w:rsidRPr="00F5325B">
        <w:rPr>
          <w:rFonts w:cs="Mangal"/>
          <w:cs/>
        </w:rPr>
        <w:t xml:space="preserve"> दिग्विजय कॉलेज में रोजगार मेले का आयोजन किया गया। इस मेले में देश की </w:t>
      </w:r>
      <w:r>
        <w:t xml:space="preserve">11 </w:t>
      </w:r>
      <w:r w:rsidRPr="00F5325B">
        <w:rPr>
          <w:rFonts w:cs="Mangal"/>
          <w:cs/>
        </w:rPr>
        <w:t xml:space="preserve">कंपनियां शामिल रहीं। मेले में कुल </w:t>
      </w:r>
      <w:r>
        <w:t xml:space="preserve">2500 </w:t>
      </w:r>
      <w:r w:rsidRPr="00F5325B">
        <w:rPr>
          <w:rFonts w:cs="Mangal"/>
          <w:cs/>
        </w:rPr>
        <w:t xml:space="preserve">प्रतिभागियों ने अपना पंजीयन कराया। इनमें से </w:t>
      </w:r>
      <w:r>
        <w:t xml:space="preserve">1229 </w:t>
      </w:r>
      <w:r w:rsidRPr="00F5325B">
        <w:rPr>
          <w:rFonts w:cs="Mangal"/>
          <w:cs/>
        </w:rPr>
        <w:t>युवाओं ने प्लेसमेंट के लिए अपना बायोडाटा विभिन्न कंपनियों को सौंपा। कार्यक्रम में बड़ी संख्या में कॉलेज के विद्यार्थी</w:t>
      </w:r>
      <w:r>
        <w:t xml:space="preserve">, </w:t>
      </w:r>
      <w:r w:rsidRPr="00F5325B">
        <w:rPr>
          <w:rFonts w:cs="Mangal"/>
          <w:cs/>
        </w:rPr>
        <w:t>पूर्व छात्र एवं अन्य युवा भी शामिल हुए।</w:t>
      </w:r>
      <w:r w:rsidRPr="00F5325B">
        <w:rPr>
          <w:rFonts w:cs="Mangal" w:hint="cs"/>
          <w:cs/>
        </w:rPr>
        <w:t xml:space="preserve"> </w:t>
      </w:r>
      <w:r w:rsidRPr="00F5325B">
        <w:rPr>
          <w:rFonts w:cs="Mangal"/>
          <w:cs/>
        </w:rPr>
        <w:t>मेले का मुख्य उद्देश्य शिक्षित बेरोजगार युवाओं को निजी क्षेत्र में रोजगार के अवसर प्रदान करना था। इसके लिए कॉलेज प्रबंधन ने देश की नामी कंपनियों को आमंत्रित किया। कॉलेज की प्राचार्य डॉ. शशिकला पाठक के निर्देशन में रोजगार प्रकोष्ठ के संयोजक डॉ. संजय तिस्के के मार्गदर्शन में रोजगार मेले का सफल आयोजन जनभागीदारी से किया गया।</w:t>
      </w:r>
      <w:r w:rsidRPr="00F5325B">
        <w:rPr>
          <w:rFonts w:cs="Mangal" w:hint="cs"/>
          <w:cs/>
        </w:rPr>
        <w:t xml:space="preserve"> </w:t>
      </w:r>
      <w:r w:rsidRPr="00F5325B">
        <w:rPr>
          <w:rFonts w:cs="Mangal"/>
          <w:cs/>
        </w:rPr>
        <w:t>इस अवसर पर डॉ. माजिद अली</w:t>
      </w:r>
      <w:r>
        <w:t xml:space="preserve">, </w:t>
      </w:r>
      <w:r w:rsidRPr="00F5325B">
        <w:rPr>
          <w:rFonts w:cs="Mangal"/>
          <w:cs/>
        </w:rPr>
        <w:t>डॉ. किरण लता दामले</w:t>
      </w:r>
      <w:r>
        <w:t xml:space="preserve">, </w:t>
      </w:r>
      <w:r w:rsidRPr="00F5325B">
        <w:rPr>
          <w:rFonts w:cs="Mangal"/>
          <w:cs/>
        </w:rPr>
        <w:t>डॉ. अब्दुल रज्जाक</w:t>
      </w:r>
      <w:r>
        <w:t xml:space="preserve">, </w:t>
      </w:r>
      <w:r w:rsidRPr="00F5325B">
        <w:rPr>
          <w:rFonts w:cs="Mangal"/>
          <w:cs/>
        </w:rPr>
        <w:t>डॉ. संध्या राव आदि उपस्थित रहे। रोजगार मेले में विज्ञान एवं वाणिज्य</w:t>
      </w:r>
      <w:r>
        <w:t xml:space="preserve">, </w:t>
      </w:r>
      <w:r w:rsidRPr="00F5325B">
        <w:rPr>
          <w:rFonts w:cs="Mangal"/>
          <w:cs/>
        </w:rPr>
        <w:t>कला संकाय सहित कॉलेज के विभिन्न विभागों के छात्र-छात्राओं ने भाग लिया।</w:t>
      </w:r>
    </w:p>
    <w:p w:rsidR="00F5325B" w:rsidRDefault="00F5325B" w:rsidP="00F5325B">
      <w:pPr>
        <w:pStyle w:val="NormalWeb"/>
        <w:ind w:left="993" w:firstLine="447"/>
        <w:jc w:val="both"/>
        <w:rPr>
          <w:rFonts w:cs="Mangal"/>
        </w:rPr>
      </w:pPr>
      <w:r w:rsidRPr="00F5325B">
        <w:rPr>
          <w:rFonts w:cs="Mangal"/>
          <w:cs/>
        </w:rPr>
        <w:t>मेले में छात्रों के लिए सुनहरा अवसर साबित हुआ। दिग्विजय कॉलेज</w:t>
      </w:r>
      <w:r>
        <w:t xml:space="preserve">, </w:t>
      </w:r>
      <w:r w:rsidRPr="00F5325B">
        <w:rPr>
          <w:rFonts w:cs="Mangal"/>
          <w:cs/>
        </w:rPr>
        <w:t>डिग्री कॉलेज और अन्य कॉलेजों के छात्रों को रोजगार दिलाने में मदद कर रहा है। विभिन्न क्षेत्रों की कंपनियों जैसे बैंकिंग</w:t>
      </w:r>
      <w:r>
        <w:t xml:space="preserve">, </w:t>
      </w:r>
      <w:r w:rsidRPr="00F5325B">
        <w:rPr>
          <w:rFonts w:cs="Mangal"/>
          <w:cs/>
        </w:rPr>
        <w:t>सेल्स</w:t>
      </w:r>
      <w:r>
        <w:t xml:space="preserve">, </w:t>
      </w:r>
      <w:r w:rsidRPr="00F5325B">
        <w:rPr>
          <w:rFonts w:cs="Mangal"/>
          <w:cs/>
        </w:rPr>
        <w:t>आईटी</w:t>
      </w:r>
      <w:r>
        <w:t xml:space="preserve">, </w:t>
      </w:r>
      <w:r w:rsidRPr="00F5325B">
        <w:rPr>
          <w:rFonts w:cs="Mangal"/>
          <w:cs/>
        </w:rPr>
        <w:t>मार्केटिंग आदि क्षेत्रों से जुड़ी कंपनियों ने अपनी सहभागिता दर्ज कराई।</w:t>
      </w:r>
      <w:r w:rsidRPr="00F5325B">
        <w:rPr>
          <w:rFonts w:cstheme="minorBidi" w:hint="cs"/>
          <w:cs/>
        </w:rPr>
        <w:t xml:space="preserve"> </w:t>
      </w:r>
      <w:r w:rsidRPr="00F5325B">
        <w:rPr>
          <w:rFonts w:cs="Mangal"/>
          <w:cs/>
        </w:rPr>
        <w:t xml:space="preserve">रोजगार प्रकोष्ठ के संयोजक डॉ. संजय तिस्के ने बताया कि इस आयोजन में </w:t>
      </w:r>
      <w:r>
        <w:t xml:space="preserve">11 </w:t>
      </w:r>
      <w:r w:rsidRPr="00F5325B">
        <w:rPr>
          <w:rFonts w:cs="Mangal"/>
          <w:cs/>
        </w:rPr>
        <w:t>प्रमुख कंपनियों जैसे आईसीआईसीआई बैंक</w:t>
      </w:r>
      <w:r>
        <w:t xml:space="preserve">, </w:t>
      </w:r>
      <w:r w:rsidRPr="00F5325B">
        <w:rPr>
          <w:rFonts w:cs="Mangal"/>
          <w:cs/>
        </w:rPr>
        <w:t>एचडीएफसी बैंक</w:t>
      </w:r>
      <w:r>
        <w:t xml:space="preserve">, </w:t>
      </w:r>
      <w:r w:rsidRPr="00F5325B">
        <w:rPr>
          <w:rFonts w:cs="Mangal"/>
          <w:cs/>
        </w:rPr>
        <w:t>जस्ट डायल</w:t>
      </w:r>
      <w:r>
        <w:t xml:space="preserve">, </w:t>
      </w:r>
      <w:r w:rsidRPr="00F5325B">
        <w:rPr>
          <w:rFonts w:cs="Mangal"/>
          <w:cs/>
        </w:rPr>
        <w:t>बजाज फिनसर्व</w:t>
      </w:r>
      <w:r>
        <w:t xml:space="preserve">, </w:t>
      </w:r>
      <w:r w:rsidRPr="00F5325B">
        <w:rPr>
          <w:rFonts w:cs="Mangal"/>
          <w:cs/>
        </w:rPr>
        <w:t>होटल सेक्टर</w:t>
      </w:r>
      <w:r>
        <w:t xml:space="preserve">, </w:t>
      </w:r>
      <w:r w:rsidRPr="00F5325B">
        <w:rPr>
          <w:rFonts w:cs="Mangal"/>
          <w:cs/>
        </w:rPr>
        <w:t>वाइनयार्ड्स</w:t>
      </w:r>
      <w:r>
        <w:t xml:space="preserve">, </w:t>
      </w:r>
      <w:r w:rsidRPr="00F5325B">
        <w:rPr>
          <w:rFonts w:cs="Mangal"/>
          <w:cs/>
        </w:rPr>
        <w:t xml:space="preserve">एजुकेशन सेक्टर आदि ने भाग लिया। कंपनियों के प्रतिनिधियों ने विद्यार्थियों का </w:t>
      </w:r>
      <w:r w:rsidRPr="00F5325B">
        <w:rPr>
          <w:rFonts w:cs="Mangal"/>
          <w:cs/>
        </w:rPr>
        <w:lastRenderedPageBreak/>
        <w:t>साक्षात्कार लिया और योग्य उम्मीदवारों का चयन किया।</w:t>
      </w:r>
      <w:r w:rsidRPr="00F5325B">
        <w:rPr>
          <w:rFonts w:cs="Mangal" w:hint="cs"/>
          <w:cs/>
        </w:rPr>
        <w:t xml:space="preserve"> </w:t>
      </w:r>
      <w:r w:rsidRPr="00F5325B">
        <w:rPr>
          <w:rFonts w:cs="Mangal"/>
          <w:cs/>
        </w:rPr>
        <w:t>दिग्विजय कॉलेज शिक्षा के साथ-साथ रोजगार के अवसर बढ़ाने के लिए छात्रों के करियर निर्माण हेतु निरंतर प्रयास कर रहा है।</w:t>
      </w:r>
      <w:r w:rsidRPr="00F5325B">
        <w:rPr>
          <w:rFonts w:cs="Mangal" w:hint="cs"/>
          <w:cs/>
        </w:rPr>
        <w:t xml:space="preserve"> </w:t>
      </w:r>
      <w:r w:rsidRPr="00F5325B">
        <w:rPr>
          <w:rFonts w:cs="Mangal"/>
          <w:cs/>
        </w:rPr>
        <w:t>विशेष अतिथि डॉ. के. प्रसाद</w:t>
      </w:r>
      <w:r>
        <w:t xml:space="preserve">, </w:t>
      </w:r>
      <w:r w:rsidRPr="00F5325B">
        <w:rPr>
          <w:rFonts w:cs="Mangal"/>
          <w:cs/>
        </w:rPr>
        <w:t>प्राचार्य</w:t>
      </w:r>
      <w:r>
        <w:t xml:space="preserve">, </w:t>
      </w:r>
      <w:r w:rsidRPr="00F5325B">
        <w:rPr>
          <w:rFonts w:cs="Mangal"/>
          <w:cs/>
        </w:rPr>
        <w:t>शासकीय नवीन महाविद्यालय ने कहा कि विकसित राज्य के निर्माण में युवाओं की भागीदारी अत्यंत आवश्यक है। युवाओं को कौशल विकास</w:t>
      </w:r>
      <w:r>
        <w:t xml:space="preserve">, </w:t>
      </w:r>
      <w:r w:rsidRPr="00F5325B">
        <w:rPr>
          <w:rFonts w:cs="Mangal"/>
          <w:cs/>
        </w:rPr>
        <w:t>नवाचार एवं उद्यमिता की ओर बढ़ाना चाहिए।</w:t>
      </w:r>
      <w:r w:rsidRPr="00F5325B">
        <w:rPr>
          <w:rFonts w:cs="Mangal" w:hint="cs"/>
          <w:cs/>
        </w:rPr>
        <w:t xml:space="preserve"> </w:t>
      </w:r>
      <w:r w:rsidRPr="00F5325B">
        <w:rPr>
          <w:rFonts w:cs="Mangal"/>
          <w:cs/>
        </w:rPr>
        <w:t>छात्राओं के व्यक्तित्व विकास पर एक दिवसीय कार्यशाला का आयोजन किया गया। इसमें छात्राओं को आत्मनिर्भर बनने एवं कौशल विकास के लिए प्रेरित किया गया।</w:t>
      </w:r>
      <w:r w:rsidRPr="00F5325B">
        <w:rPr>
          <w:rFonts w:cs="Mangal" w:hint="cs"/>
          <w:cs/>
        </w:rPr>
        <w:t xml:space="preserve"> </w:t>
      </w:r>
      <w:r w:rsidRPr="00F5325B">
        <w:rPr>
          <w:rFonts w:cs="Mangal"/>
          <w:cs/>
        </w:rPr>
        <w:t xml:space="preserve">विशेष अतिथि ने कहा कि वर्ष </w:t>
      </w:r>
      <w:r>
        <w:t xml:space="preserve">2047 </w:t>
      </w:r>
      <w:r w:rsidRPr="00F5325B">
        <w:rPr>
          <w:rFonts w:cs="Mangal"/>
          <w:cs/>
        </w:rPr>
        <w:t>तक भारत को विकसित राष्ट्र बनाने के लिए युवाओं की सक्रिय भागीदारी जरूरी है। शिक्षा</w:t>
      </w:r>
      <w:r>
        <w:t xml:space="preserve">, </w:t>
      </w:r>
      <w:r w:rsidRPr="00F5325B">
        <w:rPr>
          <w:rFonts w:cs="Mangal"/>
          <w:cs/>
        </w:rPr>
        <w:t>स्वास्थ्य</w:t>
      </w:r>
      <w:r>
        <w:t xml:space="preserve">, </w:t>
      </w:r>
      <w:r w:rsidRPr="00F5325B">
        <w:rPr>
          <w:rFonts w:cs="Mangal"/>
          <w:cs/>
        </w:rPr>
        <w:t>विज्ञान</w:t>
      </w:r>
      <w:r>
        <w:t xml:space="preserve">, </w:t>
      </w:r>
      <w:r w:rsidRPr="00F5325B">
        <w:rPr>
          <w:rFonts w:cs="Mangal"/>
          <w:cs/>
        </w:rPr>
        <w:t>महिला सशक्तिकरण एवं कौशल विकास के क्षेत्र में निरंतर प्रयास किए जाने चाहिए।</w:t>
      </w:r>
    </w:p>
    <w:p w:rsidR="00BC263F" w:rsidRDefault="00BC263F" w:rsidP="00F5325B">
      <w:pPr>
        <w:pStyle w:val="NormalWeb"/>
        <w:ind w:left="993" w:firstLine="447"/>
        <w:jc w:val="both"/>
      </w:pPr>
    </w:p>
    <w:p w:rsidR="00CA2022" w:rsidRDefault="00CA2022" w:rsidP="00CA2022">
      <w:pPr>
        <w:pStyle w:val="NormalWeb"/>
        <w:ind w:left="2062"/>
        <w:rPr>
          <w:rFonts w:cstheme="minorBidi"/>
        </w:rPr>
      </w:pPr>
      <w:r>
        <w:rPr>
          <w:noProof/>
        </w:rPr>
        <w:drawing>
          <wp:inline distT="0" distB="0" distL="0" distR="0">
            <wp:extent cx="3827962" cy="3873137"/>
            <wp:effectExtent l="19050" t="0" r="1088" b="0"/>
            <wp:docPr id="30" name="Picture 30" descr="C:\Users\admin\Downloads\WhatsApp Image 2026-04-30 at 11.56.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WhatsApp Image 2026-04-30 at 11.56.05 AM (1).jpeg"/>
                    <pic:cNvPicPr>
                      <a:picLocks noChangeAspect="1" noChangeArrowheads="1"/>
                    </pic:cNvPicPr>
                  </pic:nvPicPr>
                  <pic:blipFill>
                    <a:blip r:embed="rId23"/>
                    <a:srcRect/>
                    <a:stretch>
                      <a:fillRect/>
                    </a:stretch>
                  </pic:blipFill>
                  <pic:spPr bwMode="auto">
                    <a:xfrm>
                      <a:off x="0" y="0"/>
                      <a:ext cx="3830010" cy="3875209"/>
                    </a:xfrm>
                    <a:prstGeom prst="rect">
                      <a:avLst/>
                    </a:prstGeom>
                    <a:noFill/>
                    <a:ln w="9525">
                      <a:noFill/>
                      <a:miter lim="800000"/>
                      <a:headEnd/>
                      <a:tailEnd/>
                    </a:ln>
                  </pic:spPr>
                </pic:pic>
              </a:graphicData>
            </a:graphic>
          </wp:inline>
        </w:drawing>
      </w:r>
    </w:p>
    <w:p w:rsidR="00F12545" w:rsidRDefault="00F12545" w:rsidP="00CA2022">
      <w:pPr>
        <w:pStyle w:val="NormalWeb"/>
        <w:ind w:left="2062"/>
        <w:rPr>
          <w:rFonts w:cstheme="minorBidi"/>
        </w:rPr>
      </w:pPr>
    </w:p>
    <w:p w:rsidR="00F12545" w:rsidRDefault="00F12545" w:rsidP="00CA2022">
      <w:pPr>
        <w:pStyle w:val="NormalWeb"/>
        <w:ind w:left="2062"/>
        <w:rPr>
          <w:rFonts w:cstheme="minorBidi"/>
        </w:rPr>
      </w:pPr>
    </w:p>
    <w:p w:rsidR="00F12545" w:rsidRDefault="00F12545" w:rsidP="00CA2022">
      <w:pPr>
        <w:pStyle w:val="NormalWeb"/>
        <w:ind w:left="2062"/>
        <w:rPr>
          <w:rFonts w:cstheme="minorBidi"/>
        </w:rPr>
      </w:pPr>
    </w:p>
    <w:p w:rsidR="00F12545" w:rsidRDefault="00F12545" w:rsidP="00F12545">
      <w:pPr>
        <w:pStyle w:val="NormalWeb"/>
        <w:ind w:left="2062"/>
        <w:rPr>
          <w:rFonts w:cstheme="minorBidi"/>
        </w:rPr>
      </w:pPr>
      <w:r w:rsidRPr="00F12545">
        <w:rPr>
          <w:rFonts w:cstheme="minorBidi"/>
          <w:noProof/>
        </w:rPr>
        <w:lastRenderedPageBreak/>
        <w:drawing>
          <wp:inline distT="0" distB="0" distL="0" distR="0">
            <wp:extent cx="4222992" cy="3822651"/>
            <wp:effectExtent l="19050" t="0" r="6108" b="0"/>
            <wp:docPr id="14" name="Picture 12" descr="C:\Users\admin\Downloads\WhatsApp Image 2026-04-30 at 11.55.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6-04-30 at 11.55.59 AM.jpeg"/>
                    <pic:cNvPicPr>
                      <a:picLocks noChangeAspect="1" noChangeArrowheads="1"/>
                    </pic:cNvPicPr>
                  </pic:nvPicPr>
                  <pic:blipFill>
                    <a:blip r:embed="rId24"/>
                    <a:srcRect/>
                    <a:stretch>
                      <a:fillRect/>
                    </a:stretch>
                  </pic:blipFill>
                  <pic:spPr bwMode="auto">
                    <a:xfrm>
                      <a:off x="0" y="0"/>
                      <a:ext cx="4224567" cy="3824076"/>
                    </a:xfrm>
                    <a:prstGeom prst="rect">
                      <a:avLst/>
                    </a:prstGeom>
                    <a:noFill/>
                    <a:ln w="9525">
                      <a:noFill/>
                      <a:miter lim="800000"/>
                      <a:headEnd/>
                      <a:tailEnd/>
                    </a:ln>
                  </pic:spPr>
                </pic:pic>
              </a:graphicData>
            </a:graphic>
          </wp:inline>
        </w:drawing>
      </w:r>
    </w:p>
    <w:p w:rsidR="00F12545" w:rsidRPr="00F12545" w:rsidRDefault="00F12545" w:rsidP="00F12545">
      <w:pPr>
        <w:pStyle w:val="NormalWeb"/>
        <w:ind w:left="2062"/>
        <w:rPr>
          <w:rFonts w:cstheme="minorBidi"/>
        </w:rPr>
      </w:pPr>
    </w:p>
    <w:p w:rsidR="00127529" w:rsidRDefault="00BC263F" w:rsidP="00127529">
      <w:pPr>
        <w:pStyle w:val="NormalWeb"/>
        <w:jc w:val="center"/>
        <w:rPr>
          <w:rFonts w:cstheme="minorBidi"/>
        </w:rPr>
      </w:pPr>
      <w:r>
        <w:rPr>
          <w:rFonts w:cstheme="minorBidi" w:hint="cs"/>
          <w:noProof/>
        </w:rPr>
        <w:drawing>
          <wp:anchor distT="0" distB="0" distL="114300" distR="114300" simplePos="0" relativeHeight="251661312" behindDoc="1" locked="0" layoutInCell="1" allowOverlap="1">
            <wp:simplePos x="0" y="0"/>
            <wp:positionH relativeFrom="column">
              <wp:posOffset>1282065</wp:posOffset>
            </wp:positionH>
            <wp:positionV relativeFrom="paragraph">
              <wp:posOffset>71755</wp:posOffset>
            </wp:positionV>
            <wp:extent cx="4133850" cy="3552825"/>
            <wp:effectExtent l="19050" t="0" r="0" b="0"/>
            <wp:wrapTight wrapText="bothSides">
              <wp:wrapPolygon edited="0">
                <wp:start x="-100" y="0"/>
                <wp:lineTo x="-100" y="21542"/>
                <wp:lineTo x="21600" y="21542"/>
                <wp:lineTo x="21600" y="0"/>
                <wp:lineTo x="-100" y="0"/>
              </wp:wrapPolygon>
            </wp:wrapTight>
            <wp:docPr id="33" name="Picture 33" descr="C:\Users\admin\Downloads\WhatsApp Image 2026-04-30 at 11.56.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WhatsApp Image 2026-04-30 at 11.56.06 AM.jpeg"/>
                    <pic:cNvPicPr>
                      <a:picLocks noChangeAspect="1" noChangeArrowheads="1"/>
                    </pic:cNvPicPr>
                  </pic:nvPicPr>
                  <pic:blipFill>
                    <a:blip r:embed="rId25"/>
                    <a:srcRect/>
                    <a:stretch>
                      <a:fillRect/>
                    </a:stretch>
                  </pic:blipFill>
                  <pic:spPr bwMode="auto">
                    <a:xfrm>
                      <a:off x="0" y="0"/>
                      <a:ext cx="4133850" cy="3552825"/>
                    </a:xfrm>
                    <a:prstGeom prst="rect">
                      <a:avLst/>
                    </a:prstGeom>
                    <a:noFill/>
                    <a:ln w="9525">
                      <a:noFill/>
                      <a:miter lim="800000"/>
                      <a:headEnd/>
                      <a:tailEnd/>
                    </a:ln>
                  </pic:spPr>
                </pic:pic>
              </a:graphicData>
            </a:graphic>
          </wp:anchor>
        </w:drawing>
      </w:r>
      <w:r w:rsidR="00C107A1">
        <w:rPr>
          <w:rFonts w:cstheme="minorBidi" w:hint="cs"/>
          <w:cs/>
        </w:rPr>
        <w:t xml:space="preserve">    </w:t>
      </w:r>
    </w:p>
    <w:p w:rsidR="00BC263F" w:rsidRDefault="00BC263F" w:rsidP="00127529">
      <w:pPr>
        <w:pStyle w:val="NormalWeb"/>
        <w:jc w:val="center"/>
        <w:rPr>
          <w:rFonts w:cstheme="minorBidi"/>
        </w:rPr>
      </w:pPr>
    </w:p>
    <w:p w:rsidR="00BC263F" w:rsidRDefault="00BC263F" w:rsidP="00127529">
      <w:pPr>
        <w:pStyle w:val="NormalWeb"/>
        <w:jc w:val="center"/>
        <w:rPr>
          <w:rFonts w:cstheme="minorBidi"/>
        </w:rPr>
      </w:pPr>
    </w:p>
    <w:p w:rsidR="00BC263F" w:rsidRDefault="00BC263F" w:rsidP="00127529">
      <w:pPr>
        <w:pStyle w:val="NormalWeb"/>
        <w:jc w:val="center"/>
      </w:pPr>
    </w:p>
    <w:p w:rsidR="00CA2022" w:rsidRPr="00910888" w:rsidRDefault="00CA2022" w:rsidP="00CA2022">
      <w:pPr>
        <w:pStyle w:val="ListParagraph"/>
        <w:ind w:left="360"/>
        <w:jc w:val="both"/>
        <w:rPr>
          <w:sz w:val="24"/>
          <w:szCs w:val="24"/>
          <w:lang w:bidi="hi-IN"/>
        </w:rPr>
      </w:pPr>
    </w:p>
    <w:p w:rsidR="00945482" w:rsidRDefault="00945482" w:rsidP="00945482">
      <w:pPr>
        <w:pStyle w:val="NormalWeb"/>
        <w:rPr>
          <w:rFonts w:cstheme="minorBidi"/>
        </w:rPr>
      </w:pPr>
      <w:r>
        <w:rPr>
          <w:noProof/>
        </w:rPr>
        <w:lastRenderedPageBreak/>
        <w:drawing>
          <wp:inline distT="0" distB="0" distL="0" distR="0">
            <wp:extent cx="5459160" cy="2785081"/>
            <wp:effectExtent l="19050" t="0" r="8190" b="0"/>
            <wp:docPr id="36" name="Picture 36" descr="C:\Users\admin\Downloads\WhatsApp Image 2026-04-30 at 11.5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WhatsApp Image 2026-04-30 at 11.56.06 AM (1).jpeg"/>
                    <pic:cNvPicPr>
                      <a:picLocks noChangeAspect="1" noChangeArrowheads="1"/>
                    </pic:cNvPicPr>
                  </pic:nvPicPr>
                  <pic:blipFill>
                    <a:blip r:embed="rId26"/>
                    <a:srcRect/>
                    <a:stretch>
                      <a:fillRect/>
                    </a:stretch>
                  </pic:blipFill>
                  <pic:spPr bwMode="auto">
                    <a:xfrm>
                      <a:off x="0" y="0"/>
                      <a:ext cx="5459660" cy="2785336"/>
                    </a:xfrm>
                    <a:prstGeom prst="rect">
                      <a:avLst/>
                    </a:prstGeom>
                    <a:noFill/>
                    <a:ln w="9525">
                      <a:noFill/>
                      <a:miter lim="800000"/>
                      <a:headEnd/>
                      <a:tailEnd/>
                    </a:ln>
                  </pic:spPr>
                </pic:pic>
              </a:graphicData>
            </a:graphic>
          </wp:inline>
        </w:drawing>
      </w:r>
    </w:p>
    <w:p w:rsidR="00F12545" w:rsidRPr="00F12545" w:rsidRDefault="00F12545" w:rsidP="00945482">
      <w:pPr>
        <w:pStyle w:val="NormalWeb"/>
        <w:rPr>
          <w:rFonts w:cstheme="minorBidi"/>
        </w:rPr>
      </w:pPr>
    </w:p>
    <w:p w:rsidR="00945482" w:rsidRDefault="00945482" w:rsidP="00945482">
      <w:pPr>
        <w:pStyle w:val="NormalWeb"/>
        <w:jc w:val="center"/>
        <w:rPr>
          <w:rFonts w:cstheme="minorBidi"/>
        </w:rPr>
      </w:pPr>
      <w:r>
        <w:rPr>
          <w:noProof/>
        </w:rPr>
        <w:drawing>
          <wp:inline distT="0" distB="0" distL="0" distR="0">
            <wp:extent cx="5256094" cy="3511016"/>
            <wp:effectExtent l="19050" t="0" r="1706" b="0"/>
            <wp:docPr id="39" name="Picture 39" descr="C:\Users\admin\Downloads\WhatsApp Image 2026-04-30 at 11.56.0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WhatsApp Image 2026-04-30 at 11.56.06 AM (2).jpeg"/>
                    <pic:cNvPicPr>
                      <a:picLocks noChangeAspect="1" noChangeArrowheads="1"/>
                    </pic:cNvPicPr>
                  </pic:nvPicPr>
                  <pic:blipFill>
                    <a:blip r:embed="rId27"/>
                    <a:srcRect/>
                    <a:stretch>
                      <a:fillRect/>
                    </a:stretch>
                  </pic:blipFill>
                  <pic:spPr bwMode="auto">
                    <a:xfrm>
                      <a:off x="0" y="0"/>
                      <a:ext cx="5263078" cy="3515681"/>
                    </a:xfrm>
                    <a:prstGeom prst="rect">
                      <a:avLst/>
                    </a:prstGeom>
                    <a:noFill/>
                    <a:ln w="9525">
                      <a:noFill/>
                      <a:miter lim="800000"/>
                      <a:headEnd/>
                      <a:tailEnd/>
                    </a:ln>
                  </pic:spPr>
                </pic:pic>
              </a:graphicData>
            </a:graphic>
          </wp:inline>
        </w:drawing>
      </w:r>
    </w:p>
    <w:p w:rsidR="00D3149E" w:rsidRDefault="00D3149E" w:rsidP="00945482">
      <w:pPr>
        <w:pStyle w:val="NormalWeb"/>
        <w:jc w:val="center"/>
        <w:rPr>
          <w:rFonts w:cstheme="minorBidi"/>
        </w:rPr>
      </w:pPr>
    </w:p>
    <w:p w:rsidR="00D3149E" w:rsidRDefault="00D3149E" w:rsidP="00D3149E">
      <w:pPr>
        <w:pStyle w:val="NormalWeb"/>
        <w:jc w:val="center"/>
        <w:rPr>
          <w:rFonts w:cstheme="minorBidi"/>
        </w:rPr>
      </w:pPr>
      <w:r>
        <w:rPr>
          <w:noProof/>
        </w:rPr>
        <w:lastRenderedPageBreak/>
        <w:drawing>
          <wp:inline distT="0" distB="0" distL="0" distR="0">
            <wp:extent cx="5278153" cy="3671560"/>
            <wp:effectExtent l="19050" t="0" r="0" b="0"/>
            <wp:docPr id="42" name="Picture 42" descr="C:\Users\admin\Downloads\WhatsApp Image 2026-04-30 at 11.56.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WhatsApp Image 2026-04-30 at 11.56.07 AM.jpeg"/>
                    <pic:cNvPicPr>
                      <a:picLocks noChangeAspect="1" noChangeArrowheads="1"/>
                    </pic:cNvPicPr>
                  </pic:nvPicPr>
                  <pic:blipFill>
                    <a:blip r:embed="rId28"/>
                    <a:srcRect/>
                    <a:stretch>
                      <a:fillRect/>
                    </a:stretch>
                  </pic:blipFill>
                  <pic:spPr bwMode="auto">
                    <a:xfrm>
                      <a:off x="0" y="0"/>
                      <a:ext cx="5281876" cy="3674150"/>
                    </a:xfrm>
                    <a:prstGeom prst="rect">
                      <a:avLst/>
                    </a:prstGeom>
                    <a:noFill/>
                    <a:ln w="9525">
                      <a:noFill/>
                      <a:miter lim="800000"/>
                      <a:headEnd/>
                      <a:tailEnd/>
                    </a:ln>
                  </pic:spPr>
                </pic:pic>
              </a:graphicData>
            </a:graphic>
          </wp:inline>
        </w:drawing>
      </w:r>
    </w:p>
    <w:p w:rsidR="009651A4" w:rsidRDefault="009651A4" w:rsidP="00D3149E">
      <w:pPr>
        <w:pStyle w:val="NormalWeb"/>
        <w:jc w:val="center"/>
        <w:rPr>
          <w:rFonts w:cstheme="minorBidi"/>
        </w:rPr>
      </w:pPr>
    </w:p>
    <w:p w:rsidR="009651A4" w:rsidRDefault="009651A4" w:rsidP="009651A4">
      <w:pPr>
        <w:pStyle w:val="NormalWeb"/>
        <w:jc w:val="center"/>
        <w:rPr>
          <w:rFonts w:cstheme="minorBidi"/>
        </w:rPr>
      </w:pPr>
      <w:r>
        <w:rPr>
          <w:noProof/>
        </w:rPr>
        <w:drawing>
          <wp:inline distT="0" distB="0" distL="0" distR="0">
            <wp:extent cx="4311286" cy="3115491"/>
            <wp:effectExtent l="19050" t="0" r="0" b="0"/>
            <wp:docPr id="45" name="Picture 45" descr="C:\Users\admin\Downloads\WhatsApp Image 2026-04-30 at 11.56.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wnloads\WhatsApp Image 2026-04-30 at 11.56.07 AM (1).jpeg"/>
                    <pic:cNvPicPr>
                      <a:picLocks noChangeAspect="1" noChangeArrowheads="1"/>
                    </pic:cNvPicPr>
                  </pic:nvPicPr>
                  <pic:blipFill>
                    <a:blip r:embed="rId29"/>
                    <a:srcRect r="2511" b="16233"/>
                    <a:stretch>
                      <a:fillRect/>
                    </a:stretch>
                  </pic:blipFill>
                  <pic:spPr bwMode="auto">
                    <a:xfrm>
                      <a:off x="0" y="0"/>
                      <a:ext cx="4311287" cy="3115492"/>
                    </a:xfrm>
                    <a:prstGeom prst="rect">
                      <a:avLst/>
                    </a:prstGeom>
                    <a:noFill/>
                    <a:ln w="9525">
                      <a:noFill/>
                      <a:miter lim="800000"/>
                      <a:headEnd/>
                      <a:tailEnd/>
                    </a:ln>
                  </pic:spPr>
                </pic:pic>
              </a:graphicData>
            </a:graphic>
          </wp:inline>
        </w:drawing>
      </w:r>
    </w:p>
    <w:p w:rsidR="00ED53B9" w:rsidRDefault="00ED53B9" w:rsidP="00ED53B9">
      <w:pPr>
        <w:pStyle w:val="NormalWeb"/>
        <w:jc w:val="center"/>
      </w:pPr>
      <w:r>
        <w:rPr>
          <w:noProof/>
        </w:rPr>
        <w:lastRenderedPageBreak/>
        <w:drawing>
          <wp:inline distT="0" distB="0" distL="0" distR="0">
            <wp:extent cx="4997087" cy="4500154"/>
            <wp:effectExtent l="19050" t="0" r="0" b="0"/>
            <wp:docPr id="48" name="Picture 48" descr="C:\Users\admin\Downloads\WhatsApp Image 2026-04-30 at 11.56.0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wnloads\WhatsApp Image 2026-04-30 at 11.56.07 AM (2).jpeg"/>
                    <pic:cNvPicPr>
                      <a:picLocks noChangeAspect="1" noChangeArrowheads="1"/>
                    </pic:cNvPicPr>
                  </pic:nvPicPr>
                  <pic:blipFill>
                    <a:blip r:embed="rId30"/>
                    <a:srcRect t="4172"/>
                    <a:stretch>
                      <a:fillRect/>
                    </a:stretch>
                  </pic:blipFill>
                  <pic:spPr bwMode="auto">
                    <a:xfrm>
                      <a:off x="0" y="0"/>
                      <a:ext cx="4997087" cy="4500154"/>
                    </a:xfrm>
                    <a:prstGeom prst="rect">
                      <a:avLst/>
                    </a:prstGeom>
                    <a:noFill/>
                    <a:ln w="9525">
                      <a:noFill/>
                      <a:miter lim="800000"/>
                      <a:headEnd/>
                      <a:tailEnd/>
                    </a:ln>
                  </pic:spPr>
                </pic:pic>
              </a:graphicData>
            </a:graphic>
          </wp:inline>
        </w:drawing>
      </w:r>
    </w:p>
    <w:p w:rsidR="00ED53B9" w:rsidRPr="00ED53B9" w:rsidRDefault="00ED53B9" w:rsidP="009651A4">
      <w:pPr>
        <w:pStyle w:val="NormalWeb"/>
        <w:jc w:val="center"/>
        <w:rPr>
          <w:rFonts w:cstheme="minorBidi"/>
        </w:rPr>
      </w:pPr>
    </w:p>
    <w:p w:rsidR="006C3422" w:rsidRDefault="006C3422" w:rsidP="00CC0C5A">
      <w:pPr>
        <w:pStyle w:val="ListParagraph"/>
        <w:numPr>
          <w:ilvl w:val="0"/>
          <w:numId w:val="20"/>
        </w:numPr>
        <w:ind w:left="360"/>
        <w:jc w:val="both"/>
        <w:rPr>
          <w:rFonts w:cs="Mangal"/>
          <w:sz w:val="24"/>
          <w:szCs w:val="24"/>
        </w:rPr>
      </w:pPr>
      <w:r w:rsidRPr="006C3422">
        <w:rPr>
          <w:rFonts w:cs="Mangal"/>
          <w:b/>
          <w:bCs/>
          <w:sz w:val="24"/>
          <w:szCs w:val="24"/>
          <w:cs/>
          <w:lang w:bidi="hi-IN"/>
        </w:rPr>
        <w:t>दिग्विजय कॉलेज की सात छात्राओं का वेदांत बालकों में चयन</w:t>
      </w:r>
      <w:r w:rsidRPr="006C3422">
        <w:rPr>
          <w:rFonts w:cs="Mangal" w:hint="cs"/>
          <w:b/>
          <w:bCs/>
          <w:sz w:val="24"/>
          <w:szCs w:val="24"/>
          <w:cs/>
          <w:lang w:bidi="hi-IN"/>
        </w:rPr>
        <w:t>:</w:t>
      </w:r>
      <w:r w:rsidR="00CC0C5A" w:rsidRPr="00CC0C5A">
        <w:rPr>
          <w:cs/>
          <w:lang w:bidi="hi-IN"/>
        </w:rPr>
        <w:t xml:space="preserve"> </w:t>
      </w:r>
      <w:r w:rsidR="00CC0C5A" w:rsidRPr="00CC0C5A">
        <w:rPr>
          <w:rFonts w:cs="Mangal"/>
          <w:sz w:val="24"/>
          <w:szCs w:val="24"/>
          <w:cs/>
          <w:lang w:bidi="hi-IN"/>
        </w:rPr>
        <w:t>दिनांक 19 एक 2026 को संपन्न हुए इंटरव्यू में दिग्विजय कॉलेज की सात छात्राओं (कुमारी खिलेश्वरी पटेल</w:t>
      </w:r>
      <w:r w:rsidR="00CC0C5A" w:rsidRPr="00CC0C5A">
        <w:rPr>
          <w:rFonts w:cs="Mangal"/>
          <w:sz w:val="24"/>
          <w:szCs w:val="24"/>
        </w:rPr>
        <w:t xml:space="preserve">, </w:t>
      </w:r>
      <w:r w:rsidR="00CC0C5A" w:rsidRPr="00CC0C5A">
        <w:rPr>
          <w:rFonts w:cs="Mangal"/>
          <w:sz w:val="24"/>
          <w:szCs w:val="24"/>
          <w:cs/>
          <w:lang w:bidi="hi-IN"/>
        </w:rPr>
        <w:t>भानु चंदेल</w:t>
      </w:r>
      <w:r w:rsidR="00CC0C5A" w:rsidRPr="00CC0C5A">
        <w:rPr>
          <w:rFonts w:cs="Mangal"/>
          <w:sz w:val="24"/>
          <w:szCs w:val="24"/>
        </w:rPr>
        <w:t xml:space="preserve">, </w:t>
      </w:r>
      <w:r w:rsidR="00CC0C5A" w:rsidRPr="00CC0C5A">
        <w:rPr>
          <w:rFonts w:cs="Mangal"/>
          <w:sz w:val="24"/>
          <w:szCs w:val="24"/>
          <w:cs/>
          <w:lang w:bidi="hi-IN"/>
        </w:rPr>
        <w:t>पूर्णिमा साहू प्राजंलि साहू</w:t>
      </w:r>
      <w:r w:rsidR="00CC0C5A" w:rsidRPr="00CC0C5A">
        <w:rPr>
          <w:rFonts w:cs="Mangal"/>
          <w:sz w:val="24"/>
          <w:szCs w:val="24"/>
        </w:rPr>
        <w:t xml:space="preserve">, </w:t>
      </w:r>
      <w:r w:rsidR="00CC0C5A" w:rsidRPr="00CC0C5A">
        <w:rPr>
          <w:rFonts w:cs="Mangal"/>
          <w:sz w:val="24"/>
          <w:szCs w:val="24"/>
          <w:cs/>
          <w:lang w:bidi="hi-IN"/>
        </w:rPr>
        <w:t>वीणा पटेल</w:t>
      </w:r>
      <w:r w:rsidR="00CC0C5A" w:rsidRPr="00CC0C5A">
        <w:rPr>
          <w:rFonts w:cs="Mangal"/>
          <w:sz w:val="24"/>
          <w:szCs w:val="24"/>
        </w:rPr>
        <w:t xml:space="preserve">, </w:t>
      </w:r>
      <w:r w:rsidR="00CC0C5A" w:rsidRPr="00CC0C5A">
        <w:rPr>
          <w:rFonts w:cs="Mangal"/>
          <w:sz w:val="24"/>
          <w:szCs w:val="24"/>
          <w:cs/>
          <w:lang w:bidi="hi-IN"/>
        </w:rPr>
        <w:t>यामिनी कुंभकार और रेशमा वर्मा)ने सफलता हासिल की इन छात्राओ को पोस्ट ग्रेजुएट ट्रेनिंज पोस्ट पर बालकों वेदांता कोरबा में नौकरी का अवसर मिला है इस अवसर पर प्राचार्य डॉक्टर सुचित्रा  गुप्ता ने  छात्राओं को बधाई देते हुए कहा कि उन्हें अपनी मेहनत और लगन का एक अच्छा परिणाम मिला है और भविष्य में भी वह इसी प्रकार की मेहनत से काम करते रहें और दिग्विजय  कॉलेज का नाम और राजनांदगांव शहर का नाम रोशन करें।</w:t>
      </w:r>
      <w:r w:rsidR="00CC0C5A">
        <w:rPr>
          <w:rFonts w:cs="Mangal" w:hint="cs"/>
          <w:sz w:val="24"/>
          <w:szCs w:val="24"/>
          <w:cs/>
          <w:lang w:bidi="hi-IN"/>
        </w:rPr>
        <w:t xml:space="preserve"> </w:t>
      </w:r>
      <w:r w:rsidR="00CC0C5A" w:rsidRPr="00CC0C5A">
        <w:rPr>
          <w:rFonts w:cs="Mangal"/>
          <w:sz w:val="24"/>
          <w:szCs w:val="24"/>
          <w:cs/>
          <w:lang w:bidi="hi-IN"/>
        </w:rPr>
        <w:t>इस विषय पर विस्तृत जानकारीदेते हुए। रोजगार और मार्गदर्शन प्रकोष्ठ हुए संयोजक डॉ संजय ठिसके  ने बताया कि यह प्रकोष्ठ विगत 2014-15 से सतत छात्र-छात्राओं के कैरियर के प्रति सजग हैं और उनके लिए तरह-तरह के कार्यक्रम प्रकोष्ठ आयोजित करते रहा है व्यक्तित्व विकास की कोचिंग</w:t>
      </w:r>
      <w:r w:rsidR="00CC0C5A" w:rsidRPr="00CC0C5A">
        <w:rPr>
          <w:rFonts w:cs="Mangal"/>
          <w:sz w:val="24"/>
          <w:szCs w:val="24"/>
        </w:rPr>
        <w:t xml:space="preserve">, </w:t>
      </w:r>
      <w:r w:rsidR="00CC0C5A" w:rsidRPr="00CC0C5A">
        <w:rPr>
          <w:rFonts w:cs="Mangal"/>
          <w:sz w:val="24"/>
          <w:szCs w:val="24"/>
          <w:cs/>
          <w:lang w:bidi="hi-IN"/>
        </w:rPr>
        <w:t xml:space="preserve">क्लासेस </w:t>
      </w:r>
      <w:r w:rsidR="00CC0C5A" w:rsidRPr="00CC0C5A">
        <w:rPr>
          <w:rFonts w:cs="Mangal"/>
          <w:sz w:val="24"/>
          <w:szCs w:val="24"/>
        </w:rPr>
        <w:t>,</w:t>
      </w:r>
      <w:r w:rsidR="00CC0C5A" w:rsidRPr="00CC0C5A">
        <w:rPr>
          <w:rFonts w:cs="Mangal"/>
          <w:sz w:val="24"/>
          <w:szCs w:val="24"/>
          <w:cs/>
          <w:lang w:bidi="hi-IN"/>
        </w:rPr>
        <w:t>मॉक इंटरव्यू टेस्ट</w:t>
      </w:r>
      <w:r w:rsidR="00CC0C5A" w:rsidRPr="00CC0C5A">
        <w:rPr>
          <w:rFonts w:cs="Mangal"/>
          <w:sz w:val="24"/>
          <w:szCs w:val="24"/>
        </w:rPr>
        <w:t xml:space="preserve">, </w:t>
      </w:r>
      <w:r w:rsidR="00CC0C5A" w:rsidRPr="00CC0C5A">
        <w:rPr>
          <w:rFonts w:cs="Mangal"/>
          <w:sz w:val="24"/>
          <w:szCs w:val="24"/>
          <w:cs/>
          <w:lang w:bidi="hi-IN"/>
        </w:rPr>
        <w:t xml:space="preserve">करियर से संबंधित विभिन्न प्रकार के कैंपस आयोजित करना हो  प्रकोष्ठ हमेशा छात्रों के लिए के लिए एक नए-नए अवसर </w:t>
      </w:r>
      <w:r w:rsidR="00CC0C5A" w:rsidRPr="00CC0C5A">
        <w:rPr>
          <w:rFonts w:cs="Mangal"/>
          <w:sz w:val="24"/>
          <w:szCs w:val="24"/>
          <w:cs/>
          <w:lang w:bidi="hi-IN"/>
        </w:rPr>
        <w:lastRenderedPageBreak/>
        <w:t>प्रदान करता रहा है अभी पिछले पहले ही छात्र-छात्राओं के लिए एक बहुत बड़े जॉब फेयर का आयोजन किया गया था जिसमें 12 से ज्यादा कंपनियां छात्राओं के के लिए जॉब के अवसर लेकर आई थी वेदांत बालको से कालेज का काफी पुराना संबंध है सन 2007 से लगातार छात्र इस कंपनी में जा रहे हैं और बालको वेदान्ता कंपनी दिग्विजय कॉलेज के होनहार छात्रों को अपने फार्म में में ज्यादा से ज्यादा जॉब के अवसर प्रदान करती है डॉ संजय ठिसके ने में इस सफलता का श्रेय लिए प्राचार्य डॉक्टर सुचित्रा गुप्ता के कुशल मार्गदर्शन और अपनी टीम के सदस्यों की लगातार मेहनत को दिया है। डॉक्टर संजय किसके ने बताया कि भविष्य में प्रकोष्ठ छात्राओं के हित में इस प्रकार के कार्यक्रम लगातार आयोजित करता रहेगा। इस अवसर पर रोजगार और मार्गदर्शन प्रकोष्ठ के डॉक्टर कैलाश देवांगन</w:t>
      </w:r>
      <w:r w:rsidR="00CC0C5A" w:rsidRPr="00CC0C5A">
        <w:rPr>
          <w:rFonts w:cs="Mangal"/>
          <w:sz w:val="24"/>
          <w:szCs w:val="24"/>
        </w:rPr>
        <w:t xml:space="preserve">, </w:t>
      </w:r>
      <w:r w:rsidR="00CC0C5A" w:rsidRPr="00CC0C5A">
        <w:rPr>
          <w:rFonts w:cs="Mangal"/>
          <w:sz w:val="24"/>
          <w:szCs w:val="24"/>
          <w:cs/>
          <w:lang w:bidi="hi-IN"/>
        </w:rPr>
        <w:t xml:space="preserve">चिरंजीवी </w:t>
      </w:r>
      <w:r w:rsidR="00F12545">
        <w:rPr>
          <w:rFonts w:ascii="Times New Roman" w:hAnsi="Times New Roman" w:cs="Mangal"/>
          <w:sz w:val="24"/>
          <w:szCs w:val="24"/>
          <w:cs/>
          <w:lang w:bidi="hi-IN"/>
        </w:rPr>
        <w:t xml:space="preserve">पाण्डेय </w:t>
      </w:r>
      <w:r w:rsidR="00CC0C5A" w:rsidRPr="00CC0C5A">
        <w:rPr>
          <w:rFonts w:cs="Mangal"/>
          <w:sz w:val="24"/>
          <w:szCs w:val="24"/>
        </w:rPr>
        <w:t>,</w:t>
      </w:r>
      <w:r w:rsidR="00CC0C5A" w:rsidRPr="00CC0C5A">
        <w:rPr>
          <w:rFonts w:cs="Mangal"/>
          <w:sz w:val="24"/>
          <w:szCs w:val="24"/>
          <w:cs/>
          <w:lang w:bidi="hi-IN"/>
        </w:rPr>
        <w:t xml:space="preserve">अमितेश सोनकर </w:t>
      </w:r>
      <w:r w:rsidR="00CC0C5A" w:rsidRPr="00CC0C5A">
        <w:rPr>
          <w:rFonts w:cs="Mangal"/>
          <w:sz w:val="24"/>
          <w:szCs w:val="24"/>
        </w:rPr>
        <w:t>,</w:t>
      </w:r>
      <w:r w:rsidR="00CC0C5A" w:rsidRPr="00CC0C5A">
        <w:rPr>
          <w:rFonts w:cs="Mangal"/>
          <w:sz w:val="24"/>
          <w:szCs w:val="24"/>
          <w:cs/>
          <w:lang w:bidi="hi-IN"/>
        </w:rPr>
        <w:t xml:space="preserve">दीपक कुमार और कौशिक बीशी उपस्थित थे। </w:t>
      </w:r>
    </w:p>
    <w:p w:rsidR="00627871" w:rsidRDefault="007F4464" w:rsidP="00627871">
      <w:pPr>
        <w:pStyle w:val="NormalWeb"/>
        <w:jc w:val="center"/>
        <w:rPr>
          <w:rStyle w:val="Strong"/>
          <w:rFonts w:cs="Mangal"/>
        </w:rPr>
      </w:pPr>
      <w:r>
        <w:rPr>
          <w:noProof/>
        </w:rPr>
        <w:drawing>
          <wp:inline distT="0" distB="0" distL="0" distR="0">
            <wp:extent cx="4450625" cy="2664040"/>
            <wp:effectExtent l="19050" t="0" r="7075" b="0"/>
            <wp:docPr id="9" name="Picture 9" descr="C:\Users\admin\Downloads\WhatsApp Image 2026-04-30 at 11.55.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6-04-30 at 11.55.57 AM.jpeg"/>
                    <pic:cNvPicPr>
                      <a:picLocks noChangeAspect="1" noChangeArrowheads="1"/>
                    </pic:cNvPicPr>
                  </pic:nvPicPr>
                  <pic:blipFill>
                    <a:blip r:embed="rId31"/>
                    <a:srcRect t="20174"/>
                    <a:stretch>
                      <a:fillRect/>
                    </a:stretch>
                  </pic:blipFill>
                  <pic:spPr bwMode="auto">
                    <a:xfrm>
                      <a:off x="0" y="0"/>
                      <a:ext cx="4452737" cy="2665304"/>
                    </a:xfrm>
                    <a:prstGeom prst="rect">
                      <a:avLst/>
                    </a:prstGeom>
                    <a:noFill/>
                    <a:ln w="9525">
                      <a:noFill/>
                      <a:miter lim="800000"/>
                      <a:headEnd/>
                      <a:tailEnd/>
                    </a:ln>
                  </pic:spPr>
                </pic:pic>
              </a:graphicData>
            </a:graphic>
          </wp:inline>
        </w:drawing>
      </w:r>
    </w:p>
    <w:p w:rsidR="00627871" w:rsidRDefault="00627871" w:rsidP="00627871">
      <w:pPr>
        <w:pStyle w:val="NormalWeb"/>
        <w:jc w:val="center"/>
        <w:rPr>
          <w:rStyle w:val="Strong"/>
          <w:rFonts w:cs="Mangal"/>
        </w:rPr>
      </w:pPr>
    </w:p>
    <w:p w:rsidR="006C3417" w:rsidRPr="00BC263F" w:rsidRDefault="006C3417" w:rsidP="00627871">
      <w:pPr>
        <w:pStyle w:val="NormalWeb"/>
        <w:numPr>
          <w:ilvl w:val="0"/>
          <w:numId w:val="20"/>
        </w:numPr>
        <w:ind w:left="851" w:hanging="567"/>
        <w:jc w:val="both"/>
      </w:pPr>
      <w:r w:rsidRPr="006C3417">
        <w:rPr>
          <w:rStyle w:val="Strong"/>
          <w:rFonts w:cs="Mangal"/>
          <w:cs/>
        </w:rPr>
        <w:t xml:space="preserve">पी.एस.सी. </w:t>
      </w:r>
      <w:r w:rsidRPr="006C3417">
        <w:rPr>
          <w:rStyle w:val="Strong"/>
        </w:rPr>
        <w:t xml:space="preserve">2025 </w:t>
      </w:r>
      <w:r w:rsidRPr="006C3417">
        <w:rPr>
          <w:rStyle w:val="Strong"/>
          <w:rFonts w:cs="Mangal"/>
          <w:cs/>
        </w:rPr>
        <w:t>हेतु निःशुल्क मॉक टेस्ट का आयोजन</w:t>
      </w:r>
      <w:r w:rsidR="00627871">
        <w:rPr>
          <w:rStyle w:val="Strong"/>
          <w:rFonts w:cs="Mangal" w:hint="cs"/>
          <w:cs/>
        </w:rPr>
        <w:t xml:space="preserve">: </w:t>
      </w:r>
      <w:r w:rsidR="00627871" w:rsidRPr="00627871">
        <w:rPr>
          <w:rStyle w:val="Strong"/>
          <w:rFonts w:ascii="Mangal" w:hAnsi="Mangal" w:cs="Mangal" w:hint="cs"/>
          <w:b w:val="0"/>
          <w:bCs w:val="0"/>
          <w:cs/>
        </w:rPr>
        <w:t>शासकीय</w:t>
      </w:r>
      <w:r w:rsidRPr="00627871">
        <w:rPr>
          <w:rStyle w:val="Strong"/>
          <w:rFonts w:cs="Mangal"/>
          <w:b w:val="0"/>
          <w:bCs w:val="0"/>
        </w:rPr>
        <w:t xml:space="preserve"> </w:t>
      </w:r>
      <w:r w:rsidRPr="00627871">
        <w:rPr>
          <w:rFonts w:cs="Mangal"/>
          <w:cs/>
        </w:rPr>
        <w:t>दिग्विजय स्वशासी स्नातकोत्तर महाविद्यालय</w:t>
      </w:r>
      <w:r w:rsidRPr="00627871">
        <w:t xml:space="preserve">, </w:t>
      </w:r>
      <w:r w:rsidRPr="00627871">
        <w:rPr>
          <w:rFonts w:cs="Mangal"/>
          <w:cs/>
        </w:rPr>
        <w:t xml:space="preserve">राजनांदगांव के रोजगार एवं मार्गदर्शन सेल द्वारा पी.एस.सी. </w:t>
      </w:r>
      <w:r w:rsidRPr="00627871">
        <w:t xml:space="preserve">2025 </w:t>
      </w:r>
      <w:r w:rsidRPr="00627871">
        <w:rPr>
          <w:rFonts w:cs="Mangal"/>
          <w:cs/>
        </w:rPr>
        <w:t>की तैयारी कर रहे अभ्यर्थियों के लिए एक निःशुल्क मॉक टेस्ट का आयोजन किया जा रहा है। यह मॉक टेस्ट विद्यार्थियों को परीक्षा की वास्तविक परिस्थिति का अनुभव प्रदान करने तथा उनकी तैयारी का मूल्यांकन करने के उद्देश्य से आयोजित किया जा रहा है।</w:t>
      </w:r>
      <w:r w:rsidRPr="00627871">
        <w:rPr>
          <w:rFonts w:cs="Mangal"/>
        </w:rPr>
        <w:t xml:space="preserve"> </w:t>
      </w:r>
      <w:r w:rsidRPr="00627871">
        <w:rPr>
          <w:rFonts w:cs="Mangal"/>
          <w:cs/>
        </w:rPr>
        <w:t>कार्यक्रम का आयोजन दिनांक</w:t>
      </w:r>
      <w:r w:rsidRPr="00627871">
        <w:t xml:space="preserve"> </w:t>
      </w:r>
      <w:r w:rsidRPr="00627871">
        <w:rPr>
          <w:rStyle w:val="Strong"/>
        </w:rPr>
        <w:t xml:space="preserve">18 </w:t>
      </w:r>
      <w:r w:rsidRPr="00627871">
        <w:rPr>
          <w:rStyle w:val="Strong"/>
          <w:rFonts w:cs="Mangal"/>
          <w:cs/>
        </w:rPr>
        <w:t xml:space="preserve">फरवरी </w:t>
      </w:r>
      <w:r w:rsidRPr="00627871">
        <w:rPr>
          <w:rStyle w:val="Strong"/>
        </w:rPr>
        <w:t>2026</w:t>
      </w:r>
      <w:r w:rsidRPr="00627871">
        <w:t xml:space="preserve"> </w:t>
      </w:r>
      <w:r w:rsidRPr="00627871">
        <w:rPr>
          <w:rFonts w:cs="Mangal"/>
          <w:cs/>
        </w:rPr>
        <w:t>को प्रातः</w:t>
      </w:r>
      <w:r w:rsidRPr="00627871">
        <w:t xml:space="preserve"> </w:t>
      </w:r>
      <w:r w:rsidRPr="00627871">
        <w:rPr>
          <w:rStyle w:val="Strong"/>
        </w:rPr>
        <w:t xml:space="preserve">9:00 </w:t>
      </w:r>
      <w:r w:rsidRPr="00627871">
        <w:rPr>
          <w:rStyle w:val="Strong"/>
          <w:rFonts w:cs="Mangal"/>
          <w:cs/>
        </w:rPr>
        <w:t xml:space="preserve">बजे से </w:t>
      </w:r>
      <w:r w:rsidRPr="00627871">
        <w:rPr>
          <w:rStyle w:val="Strong"/>
        </w:rPr>
        <w:t xml:space="preserve">11:00 </w:t>
      </w:r>
      <w:r w:rsidRPr="00627871">
        <w:rPr>
          <w:rStyle w:val="Strong"/>
          <w:rFonts w:cs="Mangal"/>
          <w:cs/>
        </w:rPr>
        <w:t>बजे तक</w:t>
      </w:r>
      <w:r w:rsidRPr="00627871">
        <w:t xml:space="preserve"> </w:t>
      </w:r>
      <w:r w:rsidRPr="00627871">
        <w:rPr>
          <w:rFonts w:cs="Mangal"/>
          <w:cs/>
        </w:rPr>
        <w:t>महाविद्यालय के</w:t>
      </w:r>
      <w:r w:rsidRPr="00627871">
        <w:t xml:space="preserve"> </w:t>
      </w:r>
      <w:r w:rsidRPr="00627871">
        <w:rPr>
          <w:rStyle w:val="Strong"/>
          <w:rFonts w:cs="Mangal"/>
          <w:cs/>
        </w:rPr>
        <w:t>अपर हॉल (</w:t>
      </w:r>
      <w:r w:rsidRPr="00627871">
        <w:rPr>
          <w:rStyle w:val="Strong"/>
        </w:rPr>
        <w:t>Upper Hall)</w:t>
      </w:r>
      <w:r w:rsidRPr="00627871">
        <w:t xml:space="preserve"> </w:t>
      </w:r>
      <w:r w:rsidRPr="00627871">
        <w:rPr>
          <w:rFonts w:cs="Mangal"/>
          <w:cs/>
        </w:rPr>
        <w:t xml:space="preserve">में किया जाएगा। इस मॉक टेस्ट के माध्यम से अभ्यर्थियों को अपनी तैयारी को </w:t>
      </w:r>
      <w:r w:rsidRPr="00627871">
        <w:rPr>
          <w:rFonts w:cs="Mangal"/>
          <w:cs/>
        </w:rPr>
        <w:lastRenderedPageBreak/>
        <w:t>परखने एवं समय प्रबंधन कौशल विकसित करने का अवसर मिलेगा।</w:t>
      </w:r>
      <w:r w:rsidRPr="00627871">
        <w:rPr>
          <w:rFonts w:cs="Mangal"/>
        </w:rPr>
        <w:t xml:space="preserve"> </w:t>
      </w:r>
      <w:r w:rsidRPr="00627871">
        <w:rPr>
          <w:rFonts w:cs="Mangal"/>
          <w:cs/>
        </w:rPr>
        <w:t xml:space="preserve">महाविद्यालय प्रशासन ने जानकारी दी है कि इस टेस्ट में भाग लेने के लिए अभ्यर्थियों को पूर्व पंजीयन अनिवार्य है तथा परीक्षा के समय पी.एस.सी. </w:t>
      </w:r>
      <w:r w:rsidRPr="00627871">
        <w:t xml:space="preserve">2025 </w:t>
      </w:r>
      <w:r w:rsidRPr="00627871">
        <w:rPr>
          <w:rFonts w:cs="Mangal"/>
          <w:cs/>
        </w:rPr>
        <w:t>का प्रवेश पत्र साथ लाना होगा।</w:t>
      </w:r>
      <w:r w:rsidRPr="00627871">
        <w:rPr>
          <w:rFonts w:cs="Mangal"/>
        </w:rPr>
        <w:t xml:space="preserve"> </w:t>
      </w:r>
      <w:r w:rsidRPr="00627871">
        <w:rPr>
          <w:rFonts w:cs="Mangal"/>
          <w:cs/>
        </w:rPr>
        <w:t>इस आयोजन का संचालन रोजगार एवं मार्गदर्शन सेल के प्रभारी</w:t>
      </w:r>
      <w:r w:rsidRPr="00627871">
        <w:t xml:space="preserve"> </w:t>
      </w:r>
      <w:r w:rsidRPr="00627871">
        <w:rPr>
          <w:rStyle w:val="Strong"/>
          <w:rFonts w:cs="Mangal"/>
          <w:cs/>
        </w:rPr>
        <w:t>डॉ. संजय ठिस्के</w:t>
      </w:r>
      <w:r w:rsidRPr="00627871">
        <w:t xml:space="preserve"> </w:t>
      </w:r>
      <w:r w:rsidRPr="00627871">
        <w:rPr>
          <w:rFonts w:cs="Mangal"/>
          <w:cs/>
        </w:rPr>
        <w:t>के मार्गदर्शन में किया जा रहा है। कार्यक्रम की संरक्षक</w:t>
      </w:r>
      <w:r w:rsidRPr="00627871">
        <w:t xml:space="preserve"> </w:t>
      </w:r>
      <w:r w:rsidRPr="00627871">
        <w:rPr>
          <w:rStyle w:val="Strong"/>
          <w:rFonts w:cs="Mangal"/>
          <w:cs/>
        </w:rPr>
        <w:t>डॉ. सुचित्रा गुप्ता</w:t>
      </w:r>
      <w:r w:rsidRPr="00627871">
        <w:t xml:space="preserve">, </w:t>
      </w:r>
      <w:r w:rsidRPr="00627871">
        <w:rPr>
          <w:rFonts w:cs="Mangal"/>
          <w:cs/>
        </w:rPr>
        <w:t>प्राचार्य</w:t>
      </w:r>
      <w:r w:rsidRPr="00627871">
        <w:t xml:space="preserve">, </w:t>
      </w:r>
      <w:r w:rsidRPr="00627871">
        <w:rPr>
          <w:rFonts w:cs="Mangal"/>
          <w:cs/>
        </w:rPr>
        <w:t>शासकीय दिग्विजय महाविद्यालय हैं।</w:t>
      </w:r>
      <w:r w:rsidRPr="00627871">
        <w:rPr>
          <w:rFonts w:cs="Mangal"/>
        </w:rPr>
        <w:t xml:space="preserve"> </w:t>
      </w:r>
      <w:r w:rsidRPr="00627871">
        <w:rPr>
          <w:rFonts w:cs="Mangal"/>
          <w:cs/>
        </w:rPr>
        <w:t>महाविद्यालय के रजिस्ट्रार</w:t>
      </w:r>
      <w:r w:rsidRPr="00627871">
        <w:t xml:space="preserve"> </w:t>
      </w:r>
      <w:r w:rsidRPr="00627871">
        <w:rPr>
          <w:rStyle w:val="Strong"/>
          <w:rFonts w:cs="Mangal"/>
          <w:cs/>
        </w:rPr>
        <w:t>श्री दीपक कुमार परगनिहा</w:t>
      </w:r>
      <w:r w:rsidRPr="00627871">
        <w:t xml:space="preserve"> </w:t>
      </w:r>
      <w:r w:rsidRPr="00627871">
        <w:rPr>
          <w:rFonts w:cs="Mangal"/>
          <w:cs/>
        </w:rPr>
        <w:t>एवं सहायक प्राध्यापक (प्राणीशास्त्र)</w:t>
      </w:r>
      <w:r w:rsidRPr="00627871">
        <w:t xml:space="preserve"> </w:t>
      </w:r>
      <w:r w:rsidRPr="00627871">
        <w:rPr>
          <w:rStyle w:val="Strong"/>
          <w:rFonts w:cs="Mangal"/>
          <w:cs/>
        </w:rPr>
        <w:t>श्री चिरंजीव पांडेय</w:t>
      </w:r>
      <w:r w:rsidRPr="00627871">
        <w:t xml:space="preserve"> </w:t>
      </w:r>
      <w:r w:rsidRPr="00627871">
        <w:rPr>
          <w:rFonts w:cs="Mangal"/>
          <w:cs/>
        </w:rPr>
        <w:t>द्वारा अभ्यर्थियों से अधिक से अधिक संख्या में इस मॉक टेस्ट में भाग लेने की अपील की गई है</w:t>
      </w:r>
      <w:r w:rsidRPr="00627871">
        <w:t xml:space="preserve">, </w:t>
      </w:r>
      <w:r w:rsidRPr="00627871">
        <w:rPr>
          <w:rFonts w:cs="Mangal"/>
          <w:cs/>
        </w:rPr>
        <w:t>जिससे वे अपनी तैयारी को और बेहतर बना सकें।</w:t>
      </w:r>
    </w:p>
    <w:p w:rsidR="00BC263F" w:rsidRPr="006C3417" w:rsidRDefault="00BC263F" w:rsidP="00BC263F">
      <w:pPr>
        <w:pStyle w:val="NormalWeb"/>
        <w:ind w:left="851"/>
        <w:jc w:val="both"/>
      </w:pPr>
    </w:p>
    <w:p w:rsidR="008542CB" w:rsidRDefault="008542CB" w:rsidP="008542CB">
      <w:pPr>
        <w:pStyle w:val="NormalWeb"/>
        <w:ind w:left="720"/>
        <w:jc w:val="center"/>
      </w:pPr>
      <w:r>
        <w:rPr>
          <w:noProof/>
        </w:rPr>
        <w:drawing>
          <wp:inline distT="0" distB="0" distL="0" distR="0">
            <wp:extent cx="4950277" cy="3695385"/>
            <wp:effectExtent l="19050" t="0" r="2723" b="0"/>
            <wp:docPr id="16" name="Picture 16" descr="C:\Users\admin\Downloads\WhatsApp Image 2026-04-29 at 1.2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6-04-29 at 1.22.01 PM.jpeg"/>
                    <pic:cNvPicPr>
                      <a:picLocks noChangeAspect="1" noChangeArrowheads="1"/>
                    </pic:cNvPicPr>
                  </pic:nvPicPr>
                  <pic:blipFill>
                    <a:blip r:embed="rId32"/>
                    <a:srcRect/>
                    <a:stretch>
                      <a:fillRect/>
                    </a:stretch>
                  </pic:blipFill>
                  <pic:spPr bwMode="auto">
                    <a:xfrm>
                      <a:off x="0" y="0"/>
                      <a:ext cx="4956429" cy="3699977"/>
                    </a:xfrm>
                    <a:prstGeom prst="rect">
                      <a:avLst/>
                    </a:prstGeom>
                    <a:noFill/>
                    <a:ln w="9525">
                      <a:noFill/>
                      <a:miter lim="800000"/>
                      <a:headEnd/>
                      <a:tailEnd/>
                    </a:ln>
                  </pic:spPr>
                </pic:pic>
              </a:graphicData>
            </a:graphic>
          </wp:inline>
        </w:drawing>
      </w:r>
    </w:p>
    <w:p w:rsidR="008542CB" w:rsidRDefault="008542CB" w:rsidP="008542CB">
      <w:pPr>
        <w:pStyle w:val="ListParagraph"/>
        <w:ind w:left="360"/>
        <w:jc w:val="both"/>
        <w:rPr>
          <w:sz w:val="24"/>
          <w:szCs w:val="24"/>
          <w:lang w:bidi="hi-IN"/>
        </w:rPr>
      </w:pPr>
    </w:p>
    <w:p w:rsidR="00F12545" w:rsidRDefault="00F12545" w:rsidP="008542CB">
      <w:pPr>
        <w:pStyle w:val="ListParagraph"/>
        <w:ind w:left="360"/>
        <w:jc w:val="both"/>
        <w:rPr>
          <w:sz w:val="24"/>
          <w:szCs w:val="24"/>
          <w:lang w:bidi="hi-IN"/>
        </w:rPr>
      </w:pPr>
    </w:p>
    <w:p w:rsidR="00F12545" w:rsidRDefault="00F12545" w:rsidP="008542CB">
      <w:pPr>
        <w:pStyle w:val="ListParagraph"/>
        <w:ind w:left="360"/>
        <w:jc w:val="both"/>
        <w:rPr>
          <w:sz w:val="24"/>
          <w:szCs w:val="24"/>
          <w:lang w:bidi="hi-IN"/>
        </w:rPr>
      </w:pPr>
    </w:p>
    <w:p w:rsidR="00F12545" w:rsidRDefault="00F12545" w:rsidP="008542CB">
      <w:pPr>
        <w:pStyle w:val="ListParagraph"/>
        <w:ind w:left="360"/>
        <w:jc w:val="both"/>
        <w:rPr>
          <w:sz w:val="24"/>
          <w:szCs w:val="24"/>
          <w:lang w:bidi="hi-IN"/>
        </w:rPr>
      </w:pPr>
    </w:p>
    <w:p w:rsidR="00F12545" w:rsidRDefault="00F12545" w:rsidP="008542CB">
      <w:pPr>
        <w:pStyle w:val="ListParagraph"/>
        <w:ind w:left="360"/>
        <w:jc w:val="both"/>
        <w:rPr>
          <w:sz w:val="24"/>
          <w:szCs w:val="24"/>
          <w:lang w:bidi="hi-IN"/>
        </w:rPr>
      </w:pPr>
    </w:p>
    <w:p w:rsidR="00F12545" w:rsidRDefault="00F12545" w:rsidP="008542CB">
      <w:pPr>
        <w:pStyle w:val="ListParagraph"/>
        <w:ind w:left="360"/>
        <w:jc w:val="both"/>
        <w:rPr>
          <w:sz w:val="24"/>
          <w:szCs w:val="24"/>
          <w:lang w:bidi="hi-IN"/>
        </w:rPr>
      </w:pPr>
    </w:p>
    <w:p w:rsidR="00F12545" w:rsidRPr="00F12545" w:rsidRDefault="00F12545" w:rsidP="00F12545">
      <w:pPr>
        <w:pStyle w:val="Heading3"/>
        <w:rPr>
          <w:rStyle w:val="Strong"/>
          <w:rFonts w:cs="Mangal"/>
          <w:b/>
          <w:bCs/>
          <w:color w:val="auto"/>
          <w:sz w:val="28"/>
          <w:szCs w:val="28"/>
          <w:lang w:bidi="hi-IN"/>
        </w:rPr>
      </w:pPr>
      <w:r w:rsidRPr="00F12545">
        <w:rPr>
          <w:rStyle w:val="Strong"/>
          <w:rFonts w:ascii="Times New Roman" w:hAnsi="Times New Roman" w:cs="Mangal" w:hint="cs"/>
          <w:b/>
          <w:bCs/>
          <w:color w:val="auto"/>
          <w:sz w:val="28"/>
          <w:szCs w:val="28"/>
          <w:cs/>
          <w:lang w:bidi="hi-IN"/>
        </w:rPr>
        <w:lastRenderedPageBreak/>
        <w:t>विशेष उपलब्धि :</w:t>
      </w:r>
    </w:p>
    <w:p w:rsidR="00F12545" w:rsidRDefault="00F12545" w:rsidP="00BC290B">
      <w:pPr>
        <w:pStyle w:val="Heading3"/>
        <w:jc w:val="both"/>
      </w:pPr>
      <w:r w:rsidRPr="00F12545">
        <w:rPr>
          <w:rStyle w:val="Strong"/>
          <w:rFonts w:cs="Mangal"/>
          <w:b/>
          <w:bCs/>
          <w:color w:val="auto"/>
          <w:cs/>
          <w:lang w:bidi="hi-IN"/>
        </w:rPr>
        <w:t xml:space="preserve">दिग्विजय कॉलेज को राष्ट्रीय स्तर पर </w:t>
      </w:r>
      <w:r w:rsidRPr="00F12545">
        <w:rPr>
          <w:rStyle w:val="Strong"/>
          <w:b/>
          <w:bCs/>
          <w:color w:val="auto"/>
        </w:rPr>
        <w:t>28</w:t>
      </w:r>
      <w:r w:rsidRPr="00F12545">
        <w:rPr>
          <w:rStyle w:val="Strong"/>
          <w:rFonts w:cs="Mangal"/>
          <w:b/>
          <w:bCs/>
          <w:color w:val="auto"/>
          <w:cs/>
          <w:lang w:bidi="hi-IN"/>
        </w:rPr>
        <w:t>वां स्थान</w:t>
      </w:r>
      <w:r w:rsidRPr="00F12545">
        <w:rPr>
          <w:rStyle w:val="Strong"/>
          <w:b/>
          <w:bCs/>
          <w:color w:val="auto"/>
        </w:rPr>
        <w:t xml:space="preserve">, </w:t>
      </w:r>
      <w:r w:rsidRPr="00F12545">
        <w:rPr>
          <w:rStyle w:val="Strong"/>
          <w:rFonts w:cs="Mangal"/>
          <w:b/>
          <w:bCs/>
          <w:color w:val="auto"/>
          <w:cs/>
          <w:lang w:bidi="hi-IN"/>
        </w:rPr>
        <w:t>प्रदेश में उत्कृष्ट प्रदर्शन</w:t>
      </w:r>
      <w:r>
        <w:rPr>
          <w:rStyle w:val="Strong"/>
          <w:rFonts w:cs="Mangal" w:hint="cs"/>
          <w:b/>
          <w:bCs/>
          <w:color w:val="auto"/>
          <w:cs/>
          <w:lang w:bidi="hi-IN"/>
        </w:rPr>
        <w:t xml:space="preserve">: </w:t>
      </w:r>
      <w:r w:rsidRPr="00F12545">
        <w:rPr>
          <w:rFonts w:cs="Mangal"/>
          <w:b w:val="0"/>
          <w:bCs w:val="0"/>
          <w:color w:val="auto"/>
          <w:cs/>
          <w:lang w:bidi="hi-IN"/>
        </w:rPr>
        <w:t>एजुकेशन वर्ल्ड द्वारा देश के सभी ऑटोनॉमस कॉलेजों की जारी रैंकिंग में राजनांदगांव के</w:t>
      </w:r>
      <w:r w:rsidRPr="00F12545">
        <w:rPr>
          <w:b w:val="0"/>
          <w:bCs w:val="0"/>
          <w:color w:val="auto"/>
        </w:rPr>
        <w:t xml:space="preserve"> </w:t>
      </w:r>
      <w:r w:rsidRPr="00F12545">
        <w:rPr>
          <w:rStyle w:val="Strong"/>
          <w:rFonts w:cs="Mangal"/>
          <w:b/>
          <w:bCs/>
          <w:color w:val="auto"/>
          <w:cs/>
          <w:lang w:bidi="hi-IN"/>
        </w:rPr>
        <w:t>शासकीय दिग्विजय स्वशासी स्नातकोत्तर महाविद्यालय</w:t>
      </w:r>
      <w:r w:rsidRPr="00F12545">
        <w:rPr>
          <w:b w:val="0"/>
          <w:bCs w:val="0"/>
          <w:color w:val="auto"/>
        </w:rPr>
        <w:t xml:space="preserve"> </w:t>
      </w:r>
      <w:r w:rsidRPr="00F12545">
        <w:rPr>
          <w:rFonts w:cs="Mangal"/>
          <w:b w:val="0"/>
          <w:bCs w:val="0"/>
          <w:color w:val="auto"/>
          <w:cs/>
          <w:lang w:bidi="hi-IN"/>
        </w:rPr>
        <w:t>ने उत्कृष्ट प्रदर्शन करते हुए राष्ट्रीय स्तर पर</w:t>
      </w:r>
      <w:r w:rsidRPr="00F12545">
        <w:rPr>
          <w:b w:val="0"/>
          <w:bCs w:val="0"/>
          <w:color w:val="auto"/>
        </w:rPr>
        <w:t xml:space="preserve"> </w:t>
      </w:r>
      <w:r w:rsidRPr="00F12545">
        <w:rPr>
          <w:rStyle w:val="Strong"/>
          <w:b/>
          <w:bCs/>
          <w:color w:val="auto"/>
        </w:rPr>
        <w:t>28</w:t>
      </w:r>
      <w:r w:rsidRPr="00F12545">
        <w:rPr>
          <w:rStyle w:val="Strong"/>
          <w:rFonts w:cs="Mangal"/>
          <w:b/>
          <w:bCs/>
          <w:color w:val="auto"/>
          <w:cs/>
          <w:lang w:bidi="hi-IN"/>
        </w:rPr>
        <w:t>वां स्थान</w:t>
      </w:r>
      <w:r w:rsidRPr="00F12545">
        <w:rPr>
          <w:b w:val="0"/>
          <w:bCs w:val="0"/>
          <w:color w:val="auto"/>
        </w:rPr>
        <w:t xml:space="preserve"> </w:t>
      </w:r>
      <w:r w:rsidRPr="00F12545">
        <w:rPr>
          <w:rFonts w:cs="Mangal"/>
          <w:b w:val="0"/>
          <w:bCs w:val="0"/>
          <w:color w:val="auto"/>
          <w:cs/>
          <w:lang w:bidi="hi-IN"/>
        </w:rPr>
        <w:t>प्राप्त किया है। यह उपलब्धि महाविद्यालय की शैक्षणिक गुणवत्ता</w:t>
      </w:r>
      <w:r w:rsidRPr="00F12545">
        <w:rPr>
          <w:b w:val="0"/>
          <w:bCs w:val="0"/>
          <w:color w:val="auto"/>
        </w:rPr>
        <w:t xml:space="preserve">, </w:t>
      </w:r>
      <w:r w:rsidRPr="00F12545">
        <w:rPr>
          <w:rFonts w:cs="Mangal"/>
          <w:b w:val="0"/>
          <w:bCs w:val="0"/>
          <w:color w:val="auto"/>
          <w:cs/>
          <w:lang w:bidi="hi-IN"/>
        </w:rPr>
        <w:t>आधारभूत संरचना तथा विद्यार्थियों के समग्र विकास के प्रति प्रतिबद्धता को दर्शाती है।</w:t>
      </w:r>
      <w:r w:rsidRPr="00F12545">
        <w:rPr>
          <w:rFonts w:cs="Mangal" w:hint="cs"/>
          <w:b w:val="0"/>
          <w:bCs w:val="0"/>
          <w:color w:val="auto"/>
          <w:cs/>
          <w:lang w:bidi="hi-IN"/>
        </w:rPr>
        <w:t xml:space="preserve"> </w:t>
      </w:r>
      <w:r w:rsidRPr="00F12545">
        <w:rPr>
          <w:rFonts w:cs="Mangal"/>
          <w:b w:val="0"/>
          <w:bCs w:val="0"/>
          <w:color w:val="auto"/>
          <w:cs/>
          <w:lang w:bidi="hi-IN"/>
        </w:rPr>
        <w:t>इस रैंकिंग में देशभर के स्वायत्त महाविद्यालयों का मूल्यांकन विभिन्न मानकों जैसे प्रोफेसरों की कार्य क्षमता</w:t>
      </w:r>
      <w:r w:rsidRPr="00F12545">
        <w:rPr>
          <w:b w:val="0"/>
          <w:bCs w:val="0"/>
          <w:color w:val="auto"/>
        </w:rPr>
        <w:t xml:space="preserve">, </w:t>
      </w:r>
      <w:r w:rsidRPr="00F12545">
        <w:rPr>
          <w:rFonts w:cs="Mangal"/>
          <w:b w:val="0"/>
          <w:bCs w:val="0"/>
          <w:color w:val="auto"/>
          <w:cs/>
          <w:lang w:bidi="hi-IN"/>
        </w:rPr>
        <w:t>पाठ्यक्रम की गुणवत्ता</w:t>
      </w:r>
      <w:r w:rsidRPr="00F12545">
        <w:rPr>
          <w:b w:val="0"/>
          <w:bCs w:val="0"/>
          <w:color w:val="auto"/>
        </w:rPr>
        <w:t xml:space="preserve">, </w:t>
      </w:r>
      <w:r w:rsidRPr="00F12545">
        <w:rPr>
          <w:rFonts w:cs="Mangal"/>
          <w:b w:val="0"/>
          <w:bCs w:val="0"/>
          <w:color w:val="auto"/>
          <w:cs/>
          <w:lang w:bidi="hi-IN"/>
        </w:rPr>
        <w:t>शिक्षण</w:t>
      </w:r>
      <w:r w:rsidRPr="00F12545">
        <w:rPr>
          <w:rFonts w:cs="Mangal"/>
          <w:b w:val="0"/>
          <w:bCs w:val="0"/>
          <w:color w:val="auto"/>
          <w:rtl/>
          <w:cs/>
        </w:rPr>
        <w:t>-</w:t>
      </w:r>
      <w:r w:rsidRPr="00F12545">
        <w:rPr>
          <w:rFonts w:cs="Mangal"/>
          <w:b w:val="0"/>
          <w:bCs w:val="0"/>
          <w:color w:val="auto"/>
          <w:rtl/>
          <w:cs/>
          <w:lang w:bidi="hi-IN"/>
        </w:rPr>
        <w:t>पद्धति</w:t>
      </w:r>
      <w:r w:rsidRPr="00F12545">
        <w:rPr>
          <w:b w:val="0"/>
          <w:bCs w:val="0"/>
          <w:color w:val="auto"/>
        </w:rPr>
        <w:t xml:space="preserve">, </w:t>
      </w:r>
      <w:r w:rsidRPr="00F12545">
        <w:rPr>
          <w:rFonts w:cs="Mangal"/>
          <w:b w:val="0"/>
          <w:bCs w:val="0"/>
          <w:color w:val="auto"/>
          <w:cs/>
          <w:lang w:bidi="hi-IN"/>
        </w:rPr>
        <w:t>विद्यार्थियों के प्लेसमेंट</w:t>
      </w:r>
      <w:r w:rsidRPr="00F12545">
        <w:rPr>
          <w:b w:val="0"/>
          <w:bCs w:val="0"/>
          <w:color w:val="auto"/>
        </w:rPr>
        <w:t xml:space="preserve">, </w:t>
      </w:r>
      <w:r w:rsidRPr="00F12545">
        <w:rPr>
          <w:rFonts w:cs="Mangal"/>
          <w:b w:val="0"/>
          <w:bCs w:val="0"/>
          <w:color w:val="auto"/>
          <w:cs/>
          <w:lang w:bidi="hi-IN"/>
        </w:rPr>
        <w:t>तथा संस्थान में उपलब्ध आधारभूत सुविधाओं के आधार पर किया गया है।</w:t>
      </w:r>
    </w:p>
    <w:p w:rsidR="00F12545" w:rsidRDefault="00F12545" w:rsidP="00F12545"/>
    <w:p w:rsidR="00F12545" w:rsidRPr="00F12545" w:rsidRDefault="00F12545" w:rsidP="00F12545">
      <w:pPr>
        <w:pStyle w:val="Heading3"/>
        <w:jc w:val="center"/>
        <w:rPr>
          <w:b w:val="0"/>
          <w:bCs w:val="0"/>
          <w:color w:val="auto"/>
        </w:rPr>
      </w:pPr>
      <w:r w:rsidRPr="00F12545">
        <w:rPr>
          <w:rStyle w:val="Strong"/>
          <w:rFonts w:cs="Mangal"/>
          <w:b/>
          <w:bCs/>
          <w:color w:val="auto"/>
          <w:cs/>
          <w:lang w:bidi="hi-IN"/>
        </w:rPr>
        <w:t>दिग्विजय कॉलेज को प्राप्त अंक</w:t>
      </w:r>
    </w:p>
    <w:tbl>
      <w:tblPr>
        <w:tblStyle w:val="LightGrid1"/>
        <w:tblW w:w="8271" w:type="dxa"/>
        <w:jc w:val="center"/>
        <w:tblLook w:val="04A0"/>
      </w:tblPr>
      <w:tblGrid>
        <w:gridCol w:w="3954"/>
        <w:gridCol w:w="1597"/>
        <w:gridCol w:w="2720"/>
      </w:tblGrid>
      <w:tr w:rsidR="00F12545" w:rsidTr="00F12545">
        <w:trPr>
          <w:cnfStyle w:val="100000000000"/>
          <w:trHeight w:val="317"/>
          <w:jc w:val="center"/>
        </w:trPr>
        <w:tc>
          <w:tcPr>
            <w:cnfStyle w:val="001000000000"/>
            <w:tcW w:w="0" w:type="auto"/>
            <w:hideMark/>
          </w:tcPr>
          <w:p w:rsidR="00F12545" w:rsidRDefault="00F12545" w:rsidP="00F12545">
            <w:pPr>
              <w:jc w:val="center"/>
              <w:rPr>
                <w:sz w:val="24"/>
                <w:szCs w:val="24"/>
              </w:rPr>
            </w:pPr>
            <w:r>
              <w:rPr>
                <w:rFonts w:cs="Mangal"/>
                <w:b w:val="0"/>
                <w:bCs w:val="0"/>
                <w:cs/>
                <w:lang w:bidi="hi-IN"/>
              </w:rPr>
              <w:t>श्रेणी</w:t>
            </w:r>
          </w:p>
        </w:tc>
        <w:tc>
          <w:tcPr>
            <w:tcW w:w="0" w:type="auto"/>
            <w:hideMark/>
          </w:tcPr>
          <w:p w:rsidR="00F12545" w:rsidRDefault="00F12545">
            <w:pPr>
              <w:jc w:val="center"/>
              <w:cnfStyle w:val="100000000000"/>
              <w:rPr>
                <w:sz w:val="24"/>
                <w:szCs w:val="24"/>
              </w:rPr>
            </w:pPr>
            <w:r>
              <w:rPr>
                <w:rFonts w:cs="Mangal"/>
                <w:b w:val="0"/>
                <w:bCs w:val="0"/>
                <w:cs/>
                <w:lang w:bidi="hi-IN"/>
              </w:rPr>
              <w:t>कुल अंक</w:t>
            </w:r>
          </w:p>
        </w:tc>
        <w:tc>
          <w:tcPr>
            <w:tcW w:w="0" w:type="auto"/>
            <w:hideMark/>
          </w:tcPr>
          <w:p w:rsidR="00F12545" w:rsidRDefault="00F12545">
            <w:pPr>
              <w:jc w:val="center"/>
              <w:cnfStyle w:val="100000000000"/>
              <w:rPr>
                <w:sz w:val="24"/>
                <w:szCs w:val="24"/>
              </w:rPr>
            </w:pPr>
            <w:r>
              <w:rPr>
                <w:rFonts w:cs="Mangal"/>
                <w:b w:val="0"/>
                <w:bCs w:val="0"/>
                <w:cs/>
                <w:lang w:bidi="hi-IN"/>
              </w:rPr>
              <w:t>दिग्विजय कॉलेज</w:t>
            </w:r>
          </w:p>
        </w:tc>
      </w:tr>
      <w:tr w:rsidR="00F12545" w:rsidTr="00F12545">
        <w:trPr>
          <w:cnfStyle w:val="000000100000"/>
          <w:trHeight w:val="317"/>
          <w:jc w:val="center"/>
        </w:trPr>
        <w:tc>
          <w:tcPr>
            <w:cnfStyle w:val="001000000000"/>
            <w:tcW w:w="0" w:type="auto"/>
            <w:hideMark/>
          </w:tcPr>
          <w:p w:rsidR="00F12545" w:rsidRDefault="00F12545">
            <w:pPr>
              <w:rPr>
                <w:sz w:val="24"/>
                <w:szCs w:val="24"/>
              </w:rPr>
            </w:pPr>
            <w:r>
              <w:rPr>
                <w:rFonts w:cs="Mangal"/>
                <w:cs/>
                <w:lang w:bidi="hi-IN"/>
              </w:rPr>
              <w:t>कॉम्पिटेंसी ऑफ फैकल्टी</w:t>
            </w:r>
          </w:p>
        </w:tc>
        <w:tc>
          <w:tcPr>
            <w:tcW w:w="0" w:type="auto"/>
            <w:hideMark/>
          </w:tcPr>
          <w:p w:rsidR="00F12545" w:rsidRDefault="00F12545">
            <w:pPr>
              <w:cnfStyle w:val="000000100000"/>
              <w:rPr>
                <w:sz w:val="24"/>
                <w:szCs w:val="24"/>
              </w:rPr>
            </w:pPr>
            <w:r>
              <w:t>200</w:t>
            </w:r>
          </w:p>
        </w:tc>
        <w:tc>
          <w:tcPr>
            <w:tcW w:w="0" w:type="auto"/>
            <w:hideMark/>
          </w:tcPr>
          <w:p w:rsidR="00F12545" w:rsidRDefault="00F12545">
            <w:pPr>
              <w:cnfStyle w:val="000000100000"/>
              <w:rPr>
                <w:sz w:val="24"/>
                <w:szCs w:val="24"/>
              </w:rPr>
            </w:pPr>
            <w:r>
              <w:t>136</w:t>
            </w:r>
          </w:p>
        </w:tc>
      </w:tr>
      <w:tr w:rsidR="00F12545" w:rsidTr="00F12545">
        <w:trPr>
          <w:cnfStyle w:val="000000010000"/>
          <w:trHeight w:val="317"/>
          <w:jc w:val="center"/>
        </w:trPr>
        <w:tc>
          <w:tcPr>
            <w:cnfStyle w:val="001000000000"/>
            <w:tcW w:w="0" w:type="auto"/>
            <w:hideMark/>
          </w:tcPr>
          <w:p w:rsidR="00F12545" w:rsidRDefault="00F12545">
            <w:pPr>
              <w:rPr>
                <w:sz w:val="24"/>
                <w:szCs w:val="24"/>
              </w:rPr>
            </w:pPr>
            <w:r>
              <w:rPr>
                <w:rFonts w:cs="Mangal"/>
                <w:cs/>
                <w:lang w:bidi="hi-IN"/>
              </w:rPr>
              <w:t>फैकल्टी डेवलपमेंट प्रोग्राम</w:t>
            </w:r>
          </w:p>
        </w:tc>
        <w:tc>
          <w:tcPr>
            <w:tcW w:w="0" w:type="auto"/>
            <w:hideMark/>
          </w:tcPr>
          <w:p w:rsidR="00F12545" w:rsidRDefault="00F12545">
            <w:pPr>
              <w:cnfStyle w:val="000000010000"/>
              <w:rPr>
                <w:sz w:val="24"/>
                <w:szCs w:val="24"/>
              </w:rPr>
            </w:pPr>
            <w:r>
              <w:t>100</w:t>
            </w:r>
          </w:p>
        </w:tc>
        <w:tc>
          <w:tcPr>
            <w:tcW w:w="0" w:type="auto"/>
            <w:hideMark/>
          </w:tcPr>
          <w:p w:rsidR="00F12545" w:rsidRDefault="00F12545">
            <w:pPr>
              <w:cnfStyle w:val="000000010000"/>
              <w:rPr>
                <w:sz w:val="24"/>
                <w:szCs w:val="24"/>
              </w:rPr>
            </w:pPr>
            <w:r>
              <w:t>66</w:t>
            </w:r>
          </w:p>
        </w:tc>
      </w:tr>
      <w:tr w:rsidR="00F12545" w:rsidTr="00F12545">
        <w:trPr>
          <w:cnfStyle w:val="000000100000"/>
          <w:trHeight w:val="307"/>
          <w:jc w:val="center"/>
        </w:trPr>
        <w:tc>
          <w:tcPr>
            <w:cnfStyle w:val="001000000000"/>
            <w:tcW w:w="0" w:type="auto"/>
            <w:hideMark/>
          </w:tcPr>
          <w:p w:rsidR="00F12545" w:rsidRDefault="00F12545">
            <w:pPr>
              <w:rPr>
                <w:sz w:val="24"/>
                <w:szCs w:val="24"/>
              </w:rPr>
            </w:pPr>
            <w:r>
              <w:rPr>
                <w:rFonts w:cs="Mangal"/>
                <w:cs/>
                <w:lang w:bidi="hi-IN"/>
              </w:rPr>
              <w:t>करिकुलम एंड पेडागॉजी</w:t>
            </w:r>
          </w:p>
        </w:tc>
        <w:tc>
          <w:tcPr>
            <w:tcW w:w="0" w:type="auto"/>
            <w:hideMark/>
          </w:tcPr>
          <w:p w:rsidR="00F12545" w:rsidRDefault="00F12545">
            <w:pPr>
              <w:cnfStyle w:val="000000100000"/>
              <w:rPr>
                <w:sz w:val="24"/>
                <w:szCs w:val="24"/>
              </w:rPr>
            </w:pPr>
            <w:r>
              <w:t>100</w:t>
            </w:r>
          </w:p>
        </w:tc>
        <w:tc>
          <w:tcPr>
            <w:tcW w:w="0" w:type="auto"/>
            <w:hideMark/>
          </w:tcPr>
          <w:p w:rsidR="00F12545" w:rsidRDefault="00F12545">
            <w:pPr>
              <w:cnfStyle w:val="000000100000"/>
              <w:rPr>
                <w:sz w:val="24"/>
                <w:szCs w:val="24"/>
              </w:rPr>
            </w:pPr>
            <w:r>
              <w:t>58</w:t>
            </w:r>
          </w:p>
        </w:tc>
      </w:tr>
      <w:tr w:rsidR="00F12545" w:rsidTr="00F12545">
        <w:trPr>
          <w:cnfStyle w:val="000000010000"/>
          <w:trHeight w:val="317"/>
          <w:jc w:val="center"/>
        </w:trPr>
        <w:tc>
          <w:tcPr>
            <w:cnfStyle w:val="001000000000"/>
            <w:tcW w:w="0" w:type="auto"/>
            <w:hideMark/>
          </w:tcPr>
          <w:p w:rsidR="00F12545" w:rsidRDefault="00F12545">
            <w:pPr>
              <w:rPr>
                <w:sz w:val="24"/>
                <w:szCs w:val="24"/>
              </w:rPr>
            </w:pPr>
            <w:r>
              <w:rPr>
                <w:rFonts w:cs="Mangal"/>
                <w:cs/>
                <w:lang w:bidi="hi-IN"/>
              </w:rPr>
              <w:t>प्लेसमेंट</w:t>
            </w:r>
          </w:p>
        </w:tc>
        <w:tc>
          <w:tcPr>
            <w:tcW w:w="0" w:type="auto"/>
            <w:hideMark/>
          </w:tcPr>
          <w:p w:rsidR="00F12545" w:rsidRDefault="00F12545">
            <w:pPr>
              <w:cnfStyle w:val="000000010000"/>
              <w:rPr>
                <w:sz w:val="24"/>
                <w:szCs w:val="24"/>
              </w:rPr>
            </w:pPr>
            <w:r>
              <w:t>100</w:t>
            </w:r>
          </w:p>
        </w:tc>
        <w:tc>
          <w:tcPr>
            <w:tcW w:w="0" w:type="auto"/>
            <w:hideMark/>
          </w:tcPr>
          <w:p w:rsidR="00F12545" w:rsidRDefault="00F12545">
            <w:pPr>
              <w:cnfStyle w:val="000000010000"/>
              <w:rPr>
                <w:sz w:val="24"/>
                <w:szCs w:val="24"/>
              </w:rPr>
            </w:pPr>
            <w:r>
              <w:t>64</w:t>
            </w:r>
          </w:p>
        </w:tc>
      </w:tr>
      <w:tr w:rsidR="00F12545" w:rsidTr="00F12545">
        <w:trPr>
          <w:cnfStyle w:val="000000100000"/>
          <w:trHeight w:val="317"/>
          <w:jc w:val="center"/>
        </w:trPr>
        <w:tc>
          <w:tcPr>
            <w:cnfStyle w:val="001000000000"/>
            <w:tcW w:w="0" w:type="auto"/>
            <w:hideMark/>
          </w:tcPr>
          <w:p w:rsidR="00F12545" w:rsidRDefault="00F12545">
            <w:pPr>
              <w:rPr>
                <w:sz w:val="24"/>
                <w:szCs w:val="24"/>
              </w:rPr>
            </w:pPr>
            <w:r>
              <w:rPr>
                <w:rFonts w:cs="Mangal"/>
                <w:cs/>
                <w:lang w:bidi="hi-IN"/>
              </w:rPr>
              <w:t>इंफ्रास्ट्रक्चर</w:t>
            </w:r>
          </w:p>
        </w:tc>
        <w:tc>
          <w:tcPr>
            <w:tcW w:w="0" w:type="auto"/>
            <w:hideMark/>
          </w:tcPr>
          <w:p w:rsidR="00F12545" w:rsidRDefault="00F12545">
            <w:pPr>
              <w:cnfStyle w:val="000000100000"/>
              <w:rPr>
                <w:sz w:val="24"/>
                <w:szCs w:val="24"/>
              </w:rPr>
            </w:pPr>
            <w:r>
              <w:t>100</w:t>
            </w:r>
          </w:p>
        </w:tc>
        <w:tc>
          <w:tcPr>
            <w:tcW w:w="0" w:type="auto"/>
            <w:hideMark/>
          </w:tcPr>
          <w:p w:rsidR="00F12545" w:rsidRDefault="00F12545">
            <w:pPr>
              <w:cnfStyle w:val="000000100000"/>
              <w:rPr>
                <w:sz w:val="24"/>
                <w:szCs w:val="24"/>
              </w:rPr>
            </w:pPr>
            <w:r>
              <w:t>67</w:t>
            </w:r>
          </w:p>
        </w:tc>
      </w:tr>
      <w:tr w:rsidR="00F12545" w:rsidTr="00F12545">
        <w:trPr>
          <w:cnfStyle w:val="000000010000"/>
          <w:trHeight w:val="317"/>
          <w:jc w:val="center"/>
        </w:trPr>
        <w:tc>
          <w:tcPr>
            <w:cnfStyle w:val="001000000000"/>
            <w:tcW w:w="0" w:type="auto"/>
            <w:hideMark/>
          </w:tcPr>
          <w:p w:rsidR="00F12545" w:rsidRDefault="00F12545">
            <w:pPr>
              <w:rPr>
                <w:sz w:val="24"/>
                <w:szCs w:val="24"/>
              </w:rPr>
            </w:pPr>
            <w:r>
              <w:rPr>
                <w:rFonts w:cs="Mangal"/>
                <w:cs/>
                <w:lang w:bidi="hi-IN"/>
              </w:rPr>
              <w:t>लीडरशिप और गवर्नेंस</w:t>
            </w:r>
          </w:p>
        </w:tc>
        <w:tc>
          <w:tcPr>
            <w:tcW w:w="0" w:type="auto"/>
            <w:hideMark/>
          </w:tcPr>
          <w:p w:rsidR="00F12545" w:rsidRDefault="00F12545">
            <w:pPr>
              <w:cnfStyle w:val="000000010000"/>
              <w:rPr>
                <w:sz w:val="24"/>
                <w:szCs w:val="24"/>
              </w:rPr>
            </w:pPr>
            <w:r>
              <w:t>100</w:t>
            </w:r>
          </w:p>
        </w:tc>
        <w:tc>
          <w:tcPr>
            <w:tcW w:w="0" w:type="auto"/>
            <w:hideMark/>
          </w:tcPr>
          <w:p w:rsidR="00F12545" w:rsidRDefault="00F12545">
            <w:pPr>
              <w:cnfStyle w:val="000000010000"/>
              <w:rPr>
                <w:sz w:val="24"/>
                <w:szCs w:val="24"/>
              </w:rPr>
            </w:pPr>
            <w:r>
              <w:t>65</w:t>
            </w:r>
          </w:p>
        </w:tc>
      </w:tr>
      <w:tr w:rsidR="00F12545" w:rsidTr="00F12545">
        <w:trPr>
          <w:cnfStyle w:val="000000100000"/>
          <w:trHeight w:val="317"/>
          <w:jc w:val="center"/>
        </w:trPr>
        <w:tc>
          <w:tcPr>
            <w:cnfStyle w:val="001000000000"/>
            <w:tcW w:w="0" w:type="auto"/>
            <w:hideMark/>
          </w:tcPr>
          <w:p w:rsidR="00F12545" w:rsidRDefault="00F12545">
            <w:pPr>
              <w:rPr>
                <w:sz w:val="24"/>
                <w:szCs w:val="24"/>
              </w:rPr>
            </w:pPr>
            <w:r>
              <w:rPr>
                <w:rStyle w:val="Strong"/>
                <w:rFonts w:cs="Mangal"/>
                <w:cs/>
                <w:lang w:bidi="hi-IN"/>
              </w:rPr>
              <w:t>कुल अंक</w:t>
            </w:r>
          </w:p>
        </w:tc>
        <w:tc>
          <w:tcPr>
            <w:tcW w:w="0" w:type="auto"/>
            <w:hideMark/>
          </w:tcPr>
          <w:p w:rsidR="00F12545" w:rsidRDefault="00F12545">
            <w:pPr>
              <w:cnfStyle w:val="000000100000"/>
              <w:rPr>
                <w:sz w:val="24"/>
                <w:szCs w:val="24"/>
              </w:rPr>
            </w:pPr>
            <w:r>
              <w:rPr>
                <w:rStyle w:val="Strong"/>
              </w:rPr>
              <w:t>700</w:t>
            </w:r>
          </w:p>
        </w:tc>
        <w:tc>
          <w:tcPr>
            <w:tcW w:w="0" w:type="auto"/>
            <w:hideMark/>
          </w:tcPr>
          <w:p w:rsidR="00F12545" w:rsidRDefault="00F12545">
            <w:pPr>
              <w:cnfStyle w:val="000000100000"/>
              <w:rPr>
                <w:sz w:val="24"/>
                <w:szCs w:val="24"/>
              </w:rPr>
            </w:pPr>
            <w:r>
              <w:rPr>
                <w:rStyle w:val="Strong"/>
              </w:rPr>
              <w:t>456</w:t>
            </w:r>
          </w:p>
        </w:tc>
      </w:tr>
    </w:tbl>
    <w:p w:rsidR="00F12545" w:rsidRDefault="00F12545" w:rsidP="00F12545"/>
    <w:p w:rsidR="00F12545" w:rsidRDefault="00F12545" w:rsidP="00F12545">
      <w:pPr>
        <w:pStyle w:val="NormalWeb"/>
        <w:jc w:val="both"/>
      </w:pPr>
      <w:r>
        <w:rPr>
          <w:rFonts w:cs="Mangal"/>
          <w:cs/>
        </w:rPr>
        <w:t>महाविद्यालय प्रशासन ने इस उपलब्धि पर प्रसन्नता व्यक्त करते हुए बताया कि यह सफलता सतत प्रयासों</w:t>
      </w:r>
      <w:r>
        <w:t xml:space="preserve">, </w:t>
      </w:r>
      <w:r>
        <w:rPr>
          <w:rFonts w:cs="Mangal"/>
          <w:cs/>
        </w:rPr>
        <w:t>गुणवत्तापूर्ण शिक्षा</w:t>
      </w:r>
      <w:r>
        <w:t xml:space="preserve">, </w:t>
      </w:r>
      <w:r>
        <w:rPr>
          <w:rFonts w:cs="Mangal"/>
          <w:cs/>
        </w:rPr>
        <w:t>तथा आधुनिक सुविधाओं के विस्तार का परिणाम है। कॉलेज में विद्यार्थियों को बेहतर शिक्षण वातावरण उपलब्ध कराने हेतु स्मार्ट क्लासरूम</w:t>
      </w:r>
      <w:r>
        <w:t xml:space="preserve">, </w:t>
      </w:r>
      <w:r>
        <w:rPr>
          <w:rFonts w:cs="Mangal"/>
          <w:cs/>
        </w:rPr>
        <w:t>कंप्यूटर लैब</w:t>
      </w:r>
      <w:r>
        <w:t xml:space="preserve">, </w:t>
      </w:r>
      <w:r>
        <w:rPr>
          <w:rFonts w:cs="Mangal"/>
          <w:cs/>
        </w:rPr>
        <w:t>लाइब्रेरी</w:t>
      </w:r>
      <w:r>
        <w:t xml:space="preserve">, </w:t>
      </w:r>
      <w:r>
        <w:rPr>
          <w:rFonts w:cs="Mangal"/>
          <w:cs/>
        </w:rPr>
        <w:t>खेल एवं सांस्कृतिक गतिविधियों की समुचित व्यवस्था की गई है।</w:t>
      </w:r>
      <w:r>
        <w:rPr>
          <w:rFonts w:cs="Mangal" w:hint="cs"/>
          <w:cs/>
        </w:rPr>
        <w:t xml:space="preserve"> </w:t>
      </w:r>
      <w:r>
        <w:rPr>
          <w:rFonts w:cs="Mangal"/>
          <w:cs/>
        </w:rPr>
        <w:t>साथ ही</w:t>
      </w:r>
      <w:r>
        <w:t xml:space="preserve">, </w:t>
      </w:r>
      <w:r>
        <w:rPr>
          <w:rFonts w:cs="Mangal"/>
          <w:cs/>
        </w:rPr>
        <w:t>नई राष्ट्रीय शिक्षा नीति (</w:t>
      </w:r>
      <w:r>
        <w:t xml:space="preserve">NEP) </w:t>
      </w:r>
      <w:r>
        <w:rPr>
          <w:rFonts w:cs="Mangal"/>
          <w:cs/>
        </w:rPr>
        <w:t>के प्रभावी क्रियान्वयन के माध्यम से विद्यार्थियों को रोजगारपरक एवं कौशल आधारित शिक्षा प्रदान की जा रही है।</w:t>
      </w:r>
      <w:r>
        <w:rPr>
          <w:rFonts w:cs="Mangal" w:hint="cs"/>
          <w:cs/>
        </w:rPr>
        <w:t xml:space="preserve"> </w:t>
      </w:r>
      <w:r>
        <w:rPr>
          <w:rFonts w:cs="Mangal"/>
          <w:cs/>
        </w:rPr>
        <w:t>महाविद्यालय परिवार ने इस उपलब्धि के लिए सभी प्राध्यापकों</w:t>
      </w:r>
      <w:r>
        <w:t xml:space="preserve">, </w:t>
      </w:r>
      <w:r>
        <w:rPr>
          <w:rFonts w:cs="Mangal"/>
          <w:cs/>
        </w:rPr>
        <w:t>कर्मचारियों एवं विद्यार्थियों को बधाई देते हुए भविष्य में और बेहतर प्रदर्शन का संकल्प व्यक्त किया है।</w:t>
      </w:r>
    </w:p>
    <w:p w:rsidR="00F12545" w:rsidRDefault="00F12545" w:rsidP="008542CB">
      <w:pPr>
        <w:pStyle w:val="ListParagraph"/>
        <w:ind w:left="360"/>
        <w:jc w:val="both"/>
        <w:rPr>
          <w:sz w:val="24"/>
          <w:szCs w:val="24"/>
          <w:lang w:bidi="hi-IN"/>
        </w:rPr>
      </w:pPr>
    </w:p>
    <w:p w:rsidR="00093DD6" w:rsidRDefault="00093DD6" w:rsidP="00093DD6">
      <w:pPr>
        <w:pStyle w:val="NormalWeb"/>
        <w:jc w:val="center"/>
      </w:pPr>
      <w:r>
        <w:lastRenderedPageBreak/>
        <w:t xml:space="preserve">      </w:t>
      </w:r>
      <w:r>
        <w:rPr>
          <w:noProof/>
        </w:rPr>
        <w:drawing>
          <wp:inline distT="0" distB="0" distL="0" distR="0">
            <wp:extent cx="4999052" cy="1987498"/>
            <wp:effectExtent l="19050" t="0" r="0" b="0"/>
            <wp:docPr id="10" name="Picture 1" descr="C:\Users\admin\Downloads\WhatsApp Image 2026-04-30 at 2.4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4-30 at 2.48.48 PM.jpeg"/>
                    <pic:cNvPicPr>
                      <a:picLocks noChangeAspect="1" noChangeArrowheads="1"/>
                    </pic:cNvPicPr>
                  </pic:nvPicPr>
                  <pic:blipFill>
                    <a:blip r:embed="rId33"/>
                    <a:srcRect r="2816"/>
                    <a:stretch>
                      <a:fillRect/>
                    </a:stretch>
                  </pic:blipFill>
                  <pic:spPr bwMode="auto">
                    <a:xfrm>
                      <a:off x="0" y="0"/>
                      <a:ext cx="5005946" cy="1990239"/>
                    </a:xfrm>
                    <a:prstGeom prst="rect">
                      <a:avLst/>
                    </a:prstGeom>
                    <a:noFill/>
                    <a:ln w="9525">
                      <a:noFill/>
                      <a:miter lim="800000"/>
                      <a:headEnd/>
                      <a:tailEnd/>
                    </a:ln>
                  </pic:spPr>
                </pic:pic>
              </a:graphicData>
            </a:graphic>
          </wp:inline>
        </w:drawing>
      </w:r>
    </w:p>
    <w:p w:rsidR="00BC263F" w:rsidRDefault="00BC263F" w:rsidP="00093DD6">
      <w:pPr>
        <w:pStyle w:val="NormalWeb"/>
        <w:jc w:val="center"/>
      </w:pPr>
    </w:p>
    <w:p w:rsidR="00182883" w:rsidRDefault="00182883" w:rsidP="00182883">
      <w:pPr>
        <w:pStyle w:val="NormalWeb"/>
        <w:jc w:val="center"/>
        <w:rPr>
          <w:rFonts w:cstheme="minorBidi"/>
        </w:rPr>
      </w:pPr>
      <w:r>
        <w:rPr>
          <w:noProof/>
        </w:rPr>
        <w:drawing>
          <wp:inline distT="0" distB="0" distL="0" distR="0">
            <wp:extent cx="4943094" cy="2011680"/>
            <wp:effectExtent l="19050" t="0" r="0" b="0"/>
            <wp:docPr id="11" name="Picture 4" descr="C:\Users\admin\Downloads\ChatGPT Image May 2, 2026, 02_10_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hatGPT Image May 2, 2026, 02_10_22 PM.png"/>
                    <pic:cNvPicPr>
                      <a:picLocks noChangeAspect="1" noChangeArrowheads="1"/>
                    </pic:cNvPicPr>
                  </pic:nvPicPr>
                  <pic:blipFill>
                    <a:blip r:embed="rId34">
                      <a:lum bright="20000"/>
                    </a:blip>
                    <a:srcRect l="1886" r="5066" b="6772"/>
                    <a:stretch>
                      <a:fillRect/>
                    </a:stretch>
                  </pic:blipFill>
                  <pic:spPr bwMode="auto">
                    <a:xfrm>
                      <a:off x="0" y="0"/>
                      <a:ext cx="4943094" cy="2011680"/>
                    </a:xfrm>
                    <a:prstGeom prst="rect">
                      <a:avLst/>
                    </a:prstGeom>
                    <a:noFill/>
                    <a:ln w="9525">
                      <a:noFill/>
                      <a:miter lim="800000"/>
                      <a:headEnd/>
                      <a:tailEnd/>
                    </a:ln>
                  </pic:spPr>
                </pic:pic>
              </a:graphicData>
            </a:graphic>
          </wp:inline>
        </w:drawing>
      </w:r>
    </w:p>
    <w:p w:rsidR="00BC290B" w:rsidRPr="00BC290B" w:rsidRDefault="00BC290B" w:rsidP="00182883">
      <w:pPr>
        <w:pStyle w:val="NormalWeb"/>
        <w:jc w:val="center"/>
        <w:rPr>
          <w:rFonts w:cstheme="minorBidi"/>
        </w:rPr>
      </w:pPr>
    </w:p>
    <w:p w:rsidR="00A31360" w:rsidRPr="00EC551F" w:rsidRDefault="00A31360" w:rsidP="00EC551F">
      <w:pPr>
        <w:pStyle w:val="ListParagraph"/>
        <w:numPr>
          <w:ilvl w:val="0"/>
          <w:numId w:val="21"/>
        </w:numPr>
        <w:rPr>
          <w:b/>
          <w:bCs/>
          <w:sz w:val="24"/>
          <w:szCs w:val="24"/>
          <w:lang w:bidi="hi-IN"/>
        </w:rPr>
      </w:pPr>
      <w:r w:rsidRPr="00EC551F">
        <w:rPr>
          <w:rFonts w:ascii="Times New Roman" w:hAnsi="Times New Roman" w:cs="Mangal" w:hint="cs"/>
          <w:b/>
          <w:bCs/>
          <w:sz w:val="24"/>
          <w:szCs w:val="24"/>
          <w:cs/>
          <w:lang w:bidi="hi-IN"/>
        </w:rPr>
        <w:t xml:space="preserve">गत </w:t>
      </w:r>
      <w:r w:rsidR="0084100B" w:rsidRPr="00EC551F">
        <w:rPr>
          <w:rFonts w:ascii="Times New Roman" w:hAnsi="Times New Roman" w:cs="Mangal" w:hint="cs"/>
          <w:b/>
          <w:bCs/>
          <w:sz w:val="24"/>
          <w:szCs w:val="24"/>
          <w:cs/>
          <w:lang w:bidi="hi-IN"/>
        </w:rPr>
        <w:t xml:space="preserve">05 </w:t>
      </w:r>
      <w:r w:rsidR="006874AF" w:rsidRPr="00EC551F">
        <w:rPr>
          <w:rFonts w:ascii="Times New Roman" w:hAnsi="Times New Roman" w:cs="Mangal" w:hint="cs"/>
          <w:b/>
          <w:bCs/>
          <w:sz w:val="24"/>
          <w:szCs w:val="24"/>
          <w:cs/>
          <w:lang w:bidi="hi-IN"/>
        </w:rPr>
        <w:t xml:space="preserve">वर्षों </w:t>
      </w:r>
      <w:r w:rsidRPr="00EC551F">
        <w:rPr>
          <w:rFonts w:ascii="Times New Roman" w:hAnsi="Times New Roman" w:cs="Mangal" w:hint="cs"/>
          <w:b/>
          <w:bCs/>
          <w:sz w:val="24"/>
          <w:szCs w:val="24"/>
          <w:cs/>
          <w:lang w:bidi="hi-IN"/>
        </w:rPr>
        <w:t>मे विद्यार्थियों का चयन :</w:t>
      </w:r>
    </w:p>
    <w:tbl>
      <w:tblPr>
        <w:tblStyle w:val="TableGrid"/>
        <w:tblW w:w="9680" w:type="dxa"/>
        <w:tblLook w:val="04A0"/>
      </w:tblPr>
      <w:tblGrid>
        <w:gridCol w:w="1139"/>
        <w:gridCol w:w="1715"/>
        <w:gridCol w:w="1760"/>
        <w:gridCol w:w="1760"/>
        <w:gridCol w:w="1598"/>
        <w:gridCol w:w="1708"/>
      </w:tblGrid>
      <w:tr w:rsidR="00DC1412" w:rsidRPr="008167A4" w:rsidTr="008167A4">
        <w:trPr>
          <w:trHeight w:val="1336"/>
        </w:trPr>
        <w:tc>
          <w:tcPr>
            <w:tcW w:w="1139" w:type="dxa"/>
            <w:shd w:val="clear" w:color="auto" w:fill="auto"/>
          </w:tcPr>
          <w:p w:rsidR="00DC1412" w:rsidRPr="008167A4" w:rsidRDefault="00DC1412" w:rsidP="008167A4">
            <w:pPr>
              <w:jc w:val="center"/>
              <w:rPr>
                <w:sz w:val="20"/>
                <w:szCs w:val="20"/>
                <w:lang w:bidi="hi-IN"/>
              </w:rPr>
            </w:pPr>
            <w:r w:rsidRPr="008167A4">
              <w:rPr>
                <w:rFonts w:ascii="Mangal" w:hAnsi="Mangal" w:cs="Mangal" w:hint="cs"/>
                <w:sz w:val="20"/>
                <w:szCs w:val="20"/>
                <w:cs/>
                <w:lang w:bidi="hi-IN"/>
              </w:rPr>
              <w:t>क्रमांक</w:t>
            </w:r>
          </w:p>
        </w:tc>
        <w:tc>
          <w:tcPr>
            <w:tcW w:w="1715" w:type="dxa"/>
            <w:shd w:val="clear" w:color="auto" w:fill="auto"/>
          </w:tcPr>
          <w:p w:rsidR="00DC1412" w:rsidRPr="008167A4" w:rsidRDefault="00DC1412" w:rsidP="0012564D">
            <w:pPr>
              <w:jc w:val="center"/>
              <w:rPr>
                <w:sz w:val="20"/>
                <w:szCs w:val="20"/>
                <w:lang w:bidi="hi-IN"/>
              </w:rPr>
            </w:pPr>
            <w:r w:rsidRPr="008167A4">
              <w:rPr>
                <w:rFonts w:ascii="Mangal" w:hAnsi="Mangal" w:cs="Mangal" w:hint="cs"/>
                <w:sz w:val="20"/>
                <w:szCs w:val="20"/>
                <w:cs/>
                <w:lang w:bidi="hi-IN"/>
              </w:rPr>
              <w:t>वर्ष</w:t>
            </w:r>
          </w:p>
        </w:tc>
        <w:tc>
          <w:tcPr>
            <w:tcW w:w="1760" w:type="dxa"/>
            <w:shd w:val="clear" w:color="auto" w:fill="auto"/>
          </w:tcPr>
          <w:p w:rsidR="00DC1412" w:rsidRPr="008167A4" w:rsidRDefault="00DC1412" w:rsidP="00565BA2">
            <w:pPr>
              <w:jc w:val="center"/>
              <w:rPr>
                <w:sz w:val="20"/>
                <w:szCs w:val="20"/>
                <w:lang w:bidi="hi-IN"/>
              </w:rPr>
            </w:pPr>
            <w:r w:rsidRPr="008167A4">
              <w:rPr>
                <w:rFonts w:cs="Mangal"/>
                <w:sz w:val="20"/>
                <w:szCs w:val="20"/>
                <w:cs/>
                <w:lang w:bidi="hi-IN"/>
              </w:rPr>
              <w:t>प्लेसमेंट</w:t>
            </w:r>
            <w:r w:rsidRPr="008167A4">
              <w:rPr>
                <w:rFonts w:ascii="Mangal" w:hAnsi="Mangal" w:cs="Mangal" w:hint="cs"/>
                <w:sz w:val="20"/>
                <w:szCs w:val="20"/>
                <w:cs/>
                <w:lang w:bidi="hi-IN"/>
              </w:rPr>
              <w:t xml:space="preserve"> कैम्प के माध्यम से चयनित विद्यार्थियों की संख्या</w:t>
            </w:r>
          </w:p>
        </w:tc>
        <w:tc>
          <w:tcPr>
            <w:tcW w:w="1760" w:type="dxa"/>
            <w:shd w:val="clear" w:color="auto" w:fill="auto"/>
          </w:tcPr>
          <w:p w:rsidR="00DC1412" w:rsidRPr="008167A4" w:rsidRDefault="00DC1412" w:rsidP="00565BA2">
            <w:pPr>
              <w:jc w:val="center"/>
              <w:rPr>
                <w:sz w:val="20"/>
                <w:szCs w:val="20"/>
                <w:lang w:bidi="hi-IN"/>
              </w:rPr>
            </w:pPr>
            <w:r w:rsidRPr="008167A4">
              <w:rPr>
                <w:rFonts w:ascii="Mangal" w:hAnsi="Mangal" w:cs="Mangal" w:hint="cs"/>
                <w:sz w:val="20"/>
                <w:szCs w:val="20"/>
                <w:cs/>
                <w:lang w:bidi="hi-IN"/>
              </w:rPr>
              <w:t>प्रतियोगी परीक्षाओ के माध्यम से चयनित विद्यार्थियों की संख्या</w:t>
            </w:r>
          </w:p>
        </w:tc>
        <w:tc>
          <w:tcPr>
            <w:tcW w:w="1598" w:type="dxa"/>
            <w:shd w:val="clear" w:color="auto" w:fill="auto"/>
          </w:tcPr>
          <w:p w:rsidR="00DC1412" w:rsidRPr="008167A4" w:rsidRDefault="00DC1412" w:rsidP="00565BA2">
            <w:pPr>
              <w:jc w:val="center"/>
              <w:rPr>
                <w:rFonts w:ascii="Mangal" w:hAnsi="Mangal" w:cs="Mangal"/>
                <w:sz w:val="20"/>
                <w:szCs w:val="20"/>
                <w:cs/>
                <w:lang w:bidi="hi-IN"/>
              </w:rPr>
            </w:pPr>
            <w:r w:rsidRPr="008167A4">
              <w:rPr>
                <w:rFonts w:ascii="Times New Roman" w:hAnsi="Times New Roman" w:cs="Mangal" w:hint="cs"/>
                <w:sz w:val="20"/>
                <w:szCs w:val="20"/>
                <w:cs/>
                <w:lang w:bidi="hi-IN"/>
              </w:rPr>
              <w:t xml:space="preserve">नेट/सेट /गेट </w:t>
            </w:r>
          </w:p>
        </w:tc>
        <w:tc>
          <w:tcPr>
            <w:tcW w:w="1708" w:type="dxa"/>
            <w:shd w:val="clear" w:color="auto" w:fill="auto"/>
          </w:tcPr>
          <w:p w:rsidR="00DC1412" w:rsidRPr="008167A4" w:rsidRDefault="00DC1412" w:rsidP="00565BA2">
            <w:pPr>
              <w:jc w:val="center"/>
              <w:rPr>
                <w:sz w:val="20"/>
                <w:szCs w:val="20"/>
                <w:lang w:bidi="hi-IN"/>
              </w:rPr>
            </w:pPr>
            <w:r w:rsidRPr="008167A4">
              <w:rPr>
                <w:rFonts w:ascii="Mangal" w:hAnsi="Mangal" w:cs="Mangal" w:hint="cs"/>
                <w:sz w:val="20"/>
                <w:szCs w:val="20"/>
                <w:cs/>
                <w:lang w:bidi="hi-IN"/>
              </w:rPr>
              <w:t>रिमार्क</w:t>
            </w:r>
          </w:p>
        </w:tc>
      </w:tr>
      <w:tr w:rsidR="00DC1412" w:rsidRPr="008167A4" w:rsidTr="008167A4">
        <w:trPr>
          <w:trHeight w:val="221"/>
        </w:trPr>
        <w:tc>
          <w:tcPr>
            <w:tcW w:w="1139" w:type="dxa"/>
            <w:shd w:val="clear" w:color="auto" w:fill="auto"/>
          </w:tcPr>
          <w:p w:rsidR="00DC1412" w:rsidRPr="008167A4" w:rsidRDefault="00DC1412" w:rsidP="00256FE3">
            <w:pP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1 </w:t>
            </w:r>
          </w:p>
        </w:tc>
        <w:tc>
          <w:tcPr>
            <w:tcW w:w="1715" w:type="dxa"/>
            <w:shd w:val="clear" w:color="auto" w:fill="auto"/>
          </w:tcPr>
          <w:p w:rsidR="00DC1412" w:rsidRPr="008167A4" w:rsidRDefault="008A783C" w:rsidP="00B1752C">
            <w:pPr>
              <w:rPr>
                <w:rFonts w:asciiTheme="majorBidi" w:hAnsiTheme="majorBidi" w:cstheme="majorBidi"/>
                <w:sz w:val="20"/>
                <w:szCs w:val="20"/>
                <w:cs/>
                <w:lang w:bidi="hi-IN"/>
              </w:rPr>
            </w:pPr>
            <w:r w:rsidRPr="008167A4">
              <w:rPr>
                <w:rFonts w:asciiTheme="majorBidi" w:hAnsiTheme="majorBidi" w:cstheme="majorBidi"/>
                <w:sz w:val="20"/>
                <w:szCs w:val="20"/>
                <w:cs/>
                <w:lang w:bidi="hi-IN"/>
              </w:rPr>
              <w:t>2020</w:t>
            </w:r>
            <w:r w:rsidR="00DC1412" w:rsidRPr="008167A4">
              <w:rPr>
                <w:rFonts w:asciiTheme="majorBidi" w:hAnsiTheme="majorBidi" w:cstheme="majorBidi"/>
                <w:sz w:val="20"/>
                <w:szCs w:val="20"/>
                <w:cs/>
                <w:lang w:bidi="hi-IN"/>
              </w:rPr>
              <w:t>-2</w:t>
            </w:r>
            <w:r w:rsidRPr="008167A4">
              <w:rPr>
                <w:rFonts w:asciiTheme="majorBidi" w:hAnsiTheme="majorBidi" w:cstheme="majorBidi"/>
                <w:sz w:val="20"/>
                <w:szCs w:val="20"/>
                <w:cs/>
                <w:lang w:bidi="hi-IN"/>
              </w:rPr>
              <w:t xml:space="preserve">1 </w:t>
            </w:r>
          </w:p>
        </w:tc>
        <w:tc>
          <w:tcPr>
            <w:tcW w:w="1760" w:type="dxa"/>
            <w:shd w:val="clear" w:color="auto" w:fill="auto"/>
          </w:tcPr>
          <w:p w:rsidR="00DC1412" w:rsidRPr="008167A4" w:rsidRDefault="008A783C" w:rsidP="00887F69">
            <w:pPr>
              <w:jc w:val="cente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06 </w:t>
            </w:r>
          </w:p>
        </w:tc>
        <w:tc>
          <w:tcPr>
            <w:tcW w:w="1760" w:type="dxa"/>
            <w:shd w:val="clear" w:color="auto" w:fill="auto"/>
          </w:tcPr>
          <w:p w:rsidR="00DC1412" w:rsidRPr="008167A4" w:rsidRDefault="008A783C"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14 </w:t>
            </w:r>
          </w:p>
        </w:tc>
        <w:tc>
          <w:tcPr>
            <w:tcW w:w="1598" w:type="dxa"/>
            <w:shd w:val="clear" w:color="auto" w:fill="auto"/>
          </w:tcPr>
          <w:p w:rsidR="00DC1412" w:rsidRPr="008167A4" w:rsidRDefault="008A783C" w:rsidP="00887F69">
            <w:pPr>
              <w:jc w:val="center"/>
              <w:rPr>
                <w:rFonts w:asciiTheme="majorBidi" w:hAnsiTheme="majorBidi" w:cstheme="majorBidi"/>
                <w:sz w:val="20"/>
                <w:szCs w:val="20"/>
                <w:cs/>
                <w:lang w:bidi="hi-IN"/>
              </w:rPr>
            </w:pPr>
            <w:r w:rsidRPr="008167A4">
              <w:rPr>
                <w:rFonts w:asciiTheme="majorBidi" w:hAnsiTheme="majorBidi" w:cstheme="majorBidi"/>
                <w:sz w:val="20"/>
                <w:szCs w:val="20"/>
                <w:cs/>
                <w:lang w:bidi="hi-IN"/>
              </w:rPr>
              <w:t>01</w:t>
            </w:r>
          </w:p>
        </w:tc>
        <w:tc>
          <w:tcPr>
            <w:tcW w:w="1708" w:type="dxa"/>
            <w:shd w:val="clear" w:color="auto" w:fill="auto"/>
          </w:tcPr>
          <w:p w:rsidR="00DC1412" w:rsidRPr="008167A4" w:rsidRDefault="00DC1412" w:rsidP="00887F69">
            <w:pPr>
              <w:jc w:val="center"/>
              <w:rPr>
                <w:rFonts w:asciiTheme="majorBidi" w:hAnsiTheme="majorBidi" w:cstheme="majorBidi"/>
                <w:sz w:val="20"/>
                <w:szCs w:val="20"/>
                <w:lang w:bidi="hi-IN"/>
              </w:rPr>
            </w:pPr>
          </w:p>
        </w:tc>
      </w:tr>
      <w:tr w:rsidR="00DC1412" w:rsidRPr="008167A4" w:rsidTr="008167A4">
        <w:trPr>
          <w:trHeight w:val="221"/>
        </w:trPr>
        <w:tc>
          <w:tcPr>
            <w:tcW w:w="1139" w:type="dxa"/>
            <w:shd w:val="clear" w:color="auto" w:fill="auto"/>
          </w:tcPr>
          <w:p w:rsidR="00DC1412" w:rsidRPr="008167A4" w:rsidRDefault="00DC1412" w:rsidP="00256FE3">
            <w:pP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2 </w:t>
            </w:r>
          </w:p>
        </w:tc>
        <w:tc>
          <w:tcPr>
            <w:tcW w:w="1715" w:type="dxa"/>
            <w:shd w:val="clear" w:color="auto" w:fill="auto"/>
          </w:tcPr>
          <w:p w:rsidR="00DC1412" w:rsidRPr="008167A4" w:rsidRDefault="00DC1412" w:rsidP="00B1752C">
            <w:pP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2021-22 </w:t>
            </w:r>
          </w:p>
        </w:tc>
        <w:tc>
          <w:tcPr>
            <w:tcW w:w="1760" w:type="dxa"/>
            <w:shd w:val="clear" w:color="auto" w:fill="auto"/>
          </w:tcPr>
          <w:p w:rsidR="00DC1412" w:rsidRPr="008167A4" w:rsidRDefault="008A783C"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09 </w:t>
            </w:r>
          </w:p>
        </w:tc>
        <w:tc>
          <w:tcPr>
            <w:tcW w:w="1760" w:type="dxa"/>
            <w:shd w:val="clear" w:color="auto" w:fill="auto"/>
          </w:tcPr>
          <w:p w:rsidR="00DC1412" w:rsidRPr="008167A4" w:rsidRDefault="008A783C"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88 </w:t>
            </w:r>
          </w:p>
        </w:tc>
        <w:tc>
          <w:tcPr>
            <w:tcW w:w="1598" w:type="dxa"/>
            <w:shd w:val="clear" w:color="auto" w:fill="auto"/>
          </w:tcPr>
          <w:p w:rsidR="00DC1412" w:rsidRPr="008167A4" w:rsidRDefault="008A783C"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12 </w:t>
            </w:r>
          </w:p>
        </w:tc>
        <w:tc>
          <w:tcPr>
            <w:tcW w:w="1708" w:type="dxa"/>
            <w:shd w:val="clear" w:color="auto" w:fill="auto"/>
          </w:tcPr>
          <w:p w:rsidR="00DC1412" w:rsidRPr="008167A4" w:rsidRDefault="00DC1412" w:rsidP="00887F69">
            <w:pPr>
              <w:jc w:val="center"/>
              <w:rPr>
                <w:rFonts w:asciiTheme="majorBidi" w:hAnsiTheme="majorBidi" w:cstheme="majorBidi"/>
                <w:sz w:val="20"/>
                <w:szCs w:val="20"/>
                <w:lang w:bidi="hi-IN"/>
              </w:rPr>
            </w:pPr>
          </w:p>
        </w:tc>
      </w:tr>
      <w:tr w:rsidR="00DC1412" w:rsidRPr="008167A4" w:rsidTr="008167A4">
        <w:trPr>
          <w:trHeight w:val="221"/>
        </w:trPr>
        <w:tc>
          <w:tcPr>
            <w:tcW w:w="1139" w:type="dxa"/>
            <w:shd w:val="clear" w:color="auto" w:fill="auto"/>
          </w:tcPr>
          <w:p w:rsidR="00DC1412" w:rsidRPr="008167A4" w:rsidRDefault="00DC1412" w:rsidP="00256FE3">
            <w:pP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3 </w:t>
            </w:r>
          </w:p>
        </w:tc>
        <w:tc>
          <w:tcPr>
            <w:tcW w:w="1715" w:type="dxa"/>
            <w:shd w:val="clear" w:color="auto" w:fill="auto"/>
          </w:tcPr>
          <w:p w:rsidR="00DC1412" w:rsidRPr="008167A4" w:rsidRDefault="00DC1412" w:rsidP="00B1752C">
            <w:pP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2022-23 </w:t>
            </w:r>
          </w:p>
        </w:tc>
        <w:tc>
          <w:tcPr>
            <w:tcW w:w="1760" w:type="dxa"/>
            <w:shd w:val="clear" w:color="auto" w:fill="auto"/>
          </w:tcPr>
          <w:p w:rsidR="00DC1412" w:rsidRPr="008167A4" w:rsidRDefault="00E946FB"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44 </w:t>
            </w:r>
          </w:p>
        </w:tc>
        <w:tc>
          <w:tcPr>
            <w:tcW w:w="1760" w:type="dxa"/>
            <w:shd w:val="clear" w:color="auto" w:fill="auto"/>
          </w:tcPr>
          <w:p w:rsidR="00DC1412" w:rsidRPr="008167A4" w:rsidRDefault="00E946FB"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50 </w:t>
            </w:r>
          </w:p>
        </w:tc>
        <w:tc>
          <w:tcPr>
            <w:tcW w:w="1598" w:type="dxa"/>
            <w:shd w:val="clear" w:color="auto" w:fill="auto"/>
          </w:tcPr>
          <w:p w:rsidR="00DC1412" w:rsidRPr="008167A4" w:rsidRDefault="00E946FB"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04</w:t>
            </w:r>
          </w:p>
        </w:tc>
        <w:tc>
          <w:tcPr>
            <w:tcW w:w="1708" w:type="dxa"/>
            <w:shd w:val="clear" w:color="auto" w:fill="auto"/>
          </w:tcPr>
          <w:p w:rsidR="00DC1412" w:rsidRPr="008167A4" w:rsidRDefault="00DC1412" w:rsidP="00887F69">
            <w:pPr>
              <w:jc w:val="center"/>
              <w:rPr>
                <w:rFonts w:asciiTheme="majorBidi" w:hAnsiTheme="majorBidi" w:cstheme="majorBidi"/>
                <w:sz w:val="20"/>
                <w:szCs w:val="20"/>
                <w:lang w:bidi="hi-IN"/>
              </w:rPr>
            </w:pPr>
          </w:p>
        </w:tc>
      </w:tr>
      <w:tr w:rsidR="00DC1412" w:rsidRPr="008167A4" w:rsidTr="008167A4">
        <w:trPr>
          <w:trHeight w:val="221"/>
        </w:trPr>
        <w:tc>
          <w:tcPr>
            <w:tcW w:w="1139" w:type="dxa"/>
            <w:shd w:val="clear" w:color="auto" w:fill="auto"/>
          </w:tcPr>
          <w:p w:rsidR="00DC1412" w:rsidRPr="008167A4" w:rsidRDefault="00DC1412" w:rsidP="00256FE3">
            <w:pP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4 </w:t>
            </w:r>
          </w:p>
        </w:tc>
        <w:tc>
          <w:tcPr>
            <w:tcW w:w="1715" w:type="dxa"/>
            <w:shd w:val="clear" w:color="auto" w:fill="auto"/>
          </w:tcPr>
          <w:p w:rsidR="00DC1412" w:rsidRPr="008167A4" w:rsidRDefault="00DC1412" w:rsidP="00B1752C">
            <w:pP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2023-24 </w:t>
            </w:r>
          </w:p>
        </w:tc>
        <w:tc>
          <w:tcPr>
            <w:tcW w:w="1760" w:type="dxa"/>
            <w:shd w:val="clear" w:color="auto" w:fill="auto"/>
          </w:tcPr>
          <w:p w:rsidR="00DC1412" w:rsidRPr="008167A4" w:rsidRDefault="00BD307D"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29 </w:t>
            </w:r>
          </w:p>
        </w:tc>
        <w:tc>
          <w:tcPr>
            <w:tcW w:w="1760" w:type="dxa"/>
            <w:shd w:val="clear" w:color="auto" w:fill="auto"/>
          </w:tcPr>
          <w:p w:rsidR="00DC1412" w:rsidRPr="008167A4" w:rsidRDefault="00BD307D"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11 </w:t>
            </w:r>
          </w:p>
        </w:tc>
        <w:tc>
          <w:tcPr>
            <w:tcW w:w="1598" w:type="dxa"/>
            <w:shd w:val="clear" w:color="auto" w:fill="auto"/>
          </w:tcPr>
          <w:p w:rsidR="00DC1412" w:rsidRPr="008167A4" w:rsidRDefault="00BD307D" w:rsidP="00887F69">
            <w:pPr>
              <w:jc w:val="center"/>
              <w:rPr>
                <w:rFonts w:asciiTheme="majorBidi" w:hAnsiTheme="majorBidi" w:cstheme="majorBidi"/>
                <w:sz w:val="20"/>
                <w:szCs w:val="20"/>
                <w:lang w:bidi="hi-IN"/>
              </w:rPr>
            </w:pPr>
            <w:r w:rsidRPr="008167A4">
              <w:rPr>
                <w:rFonts w:asciiTheme="majorBidi" w:hAnsiTheme="majorBidi" w:cstheme="majorBidi"/>
                <w:sz w:val="20"/>
                <w:szCs w:val="20"/>
                <w:cs/>
                <w:lang w:bidi="hi-IN"/>
              </w:rPr>
              <w:t xml:space="preserve">07 </w:t>
            </w:r>
          </w:p>
        </w:tc>
        <w:tc>
          <w:tcPr>
            <w:tcW w:w="1708" w:type="dxa"/>
            <w:shd w:val="clear" w:color="auto" w:fill="auto"/>
          </w:tcPr>
          <w:p w:rsidR="00DC1412" w:rsidRPr="008167A4" w:rsidRDefault="00DC1412" w:rsidP="00887F69">
            <w:pPr>
              <w:jc w:val="center"/>
              <w:rPr>
                <w:rFonts w:asciiTheme="majorBidi" w:hAnsiTheme="majorBidi" w:cstheme="majorBidi"/>
                <w:sz w:val="20"/>
                <w:szCs w:val="20"/>
                <w:lang w:bidi="hi-IN"/>
              </w:rPr>
            </w:pPr>
          </w:p>
        </w:tc>
      </w:tr>
      <w:tr w:rsidR="00DC1412" w:rsidRPr="008167A4" w:rsidTr="008167A4">
        <w:trPr>
          <w:trHeight w:val="221"/>
        </w:trPr>
        <w:tc>
          <w:tcPr>
            <w:tcW w:w="1139" w:type="dxa"/>
            <w:shd w:val="clear" w:color="auto" w:fill="auto"/>
          </w:tcPr>
          <w:p w:rsidR="00DC1412" w:rsidRPr="008167A4" w:rsidRDefault="00BD307D" w:rsidP="00B1752C">
            <w:pP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5 </w:t>
            </w:r>
          </w:p>
        </w:tc>
        <w:tc>
          <w:tcPr>
            <w:tcW w:w="1715" w:type="dxa"/>
            <w:shd w:val="clear" w:color="auto" w:fill="auto"/>
          </w:tcPr>
          <w:p w:rsidR="00DC1412" w:rsidRPr="008167A4" w:rsidRDefault="00DC1412" w:rsidP="00B1752C">
            <w:pPr>
              <w:rPr>
                <w:rFonts w:asciiTheme="majorBidi" w:hAnsiTheme="majorBidi" w:cstheme="majorBidi"/>
                <w:sz w:val="20"/>
                <w:szCs w:val="20"/>
                <w:cs/>
                <w:lang w:bidi="hi-IN"/>
              </w:rPr>
            </w:pPr>
            <w:r w:rsidRPr="008167A4">
              <w:rPr>
                <w:rFonts w:asciiTheme="majorBidi" w:hAnsiTheme="majorBidi" w:cstheme="majorBidi"/>
                <w:sz w:val="20"/>
                <w:szCs w:val="20"/>
                <w:cs/>
                <w:lang w:bidi="hi-IN"/>
              </w:rPr>
              <w:t xml:space="preserve">2024-25 </w:t>
            </w:r>
          </w:p>
        </w:tc>
        <w:tc>
          <w:tcPr>
            <w:tcW w:w="1760" w:type="dxa"/>
            <w:shd w:val="clear" w:color="auto" w:fill="auto"/>
          </w:tcPr>
          <w:p w:rsidR="00DC1412" w:rsidRPr="008167A4" w:rsidRDefault="00AB25C5" w:rsidP="00887F69">
            <w:pPr>
              <w:jc w:val="center"/>
              <w:rPr>
                <w:rFonts w:asciiTheme="majorBidi" w:hAnsiTheme="majorBidi" w:cstheme="majorBidi"/>
                <w:sz w:val="20"/>
                <w:szCs w:val="20"/>
                <w:lang w:bidi="hi-IN"/>
              </w:rPr>
            </w:pPr>
            <w:r w:rsidRPr="008167A4">
              <w:rPr>
                <w:rFonts w:asciiTheme="majorBidi" w:hAnsiTheme="majorBidi" w:cstheme="majorBidi"/>
                <w:sz w:val="20"/>
                <w:szCs w:val="20"/>
                <w:lang w:bidi="hi-IN"/>
              </w:rPr>
              <w:t>18</w:t>
            </w:r>
          </w:p>
        </w:tc>
        <w:tc>
          <w:tcPr>
            <w:tcW w:w="1760" w:type="dxa"/>
            <w:shd w:val="clear" w:color="auto" w:fill="auto"/>
          </w:tcPr>
          <w:p w:rsidR="00DC1412" w:rsidRPr="008167A4" w:rsidRDefault="00AB25C5" w:rsidP="00887F69">
            <w:pPr>
              <w:jc w:val="center"/>
              <w:rPr>
                <w:rFonts w:asciiTheme="majorBidi" w:hAnsiTheme="majorBidi" w:cstheme="majorBidi"/>
                <w:sz w:val="20"/>
                <w:szCs w:val="20"/>
                <w:lang w:bidi="hi-IN"/>
              </w:rPr>
            </w:pPr>
            <w:r w:rsidRPr="008167A4">
              <w:rPr>
                <w:rFonts w:asciiTheme="majorBidi" w:hAnsiTheme="majorBidi" w:cstheme="majorBidi"/>
                <w:sz w:val="20"/>
                <w:szCs w:val="20"/>
                <w:lang w:bidi="hi-IN"/>
              </w:rPr>
              <w:t>34</w:t>
            </w:r>
          </w:p>
        </w:tc>
        <w:tc>
          <w:tcPr>
            <w:tcW w:w="1598" w:type="dxa"/>
            <w:shd w:val="clear" w:color="auto" w:fill="auto"/>
          </w:tcPr>
          <w:p w:rsidR="00DC1412" w:rsidRPr="008167A4" w:rsidRDefault="00102082" w:rsidP="00887F69">
            <w:pPr>
              <w:jc w:val="center"/>
              <w:rPr>
                <w:rFonts w:asciiTheme="majorBidi" w:hAnsiTheme="majorBidi" w:cstheme="majorBidi"/>
                <w:sz w:val="20"/>
                <w:szCs w:val="20"/>
                <w:lang w:bidi="hi-IN"/>
              </w:rPr>
            </w:pPr>
            <w:r w:rsidRPr="008167A4">
              <w:rPr>
                <w:rFonts w:asciiTheme="majorBidi" w:hAnsiTheme="majorBidi" w:cstheme="majorBidi"/>
                <w:sz w:val="20"/>
                <w:szCs w:val="20"/>
                <w:lang w:bidi="hi-IN"/>
              </w:rPr>
              <w:t>28</w:t>
            </w:r>
          </w:p>
        </w:tc>
        <w:tc>
          <w:tcPr>
            <w:tcW w:w="1708" w:type="dxa"/>
            <w:shd w:val="clear" w:color="auto" w:fill="auto"/>
          </w:tcPr>
          <w:p w:rsidR="00DC1412" w:rsidRPr="008167A4" w:rsidRDefault="00DC1412" w:rsidP="00887F69">
            <w:pPr>
              <w:jc w:val="center"/>
              <w:rPr>
                <w:rFonts w:asciiTheme="majorBidi" w:hAnsiTheme="majorBidi" w:cstheme="majorBidi"/>
                <w:sz w:val="20"/>
                <w:szCs w:val="20"/>
                <w:lang w:bidi="hi-IN"/>
              </w:rPr>
            </w:pPr>
          </w:p>
        </w:tc>
      </w:tr>
      <w:tr w:rsidR="00102082" w:rsidRPr="008167A4" w:rsidTr="008167A4">
        <w:trPr>
          <w:trHeight w:val="234"/>
        </w:trPr>
        <w:tc>
          <w:tcPr>
            <w:tcW w:w="1139" w:type="dxa"/>
            <w:shd w:val="clear" w:color="auto" w:fill="auto"/>
          </w:tcPr>
          <w:p w:rsidR="00102082" w:rsidRPr="008167A4" w:rsidRDefault="00102082" w:rsidP="00B1752C">
            <w:pPr>
              <w:rPr>
                <w:rFonts w:asciiTheme="majorBidi" w:hAnsiTheme="majorBidi" w:cstheme="majorBidi"/>
                <w:sz w:val="20"/>
                <w:szCs w:val="20"/>
                <w:cs/>
                <w:lang w:bidi="hi-IN"/>
              </w:rPr>
            </w:pPr>
            <w:r w:rsidRPr="008167A4">
              <w:rPr>
                <w:rFonts w:asciiTheme="majorBidi" w:hAnsiTheme="majorBidi" w:cstheme="majorBidi"/>
                <w:sz w:val="20"/>
                <w:szCs w:val="20"/>
                <w:lang w:bidi="hi-IN"/>
              </w:rPr>
              <w:t>6</w:t>
            </w:r>
          </w:p>
        </w:tc>
        <w:tc>
          <w:tcPr>
            <w:tcW w:w="1715" w:type="dxa"/>
            <w:shd w:val="clear" w:color="auto" w:fill="auto"/>
          </w:tcPr>
          <w:p w:rsidR="00102082" w:rsidRPr="008167A4" w:rsidRDefault="00102082" w:rsidP="00B1752C">
            <w:pPr>
              <w:rPr>
                <w:rFonts w:asciiTheme="majorBidi" w:hAnsiTheme="majorBidi" w:cstheme="majorBidi"/>
                <w:sz w:val="20"/>
                <w:szCs w:val="20"/>
                <w:cs/>
                <w:lang w:bidi="hi-IN"/>
              </w:rPr>
            </w:pPr>
            <w:r w:rsidRPr="008167A4">
              <w:rPr>
                <w:rFonts w:asciiTheme="majorBidi" w:hAnsiTheme="majorBidi" w:cstheme="majorBidi"/>
                <w:sz w:val="20"/>
                <w:szCs w:val="20"/>
                <w:lang w:bidi="hi-IN"/>
              </w:rPr>
              <w:t>2025</w:t>
            </w:r>
            <w:r w:rsidR="00D474D2" w:rsidRPr="008167A4">
              <w:rPr>
                <w:rFonts w:asciiTheme="majorBidi" w:hAnsiTheme="majorBidi" w:cstheme="majorBidi"/>
                <w:sz w:val="20"/>
                <w:szCs w:val="20"/>
                <w:lang w:bidi="hi-IN"/>
              </w:rPr>
              <w:t>-26</w:t>
            </w:r>
          </w:p>
        </w:tc>
        <w:tc>
          <w:tcPr>
            <w:tcW w:w="1760" w:type="dxa"/>
            <w:shd w:val="clear" w:color="auto" w:fill="auto"/>
          </w:tcPr>
          <w:p w:rsidR="00102082" w:rsidRPr="008167A4" w:rsidRDefault="00D474D2" w:rsidP="00887F69">
            <w:pPr>
              <w:jc w:val="center"/>
              <w:rPr>
                <w:rFonts w:asciiTheme="majorBidi" w:hAnsiTheme="majorBidi" w:cstheme="majorBidi"/>
                <w:sz w:val="20"/>
                <w:szCs w:val="20"/>
                <w:lang w:bidi="hi-IN"/>
              </w:rPr>
            </w:pPr>
            <w:r w:rsidRPr="008167A4">
              <w:rPr>
                <w:rFonts w:asciiTheme="majorBidi" w:hAnsiTheme="majorBidi" w:cstheme="majorBidi"/>
                <w:sz w:val="20"/>
                <w:szCs w:val="20"/>
                <w:lang w:bidi="hi-IN"/>
              </w:rPr>
              <w:t>34</w:t>
            </w:r>
          </w:p>
        </w:tc>
        <w:tc>
          <w:tcPr>
            <w:tcW w:w="1760" w:type="dxa"/>
            <w:shd w:val="clear" w:color="auto" w:fill="auto"/>
          </w:tcPr>
          <w:p w:rsidR="00102082" w:rsidRPr="008167A4" w:rsidRDefault="00D474D2" w:rsidP="00887F69">
            <w:pPr>
              <w:jc w:val="center"/>
              <w:rPr>
                <w:rFonts w:asciiTheme="majorBidi" w:hAnsiTheme="majorBidi" w:cstheme="majorBidi"/>
                <w:sz w:val="20"/>
                <w:szCs w:val="20"/>
                <w:lang w:bidi="hi-IN"/>
              </w:rPr>
            </w:pPr>
            <w:r w:rsidRPr="008167A4">
              <w:rPr>
                <w:rFonts w:asciiTheme="majorBidi" w:hAnsiTheme="majorBidi" w:cstheme="majorBidi"/>
                <w:sz w:val="20"/>
                <w:szCs w:val="20"/>
                <w:lang w:bidi="hi-IN"/>
              </w:rPr>
              <w:t>39</w:t>
            </w:r>
          </w:p>
        </w:tc>
        <w:tc>
          <w:tcPr>
            <w:tcW w:w="1598" w:type="dxa"/>
            <w:shd w:val="clear" w:color="auto" w:fill="auto"/>
          </w:tcPr>
          <w:p w:rsidR="00102082" w:rsidRPr="008167A4" w:rsidRDefault="00102082" w:rsidP="00887F69">
            <w:pPr>
              <w:jc w:val="center"/>
              <w:rPr>
                <w:rFonts w:asciiTheme="majorBidi" w:hAnsiTheme="majorBidi" w:cstheme="majorBidi"/>
                <w:sz w:val="20"/>
                <w:szCs w:val="20"/>
                <w:lang w:bidi="hi-IN"/>
              </w:rPr>
            </w:pPr>
            <w:r w:rsidRPr="008167A4">
              <w:rPr>
                <w:rFonts w:asciiTheme="majorBidi" w:hAnsiTheme="majorBidi" w:cstheme="majorBidi"/>
                <w:sz w:val="20"/>
                <w:szCs w:val="20"/>
                <w:lang w:bidi="hi-IN"/>
              </w:rPr>
              <w:t>18</w:t>
            </w:r>
          </w:p>
        </w:tc>
        <w:tc>
          <w:tcPr>
            <w:tcW w:w="1708" w:type="dxa"/>
            <w:shd w:val="clear" w:color="auto" w:fill="auto"/>
          </w:tcPr>
          <w:p w:rsidR="00102082" w:rsidRPr="008167A4" w:rsidRDefault="00102082" w:rsidP="00887F69">
            <w:pPr>
              <w:jc w:val="center"/>
              <w:rPr>
                <w:rFonts w:asciiTheme="majorBidi" w:hAnsiTheme="majorBidi" w:cstheme="majorBidi"/>
                <w:sz w:val="20"/>
                <w:szCs w:val="20"/>
                <w:lang w:bidi="hi-IN"/>
              </w:rPr>
            </w:pPr>
          </w:p>
        </w:tc>
      </w:tr>
    </w:tbl>
    <w:p w:rsidR="006C3417" w:rsidRDefault="006C3417" w:rsidP="00E102F4">
      <w:pPr>
        <w:spacing w:before="100" w:beforeAutospacing="1" w:after="100" w:afterAutospacing="1" w:line="240" w:lineRule="auto"/>
        <w:jc w:val="center"/>
        <w:outlineLvl w:val="0"/>
        <w:rPr>
          <w:rFonts w:ascii="Times New Roman" w:eastAsia="Times New Roman" w:hAnsi="Times New Roman"/>
          <w:b/>
          <w:bCs/>
          <w:kern w:val="36"/>
          <w:sz w:val="24"/>
          <w:szCs w:val="21"/>
          <w:lang w:bidi="hi-IN"/>
        </w:rPr>
      </w:pPr>
    </w:p>
    <w:p w:rsidR="00BC290B" w:rsidRDefault="00BC290B" w:rsidP="00E102F4">
      <w:pPr>
        <w:spacing w:before="100" w:beforeAutospacing="1" w:after="100" w:afterAutospacing="1" w:line="240" w:lineRule="auto"/>
        <w:jc w:val="center"/>
        <w:outlineLvl w:val="0"/>
        <w:rPr>
          <w:rFonts w:ascii="Times New Roman" w:eastAsia="Times New Roman" w:hAnsi="Times New Roman"/>
          <w:b/>
          <w:bCs/>
          <w:kern w:val="36"/>
          <w:sz w:val="24"/>
          <w:szCs w:val="21"/>
          <w:lang w:bidi="hi-IN"/>
        </w:rPr>
      </w:pPr>
    </w:p>
    <w:tbl>
      <w:tblPr>
        <w:tblStyle w:val="TableGrid"/>
        <w:tblW w:w="0" w:type="auto"/>
        <w:tblLook w:val="04A0"/>
      </w:tblPr>
      <w:tblGrid>
        <w:gridCol w:w="795"/>
        <w:gridCol w:w="2977"/>
        <w:gridCol w:w="1382"/>
        <w:gridCol w:w="2313"/>
        <w:gridCol w:w="1776"/>
      </w:tblGrid>
      <w:tr w:rsidR="00E545DF" w:rsidRPr="008167A4" w:rsidTr="008836EE">
        <w:trPr>
          <w:trHeight w:val="450"/>
        </w:trPr>
        <w:tc>
          <w:tcPr>
            <w:tcW w:w="9687" w:type="dxa"/>
            <w:gridSpan w:val="5"/>
          </w:tcPr>
          <w:p w:rsidR="00E545DF" w:rsidRPr="008167A4" w:rsidRDefault="00E545DF" w:rsidP="00093DD6">
            <w:pPr>
              <w:jc w:val="center"/>
              <w:rPr>
                <w:rFonts w:ascii="Times New Roman" w:eastAsia="Times New Roman" w:hAnsi="Times New Roman"/>
                <w:b/>
                <w:bCs/>
                <w:sz w:val="20"/>
                <w:szCs w:val="20"/>
                <w:lang w:bidi="hi-IN"/>
              </w:rPr>
            </w:pPr>
            <w:r w:rsidRPr="008167A4">
              <w:rPr>
                <w:rFonts w:ascii="Times New Roman" w:hAnsi="Times New Roman" w:cs="Mangal"/>
                <w:b/>
                <w:bCs/>
                <w:sz w:val="20"/>
                <w:szCs w:val="20"/>
                <w:cs/>
                <w:lang w:bidi="hi-IN"/>
              </w:rPr>
              <w:lastRenderedPageBreak/>
              <w:t>सत्र 2025</w:t>
            </w:r>
            <w:r w:rsidRPr="008167A4">
              <w:rPr>
                <w:rFonts w:ascii="Times New Roman" w:hAnsi="Times New Roman" w:cs="Mangal" w:hint="cs"/>
                <w:b/>
                <w:bCs/>
                <w:sz w:val="20"/>
                <w:szCs w:val="20"/>
                <w:cs/>
                <w:lang w:bidi="hi-IN"/>
              </w:rPr>
              <w:t xml:space="preserve">-26 मे </w:t>
            </w:r>
            <w:r w:rsidRPr="008167A4">
              <w:rPr>
                <w:rFonts w:cs="Mangal"/>
                <w:b/>
                <w:bCs/>
                <w:sz w:val="20"/>
                <w:szCs w:val="20"/>
                <w:cs/>
                <w:lang w:bidi="hi-IN"/>
              </w:rPr>
              <w:t>प्लेसमेंट</w:t>
            </w:r>
            <w:r w:rsidRPr="008167A4">
              <w:rPr>
                <w:rFonts w:ascii="Mangal" w:hAnsi="Mangal" w:cs="Mangal" w:hint="cs"/>
                <w:b/>
                <w:bCs/>
                <w:sz w:val="20"/>
                <w:szCs w:val="20"/>
                <w:cs/>
                <w:lang w:bidi="hi-IN"/>
              </w:rPr>
              <w:t xml:space="preserve"> कैम्प के माध्यम से चयनित विद्यार्थियों </w:t>
            </w:r>
            <w:r w:rsidRPr="008167A4">
              <w:rPr>
                <w:rFonts w:ascii="Times New Roman" w:hAnsi="Times New Roman" w:cs="Mangal" w:hint="cs"/>
                <w:b/>
                <w:bCs/>
                <w:sz w:val="20"/>
                <w:szCs w:val="20"/>
                <w:cs/>
                <w:lang w:bidi="hi-IN"/>
              </w:rPr>
              <w:t>की जानकारी :</w:t>
            </w:r>
          </w:p>
        </w:tc>
      </w:tr>
      <w:tr w:rsidR="00E545DF" w:rsidRPr="008167A4" w:rsidTr="00E545DF">
        <w:trPr>
          <w:trHeight w:val="960"/>
        </w:trPr>
        <w:tc>
          <w:tcPr>
            <w:tcW w:w="847" w:type="dxa"/>
          </w:tcPr>
          <w:p w:rsidR="00E545DF" w:rsidRPr="008167A4" w:rsidRDefault="00E545DF" w:rsidP="00093DD6">
            <w:pPr>
              <w:jc w:val="center"/>
              <w:rPr>
                <w:rFonts w:ascii="Times New Roman" w:eastAsia="Times New Roman" w:hAnsi="Times New Roman" w:cs="Mangal"/>
                <w:b/>
                <w:bCs/>
                <w:color w:val="000000"/>
                <w:sz w:val="20"/>
                <w:szCs w:val="20"/>
                <w:lang w:bidi="hi-IN"/>
              </w:rPr>
            </w:pPr>
            <w:proofErr w:type="spellStart"/>
            <w:r w:rsidRPr="008167A4">
              <w:rPr>
                <w:rFonts w:ascii="Times New Roman" w:eastAsia="Times New Roman" w:hAnsi="Times New Roman" w:cs="Mangal"/>
                <w:b/>
                <w:bCs/>
                <w:color w:val="000000"/>
                <w:sz w:val="20"/>
                <w:szCs w:val="20"/>
                <w:lang w:bidi="hi-IN"/>
              </w:rPr>
              <w:t>S.No</w:t>
            </w:r>
            <w:proofErr w:type="spellEnd"/>
            <w:r w:rsidRPr="008167A4">
              <w:rPr>
                <w:rFonts w:ascii="Times New Roman" w:eastAsia="Times New Roman" w:hAnsi="Times New Roman" w:cs="Mangal"/>
                <w:b/>
                <w:bCs/>
                <w:color w:val="000000"/>
                <w:sz w:val="20"/>
                <w:szCs w:val="20"/>
                <w:lang w:bidi="hi-IN"/>
              </w:rPr>
              <w:t>.</w:t>
            </w:r>
          </w:p>
          <w:p w:rsidR="00E545DF" w:rsidRPr="008167A4" w:rsidRDefault="00E545DF" w:rsidP="00093DD6">
            <w:pPr>
              <w:jc w:val="center"/>
              <w:rPr>
                <w:rFonts w:ascii="Times New Roman" w:eastAsia="Times New Roman" w:hAnsi="Times New Roman" w:cs="Times New Roman"/>
                <w:b/>
                <w:bCs/>
                <w:color w:val="000000"/>
                <w:sz w:val="20"/>
                <w:szCs w:val="20"/>
                <w:lang w:bidi="hi-IN"/>
              </w:rPr>
            </w:pPr>
          </w:p>
        </w:tc>
        <w:tc>
          <w:tcPr>
            <w:tcW w:w="2977"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Name of student placed  with his/her contact details</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Programme completed  </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Name of the  employer with contact details</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Pay package/Grade Pay/</w:t>
            </w:r>
            <w:proofErr w:type="spellStart"/>
            <w:r w:rsidRPr="008167A4">
              <w:rPr>
                <w:rFonts w:ascii="Times New Roman" w:eastAsia="Times New Roman" w:hAnsi="Times New Roman" w:cs="Times New Roman"/>
                <w:b/>
                <w:bCs/>
                <w:color w:val="000000"/>
                <w:sz w:val="20"/>
                <w:szCs w:val="20"/>
                <w:lang w:bidi="hi-IN"/>
              </w:rPr>
              <w:t>Sailary</w:t>
            </w:r>
            <w:proofErr w:type="spellEnd"/>
            <w:r w:rsidRPr="008167A4">
              <w:rPr>
                <w:rFonts w:ascii="Times New Roman" w:eastAsia="Times New Roman" w:hAnsi="Times New Roman" w:cs="Times New Roman"/>
                <w:b/>
                <w:bCs/>
                <w:color w:val="000000"/>
                <w:sz w:val="20"/>
                <w:szCs w:val="20"/>
                <w:lang w:bidi="hi-IN"/>
              </w:rPr>
              <w:t xml:space="preserve"> at the time of appointment</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Tarannum</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Dimple </w:t>
            </w:r>
            <w:proofErr w:type="spellStart"/>
            <w:r w:rsidRPr="008167A4">
              <w:rPr>
                <w:rFonts w:ascii="Times New Roman" w:eastAsia="Times New Roman" w:hAnsi="Times New Roman" w:cs="Times New Roman"/>
                <w:b/>
                <w:bCs/>
                <w:color w:val="000000"/>
                <w:sz w:val="20"/>
                <w:szCs w:val="20"/>
                <w:lang w:bidi="hi-IN"/>
              </w:rPr>
              <w:t>Dewangan</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3</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Yashmin</w:t>
            </w:r>
            <w:proofErr w:type="spellEnd"/>
            <w:r w:rsidRPr="008167A4">
              <w:rPr>
                <w:rFonts w:ascii="Times New Roman" w:eastAsia="Times New Roman" w:hAnsi="Times New Roman" w:cs="Times New Roman"/>
                <w:b/>
                <w:bCs/>
                <w:color w:val="000000"/>
                <w:sz w:val="20"/>
                <w:szCs w:val="20"/>
                <w:lang w:bidi="hi-IN"/>
              </w:rPr>
              <w:t xml:space="preserve"> Beg</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Kamlesh</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Padoti</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5</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Roshan</w:t>
            </w:r>
            <w:proofErr w:type="spellEnd"/>
            <w:r w:rsidRPr="008167A4">
              <w:rPr>
                <w:rFonts w:ascii="Times New Roman" w:eastAsia="Times New Roman" w:hAnsi="Times New Roman" w:cs="Times New Roman"/>
                <w:b/>
                <w:bCs/>
                <w:color w:val="000000"/>
                <w:sz w:val="20"/>
                <w:szCs w:val="20"/>
                <w:lang w:bidi="hi-IN"/>
              </w:rPr>
              <w:t xml:space="preserve"> Kumar</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6</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Rakesh</w:t>
            </w:r>
            <w:proofErr w:type="spellEnd"/>
            <w:r w:rsidRPr="008167A4">
              <w:rPr>
                <w:rFonts w:ascii="Times New Roman" w:eastAsia="Times New Roman" w:hAnsi="Times New Roman" w:cs="Times New Roman"/>
                <w:b/>
                <w:bCs/>
                <w:color w:val="000000"/>
                <w:sz w:val="20"/>
                <w:szCs w:val="20"/>
                <w:lang w:bidi="hi-IN"/>
              </w:rPr>
              <w:t xml:space="preserve"> Kumar</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7</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Chunni</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Lal</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Sinha</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8</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Shubham</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Sinha</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9</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Bhupendra</w:t>
            </w:r>
            <w:proofErr w:type="spellEnd"/>
            <w:r w:rsidRPr="008167A4">
              <w:rPr>
                <w:rFonts w:ascii="Times New Roman" w:eastAsia="Times New Roman" w:hAnsi="Times New Roman" w:cs="Times New Roman"/>
                <w:b/>
                <w:bCs/>
                <w:color w:val="000000"/>
                <w:sz w:val="20"/>
                <w:szCs w:val="20"/>
                <w:lang w:bidi="hi-IN"/>
              </w:rPr>
              <w:t xml:space="preserve"> Kumar</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B.A. III</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Drools India </w:t>
            </w:r>
            <w:proofErr w:type="spellStart"/>
            <w:r w:rsidRPr="008167A4">
              <w:rPr>
                <w:rFonts w:ascii="Times New Roman" w:eastAsia="Times New Roman" w:hAnsi="Times New Roman" w:cs="Times New Roman"/>
                <w:b/>
                <w:bCs/>
                <w:color w:val="000000"/>
                <w:sz w:val="20"/>
                <w:szCs w:val="20"/>
                <w:lang w:bidi="hi-IN"/>
              </w:rPr>
              <w:t>Pvt</w:t>
            </w:r>
            <w:proofErr w:type="spellEnd"/>
            <w:r w:rsidRPr="008167A4">
              <w:rPr>
                <w:rFonts w:ascii="Times New Roman" w:eastAsia="Times New Roman" w:hAnsi="Times New Roman" w:cs="Times New Roman"/>
                <w:b/>
                <w:bCs/>
                <w:color w:val="000000"/>
                <w:sz w:val="20"/>
                <w:szCs w:val="20"/>
                <w:lang w:bidi="hi-IN"/>
              </w:rPr>
              <w:t xml:space="preserve"> Ltd</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10</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Takeshwari</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B.Sc.III</w:t>
            </w:r>
            <w:proofErr w:type="spellEnd"/>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Siddhachalam</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Envirotech</w:t>
            </w:r>
            <w:proofErr w:type="spellEnd"/>
            <w:r w:rsidRPr="008167A4">
              <w:rPr>
                <w:rFonts w:ascii="Times New Roman" w:eastAsia="Times New Roman" w:hAnsi="Times New Roman" w:cs="Times New Roman"/>
                <w:b/>
                <w:bCs/>
                <w:color w:val="000000"/>
                <w:sz w:val="20"/>
                <w:szCs w:val="20"/>
                <w:lang w:bidi="hi-IN"/>
              </w:rPr>
              <w:t xml:space="preserve"> LPP Raipur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11</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Tripti</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Physics</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12</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Likeshwar</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Physics</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13</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Sharaddha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Meshram</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14</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Priyanka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15</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Sandeep</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16</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Suman</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17</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Tanisha</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18</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Neha</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6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19</w:t>
            </w:r>
          </w:p>
        </w:tc>
        <w:tc>
          <w:tcPr>
            <w:tcW w:w="2977"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Tannu</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B.Sc.III</w:t>
            </w:r>
            <w:proofErr w:type="spellEnd"/>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Muthoot</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Microfin,Kochi</w:t>
            </w:r>
            <w:proofErr w:type="spellEnd"/>
            <w:r w:rsidRPr="008167A4">
              <w:rPr>
                <w:rFonts w:ascii="Times New Roman" w:eastAsia="Times New Roman" w:hAnsi="Times New Roman" w:cs="Times New Roman"/>
                <w:b/>
                <w:bCs/>
                <w:color w:val="000000"/>
                <w:sz w:val="20"/>
                <w:szCs w:val="20"/>
                <w:lang w:bidi="hi-IN"/>
              </w:rPr>
              <w:t xml:space="preserve"> (India)</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19000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20</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Nagendra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Kuma</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Physics</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21</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Manju</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22</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Shradhha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Meshram</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23</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Priyanaka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Lautre</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24</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Neha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25</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Khileshwari</w:t>
            </w:r>
            <w:proofErr w:type="spellEnd"/>
            <w:r w:rsidRPr="008167A4">
              <w:rPr>
                <w:rFonts w:ascii="Times New Roman" w:eastAsia="Times New Roman" w:hAnsi="Times New Roman" w:cs="Times New Roman"/>
                <w:b/>
                <w:bCs/>
                <w:color w:val="000000"/>
                <w:sz w:val="20"/>
                <w:szCs w:val="20"/>
                <w:lang w:bidi="hi-IN"/>
              </w:rPr>
              <w:t xml:space="preserve"> Patel</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26</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Bhanu</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Chandel</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27</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Poornima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lastRenderedPageBreak/>
              <w:t>28</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Pranjali</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29</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Veena</w:t>
            </w:r>
            <w:proofErr w:type="spellEnd"/>
            <w:r w:rsidRPr="008167A4">
              <w:rPr>
                <w:rFonts w:ascii="Times New Roman" w:eastAsia="Times New Roman" w:hAnsi="Times New Roman" w:cs="Times New Roman"/>
                <w:b/>
                <w:bCs/>
                <w:color w:val="000000"/>
                <w:sz w:val="20"/>
                <w:szCs w:val="20"/>
                <w:lang w:bidi="hi-IN"/>
              </w:rPr>
              <w:t xml:space="preserve"> Patel</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30</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Yamini</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Kumbhakar</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31</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Reshma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Verma</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32</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Ankita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Gajbhiye</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33</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Anju</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Sahu</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300"/>
        </w:trPr>
        <w:tc>
          <w:tcPr>
            <w:tcW w:w="847" w:type="dxa"/>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34</w:t>
            </w:r>
          </w:p>
        </w:tc>
        <w:tc>
          <w:tcPr>
            <w:tcW w:w="2977" w:type="dxa"/>
            <w:noWrap/>
            <w:hideMark/>
          </w:tcPr>
          <w:p w:rsidR="00E545DF" w:rsidRPr="008167A4" w:rsidRDefault="00E545DF" w:rsidP="00093DD6">
            <w:pPr>
              <w:rPr>
                <w:rFonts w:ascii="Times New Roman" w:eastAsia="Times New Roman" w:hAnsi="Times New Roman" w:cs="Times New Roman"/>
                <w:b/>
                <w:bCs/>
                <w:color w:val="000000"/>
                <w:sz w:val="20"/>
                <w:szCs w:val="20"/>
                <w:lang w:bidi="hi-IN"/>
              </w:rPr>
            </w:pPr>
            <w:proofErr w:type="spellStart"/>
            <w:r w:rsidRPr="008167A4">
              <w:rPr>
                <w:rFonts w:ascii="Times New Roman" w:eastAsia="Times New Roman" w:hAnsi="Times New Roman" w:cs="Times New Roman"/>
                <w:b/>
                <w:bCs/>
                <w:color w:val="000000"/>
                <w:sz w:val="20"/>
                <w:szCs w:val="20"/>
                <w:lang w:bidi="hi-IN"/>
              </w:rPr>
              <w:t>Girija</w:t>
            </w:r>
            <w:proofErr w:type="spellEnd"/>
            <w:r w:rsidRPr="008167A4">
              <w:rPr>
                <w:rFonts w:ascii="Times New Roman" w:eastAsia="Times New Roman" w:hAnsi="Times New Roman" w:cs="Times New Roman"/>
                <w:b/>
                <w:bCs/>
                <w:color w:val="000000"/>
                <w:sz w:val="20"/>
                <w:szCs w:val="20"/>
                <w:lang w:bidi="hi-IN"/>
              </w:rPr>
              <w:t xml:space="preserve"> </w:t>
            </w:r>
            <w:proofErr w:type="spellStart"/>
            <w:r w:rsidRPr="008167A4">
              <w:rPr>
                <w:rFonts w:ascii="Times New Roman" w:eastAsia="Times New Roman" w:hAnsi="Times New Roman" w:cs="Times New Roman"/>
                <w:b/>
                <w:bCs/>
                <w:color w:val="000000"/>
                <w:sz w:val="20"/>
                <w:szCs w:val="20"/>
                <w:lang w:bidi="hi-IN"/>
              </w:rPr>
              <w:t>Verma</w:t>
            </w:r>
            <w:proofErr w:type="spellEnd"/>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M.Sc. Chemistry</w:t>
            </w:r>
          </w:p>
        </w:tc>
        <w:tc>
          <w:tcPr>
            <w:tcW w:w="2644" w:type="dxa"/>
            <w:hideMark/>
          </w:tcPr>
          <w:p w:rsidR="00E545DF" w:rsidRPr="008167A4" w:rsidRDefault="00E545DF" w:rsidP="00093DD6">
            <w:pP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Vedanta - </w:t>
            </w:r>
            <w:proofErr w:type="spellStart"/>
            <w:r w:rsidRPr="008167A4">
              <w:rPr>
                <w:rFonts w:ascii="Times New Roman" w:eastAsia="Times New Roman" w:hAnsi="Times New Roman" w:cs="Times New Roman"/>
                <w:b/>
                <w:bCs/>
                <w:color w:val="000000"/>
                <w:sz w:val="20"/>
                <w:szCs w:val="20"/>
                <w:lang w:bidi="hi-IN"/>
              </w:rPr>
              <w:t>BALCO,Korba</w:t>
            </w:r>
            <w:proofErr w:type="spellEnd"/>
            <w:r w:rsidRPr="008167A4">
              <w:rPr>
                <w:rFonts w:ascii="Times New Roman" w:eastAsia="Times New Roman" w:hAnsi="Times New Roman" w:cs="Times New Roman"/>
                <w:b/>
                <w:bCs/>
                <w:color w:val="000000"/>
                <w:sz w:val="20"/>
                <w:szCs w:val="20"/>
                <w:lang w:bidi="hi-IN"/>
              </w:rPr>
              <w:t xml:space="preserve"> (C.G.)</w:t>
            </w:r>
          </w:p>
        </w:tc>
        <w:tc>
          <w:tcPr>
            <w:tcW w:w="1776" w:type="dxa"/>
            <w:noWrap/>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45000</w:t>
            </w:r>
          </w:p>
        </w:tc>
      </w:tr>
      <w:tr w:rsidR="00E545DF" w:rsidRPr="008167A4" w:rsidTr="00E545DF">
        <w:trPr>
          <w:trHeight w:val="450"/>
        </w:trPr>
        <w:tc>
          <w:tcPr>
            <w:tcW w:w="847" w:type="dxa"/>
          </w:tcPr>
          <w:p w:rsidR="00E545DF" w:rsidRPr="008167A4" w:rsidRDefault="00E545DF" w:rsidP="00093DD6">
            <w:pPr>
              <w:jc w:val="right"/>
              <w:rPr>
                <w:rFonts w:ascii="Times New Roman" w:eastAsia="Times New Roman" w:hAnsi="Times New Roman" w:cs="Times New Roman"/>
                <w:b/>
                <w:bCs/>
                <w:color w:val="000000"/>
                <w:sz w:val="20"/>
                <w:szCs w:val="20"/>
                <w:lang w:bidi="hi-IN"/>
              </w:rPr>
            </w:pPr>
          </w:p>
        </w:tc>
        <w:tc>
          <w:tcPr>
            <w:tcW w:w="2977" w:type="dxa"/>
            <w:hideMark/>
          </w:tcPr>
          <w:p w:rsidR="00E545DF" w:rsidRPr="008167A4" w:rsidRDefault="00E545DF" w:rsidP="00093DD6">
            <w:pPr>
              <w:jc w:val="right"/>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w:t>
            </w:r>
          </w:p>
        </w:tc>
        <w:tc>
          <w:tcPr>
            <w:tcW w:w="1443"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w:t>
            </w:r>
          </w:p>
        </w:tc>
        <w:tc>
          <w:tcPr>
            <w:tcW w:w="2644" w:type="dxa"/>
            <w:hideMark/>
          </w:tcPr>
          <w:p w:rsidR="00E545DF" w:rsidRPr="008167A4" w:rsidRDefault="00E545DF" w:rsidP="00093DD6">
            <w:pPr>
              <w:jc w:val="right"/>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 xml:space="preserve"> Total = </w:t>
            </w:r>
          </w:p>
        </w:tc>
        <w:tc>
          <w:tcPr>
            <w:tcW w:w="1776" w:type="dxa"/>
            <w:hideMark/>
          </w:tcPr>
          <w:p w:rsidR="00E545DF" w:rsidRPr="008167A4" w:rsidRDefault="00E545DF" w:rsidP="00093DD6">
            <w:pPr>
              <w:jc w:val="center"/>
              <w:rPr>
                <w:rFonts w:ascii="Times New Roman" w:eastAsia="Times New Roman" w:hAnsi="Times New Roman" w:cs="Times New Roman"/>
                <w:b/>
                <w:bCs/>
                <w:color w:val="000000"/>
                <w:sz w:val="20"/>
                <w:szCs w:val="20"/>
                <w:lang w:bidi="hi-IN"/>
              </w:rPr>
            </w:pPr>
            <w:r w:rsidRPr="008167A4">
              <w:rPr>
                <w:rFonts w:ascii="Times New Roman" w:eastAsia="Times New Roman" w:hAnsi="Times New Roman" w:cs="Times New Roman"/>
                <w:b/>
                <w:bCs/>
                <w:color w:val="000000"/>
                <w:sz w:val="20"/>
                <w:szCs w:val="20"/>
                <w:lang w:bidi="hi-IN"/>
              </w:rPr>
              <w:t>1174000</w:t>
            </w:r>
          </w:p>
        </w:tc>
      </w:tr>
    </w:tbl>
    <w:p w:rsidR="00BC290B" w:rsidRDefault="00BC290B" w:rsidP="00093DD6">
      <w:pPr>
        <w:spacing w:after="100" w:afterAutospacing="1" w:line="240" w:lineRule="auto"/>
        <w:jc w:val="center"/>
        <w:outlineLvl w:val="0"/>
        <w:rPr>
          <w:rFonts w:ascii="Times New Roman" w:eastAsia="Times New Roman" w:hAnsi="Times New Roman"/>
          <w:b/>
          <w:bCs/>
          <w:kern w:val="36"/>
          <w:sz w:val="24"/>
          <w:szCs w:val="21"/>
          <w:lang w:bidi="hi-IN"/>
        </w:rPr>
      </w:pPr>
    </w:p>
    <w:p w:rsidR="00BC290B" w:rsidRDefault="00BC290B" w:rsidP="00093DD6">
      <w:pPr>
        <w:spacing w:after="100" w:afterAutospacing="1" w:line="240" w:lineRule="auto"/>
        <w:jc w:val="center"/>
        <w:outlineLvl w:val="0"/>
        <w:rPr>
          <w:rFonts w:ascii="Times New Roman" w:eastAsia="Times New Roman" w:hAnsi="Times New Roman"/>
          <w:b/>
          <w:bCs/>
          <w:kern w:val="36"/>
          <w:sz w:val="24"/>
          <w:szCs w:val="21"/>
          <w:lang w:bidi="hi-IN"/>
        </w:rPr>
      </w:pPr>
    </w:p>
    <w:p w:rsidR="00BC290B" w:rsidRDefault="00BC290B" w:rsidP="00093DD6">
      <w:pPr>
        <w:spacing w:after="100" w:afterAutospacing="1" w:line="240" w:lineRule="auto"/>
        <w:jc w:val="center"/>
        <w:outlineLvl w:val="0"/>
        <w:rPr>
          <w:rFonts w:ascii="Times New Roman" w:eastAsia="Times New Roman" w:hAnsi="Times New Roman"/>
          <w:b/>
          <w:bCs/>
          <w:kern w:val="36"/>
          <w:sz w:val="24"/>
          <w:szCs w:val="21"/>
          <w:lang w:bidi="hi-IN"/>
        </w:rPr>
      </w:pPr>
    </w:p>
    <w:p w:rsidR="00E545DF" w:rsidRPr="00E545DF" w:rsidRDefault="00B52972" w:rsidP="00093DD6">
      <w:pPr>
        <w:spacing w:after="100" w:afterAutospacing="1" w:line="240" w:lineRule="auto"/>
        <w:jc w:val="center"/>
        <w:outlineLvl w:val="0"/>
        <w:rPr>
          <w:rFonts w:ascii="Times New Roman" w:eastAsia="Times New Roman" w:hAnsi="Times New Roman"/>
          <w:b/>
          <w:bCs/>
          <w:kern w:val="36"/>
          <w:sz w:val="24"/>
          <w:szCs w:val="21"/>
          <w:lang w:bidi="hi-IN"/>
        </w:rPr>
      </w:pPr>
      <w:r>
        <w:rPr>
          <w:rFonts w:ascii="Times New Roman" w:eastAsia="Times New Roman" w:hAnsi="Times New Roman"/>
          <w:b/>
          <w:bCs/>
          <w:kern w:val="36"/>
          <w:sz w:val="24"/>
          <w:szCs w:val="21"/>
          <w:lang w:bidi="hi-IN"/>
        </w:rPr>
        <w:t>--------0-------0--------0---------</w:t>
      </w:r>
    </w:p>
    <w:sectPr w:rsidR="00E545DF" w:rsidRPr="00E545DF" w:rsidSect="00AB4D58">
      <w:pgSz w:w="11907" w:h="16839" w:code="9"/>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E91940"/>
    <w:multiLevelType w:val="hybridMultilevel"/>
    <w:tmpl w:val="DB2E0FD4"/>
    <w:lvl w:ilvl="0" w:tplc="DE3C45D8">
      <w:start w:val="1"/>
      <w:numFmt w:val="decimal"/>
      <w:lvlText w:val="%1."/>
      <w:lvlJc w:val="left"/>
      <w:pPr>
        <w:ind w:left="720" w:hanging="360"/>
      </w:pPr>
      <w:rPr>
        <w:rFonts w:cs="Mang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6F18C5"/>
    <w:multiLevelType w:val="multilevel"/>
    <w:tmpl w:val="C9E6F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F2701B"/>
    <w:multiLevelType w:val="hybridMultilevel"/>
    <w:tmpl w:val="40EC3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887A03"/>
    <w:multiLevelType w:val="multilevel"/>
    <w:tmpl w:val="1C2E5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D06F05"/>
    <w:multiLevelType w:val="hybridMultilevel"/>
    <w:tmpl w:val="E7924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D3532A"/>
    <w:multiLevelType w:val="hybridMultilevel"/>
    <w:tmpl w:val="EE5E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A4472D"/>
    <w:multiLevelType w:val="multilevel"/>
    <w:tmpl w:val="B4B4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1C6235"/>
    <w:multiLevelType w:val="hybridMultilevel"/>
    <w:tmpl w:val="B0147A34"/>
    <w:lvl w:ilvl="0" w:tplc="15689D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1747A"/>
    <w:multiLevelType w:val="hybridMultilevel"/>
    <w:tmpl w:val="EFCE5D4E"/>
    <w:lvl w:ilvl="0" w:tplc="5D667604">
      <w:start w:val="1"/>
      <w:numFmt w:val="decimal"/>
      <w:lvlText w:val="%1."/>
      <w:lvlJc w:val="left"/>
      <w:pPr>
        <w:ind w:left="2062"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E81AAD"/>
    <w:multiLevelType w:val="hybridMultilevel"/>
    <w:tmpl w:val="0A9A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987EA2"/>
    <w:multiLevelType w:val="multilevel"/>
    <w:tmpl w:val="C0CCD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F3F7249"/>
    <w:multiLevelType w:val="hybridMultilevel"/>
    <w:tmpl w:val="30E4F0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8"/>
  </w:num>
  <w:num w:numId="11">
    <w:abstractNumId w:val="13"/>
  </w:num>
  <w:num w:numId="12">
    <w:abstractNumId w:val="11"/>
  </w:num>
  <w:num w:numId="13">
    <w:abstractNumId w:val="15"/>
  </w:num>
  <w:num w:numId="14">
    <w:abstractNumId w:val="19"/>
  </w:num>
  <w:num w:numId="15">
    <w:abstractNumId w:val="12"/>
  </w:num>
  <w:num w:numId="16">
    <w:abstractNumId w:val="10"/>
  </w:num>
  <w:num w:numId="17">
    <w:abstractNumId w:val="20"/>
  </w:num>
  <w:num w:numId="18">
    <w:abstractNumId w:val="16"/>
  </w:num>
  <w:num w:numId="19">
    <w:abstractNumId w:val="9"/>
  </w:num>
  <w:num w:numId="20">
    <w:abstractNumId w:val="17"/>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20"/>
  <w:drawingGridHorizontalSpacing w:val="110"/>
  <w:displayHorizontalDrawingGridEvery w:val="2"/>
  <w:characterSpacingControl w:val="doNotCompress"/>
  <w:compat>
    <w:useFELayout/>
  </w:compat>
  <w:rsids>
    <w:rsidRoot w:val="00B47730"/>
    <w:rsid w:val="00016EC4"/>
    <w:rsid w:val="000277B3"/>
    <w:rsid w:val="00034616"/>
    <w:rsid w:val="0006063C"/>
    <w:rsid w:val="00065108"/>
    <w:rsid w:val="00075C49"/>
    <w:rsid w:val="00084E2E"/>
    <w:rsid w:val="00093DD6"/>
    <w:rsid w:val="000D6277"/>
    <w:rsid w:val="000E0D1C"/>
    <w:rsid w:val="00102082"/>
    <w:rsid w:val="00116A63"/>
    <w:rsid w:val="00122B27"/>
    <w:rsid w:val="0012564D"/>
    <w:rsid w:val="00127529"/>
    <w:rsid w:val="0015074B"/>
    <w:rsid w:val="00176109"/>
    <w:rsid w:val="00182883"/>
    <w:rsid w:val="0018357B"/>
    <w:rsid w:val="001B7605"/>
    <w:rsid w:val="001F01AD"/>
    <w:rsid w:val="001F05A2"/>
    <w:rsid w:val="001F1C61"/>
    <w:rsid w:val="00202C74"/>
    <w:rsid w:val="002335E7"/>
    <w:rsid w:val="00295A34"/>
    <w:rsid w:val="0029639D"/>
    <w:rsid w:val="00296FD3"/>
    <w:rsid w:val="00322821"/>
    <w:rsid w:val="00326F90"/>
    <w:rsid w:val="003608FD"/>
    <w:rsid w:val="003C5A5A"/>
    <w:rsid w:val="003D4F3E"/>
    <w:rsid w:val="0041608E"/>
    <w:rsid w:val="004408E6"/>
    <w:rsid w:val="00453D30"/>
    <w:rsid w:val="00493796"/>
    <w:rsid w:val="004B550A"/>
    <w:rsid w:val="004E03B0"/>
    <w:rsid w:val="005536D6"/>
    <w:rsid w:val="00565BA2"/>
    <w:rsid w:val="005664C8"/>
    <w:rsid w:val="00587BC4"/>
    <w:rsid w:val="005B4FB4"/>
    <w:rsid w:val="005C7DA8"/>
    <w:rsid w:val="005E095E"/>
    <w:rsid w:val="005E5CCC"/>
    <w:rsid w:val="005F214A"/>
    <w:rsid w:val="005F3503"/>
    <w:rsid w:val="005F4900"/>
    <w:rsid w:val="00615E8E"/>
    <w:rsid w:val="00627871"/>
    <w:rsid w:val="00663ACA"/>
    <w:rsid w:val="006874AF"/>
    <w:rsid w:val="00687D1F"/>
    <w:rsid w:val="006A5FDA"/>
    <w:rsid w:val="006C3417"/>
    <w:rsid w:val="006C3422"/>
    <w:rsid w:val="00736351"/>
    <w:rsid w:val="00753CF4"/>
    <w:rsid w:val="00754ADE"/>
    <w:rsid w:val="00762169"/>
    <w:rsid w:val="0076363A"/>
    <w:rsid w:val="00773335"/>
    <w:rsid w:val="0077461F"/>
    <w:rsid w:val="007B75D9"/>
    <w:rsid w:val="007C6BFF"/>
    <w:rsid w:val="007D3BA2"/>
    <w:rsid w:val="007D40EA"/>
    <w:rsid w:val="007E1891"/>
    <w:rsid w:val="007F4464"/>
    <w:rsid w:val="00805CA5"/>
    <w:rsid w:val="008167A4"/>
    <w:rsid w:val="00820D16"/>
    <w:rsid w:val="00821DF7"/>
    <w:rsid w:val="0084100B"/>
    <w:rsid w:val="008542CB"/>
    <w:rsid w:val="00887F69"/>
    <w:rsid w:val="008A783C"/>
    <w:rsid w:val="008C068D"/>
    <w:rsid w:val="0090511F"/>
    <w:rsid w:val="00910888"/>
    <w:rsid w:val="00933A94"/>
    <w:rsid w:val="00945482"/>
    <w:rsid w:val="009651A4"/>
    <w:rsid w:val="009C3935"/>
    <w:rsid w:val="009F2AC1"/>
    <w:rsid w:val="00A11ED5"/>
    <w:rsid w:val="00A31360"/>
    <w:rsid w:val="00A91134"/>
    <w:rsid w:val="00AA1D8D"/>
    <w:rsid w:val="00AB25C5"/>
    <w:rsid w:val="00AB4D58"/>
    <w:rsid w:val="00AC45A6"/>
    <w:rsid w:val="00B0475F"/>
    <w:rsid w:val="00B1752C"/>
    <w:rsid w:val="00B438E9"/>
    <w:rsid w:val="00B47730"/>
    <w:rsid w:val="00B52972"/>
    <w:rsid w:val="00B94EE3"/>
    <w:rsid w:val="00BC263F"/>
    <w:rsid w:val="00BC290B"/>
    <w:rsid w:val="00BD307D"/>
    <w:rsid w:val="00BE27BF"/>
    <w:rsid w:val="00C107A1"/>
    <w:rsid w:val="00C11FDD"/>
    <w:rsid w:val="00C13E99"/>
    <w:rsid w:val="00C535F6"/>
    <w:rsid w:val="00CA2022"/>
    <w:rsid w:val="00CA510A"/>
    <w:rsid w:val="00CB0664"/>
    <w:rsid w:val="00CB28B0"/>
    <w:rsid w:val="00CC0C5A"/>
    <w:rsid w:val="00CC428C"/>
    <w:rsid w:val="00CC6E1F"/>
    <w:rsid w:val="00D3149E"/>
    <w:rsid w:val="00D36A66"/>
    <w:rsid w:val="00D4444E"/>
    <w:rsid w:val="00D474D2"/>
    <w:rsid w:val="00D616EE"/>
    <w:rsid w:val="00D73AFF"/>
    <w:rsid w:val="00D77189"/>
    <w:rsid w:val="00DC1412"/>
    <w:rsid w:val="00DC4DD2"/>
    <w:rsid w:val="00E102F4"/>
    <w:rsid w:val="00E545DF"/>
    <w:rsid w:val="00E73DA5"/>
    <w:rsid w:val="00E7789D"/>
    <w:rsid w:val="00E946FB"/>
    <w:rsid w:val="00E94DEE"/>
    <w:rsid w:val="00EC317F"/>
    <w:rsid w:val="00EC3E46"/>
    <w:rsid w:val="00EC551F"/>
    <w:rsid w:val="00ED53B9"/>
    <w:rsid w:val="00EE012E"/>
    <w:rsid w:val="00EF19E9"/>
    <w:rsid w:val="00F07F89"/>
    <w:rsid w:val="00F12545"/>
    <w:rsid w:val="00F5325B"/>
    <w:rsid w:val="00F63F94"/>
    <w:rsid w:val="00F867D5"/>
    <w:rsid w:val="00FA3492"/>
    <w:rsid w:val="00FB007C"/>
    <w:rsid w:val="00FC693F"/>
    <w:rsid w:val="00FF18EA"/>
    <w:rsid w:val="00FF6CA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E1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2F4"/>
    <w:rPr>
      <w:rFonts w:ascii="Tahoma" w:hAnsi="Tahoma" w:cs="Tahoma"/>
      <w:sz w:val="16"/>
      <w:szCs w:val="16"/>
    </w:rPr>
  </w:style>
  <w:style w:type="paragraph" w:styleId="NormalWeb">
    <w:name w:val="Normal (Web)"/>
    <w:basedOn w:val="Normal"/>
    <w:uiPriority w:val="99"/>
    <w:unhideWhenUsed/>
    <w:rsid w:val="00587BC4"/>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2583816">
      <w:bodyDiv w:val="1"/>
      <w:marLeft w:val="0"/>
      <w:marRight w:val="0"/>
      <w:marTop w:val="0"/>
      <w:marBottom w:val="0"/>
      <w:divBdr>
        <w:top w:val="none" w:sz="0" w:space="0" w:color="auto"/>
        <w:left w:val="none" w:sz="0" w:space="0" w:color="auto"/>
        <w:bottom w:val="none" w:sz="0" w:space="0" w:color="auto"/>
        <w:right w:val="none" w:sz="0" w:space="0" w:color="auto"/>
      </w:divBdr>
    </w:div>
    <w:div w:id="59914716">
      <w:bodyDiv w:val="1"/>
      <w:marLeft w:val="0"/>
      <w:marRight w:val="0"/>
      <w:marTop w:val="0"/>
      <w:marBottom w:val="0"/>
      <w:divBdr>
        <w:top w:val="none" w:sz="0" w:space="0" w:color="auto"/>
        <w:left w:val="none" w:sz="0" w:space="0" w:color="auto"/>
        <w:bottom w:val="none" w:sz="0" w:space="0" w:color="auto"/>
        <w:right w:val="none" w:sz="0" w:space="0" w:color="auto"/>
      </w:divBdr>
    </w:div>
    <w:div w:id="100682871">
      <w:bodyDiv w:val="1"/>
      <w:marLeft w:val="0"/>
      <w:marRight w:val="0"/>
      <w:marTop w:val="0"/>
      <w:marBottom w:val="0"/>
      <w:divBdr>
        <w:top w:val="none" w:sz="0" w:space="0" w:color="auto"/>
        <w:left w:val="none" w:sz="0" w:space="0" w:color="auto"/>
        <w:bottom w:val="none" w:sz="0" w:space="0" w:color="auto"/>
        <w:right w:val="none" w:sz="0" w:space="0" w:color="auto"/>
      </w:divBdr>
    </w:div>
    <w:div w:id="221065268">
      <w:bodyDiv w:val="1"/>
      <w:marLeft w:val="0"/>
      <w:marRight w:val="0"/>
      <w:marTop w:val="0"/>
      <w:marBottom w:val="0"/>
      <w:divBdr>
        <w:top w:val="none" w:sz="0" w:space="0" w:color="auto"/>
        <w:left w:val="none" w:sz="0" w:space="0" w:color="auto"/>
        <w:bottom w:val="none" w:sz="0" w:space="0" w:color="auto"/>
        <w:right w:val="none" w:sz="0" w:space="0" w:color="auto"/>
      </w:divBdr>
      <w:divsChild>
        <w:div w:id="541332465">
          <w:marLeft w:val="0"/>
          <w:marRight w:val="0"/>
          <w:marTop w:val="0"/>
          <w:marBottom w:val="0"/>
          <w:divBdr>
            <w:top w:val="none" w:sz="0" w:space="0" w:color="auto"/>
            <w:left w:val="none" w:sz="0" w:space="0" w:color="auto"/>
            <w:bottom w:val="none" w:sz="0" w:space="0" w:color="auto"/>
            <w:right w:val="none" w:sz="0" w:space="0" w:color="auto"/>
          </w:divBdr>
          <w:divsChild>
            <w:div w:id="686515895">
              <w:marLeft w:val="0"/>
              <w:marRight w:val="0"/>
              <w:marTop w:val="0"/>
              <w:marBottom w:val="0"/>
              <w:divBdr>
                <w:top w:val="none" w:sz="0" w:space="0" w:color="auto"/>
                <w:left w:val="none" w:sz="0" w:space="0" w:color="auto"/>
                <w:bottom w:val="none" w:sz="0" w:space="0" w:color="auto"/>
                <w:right w:val="none" w:sz="0" w:space="0" w:color="auto"/>
              </w:divBdr>
              <w:divsChild>
                <w:div w:id="1905218173">
                  <w:marLeft w:val="0"/>
                  <w:marRight w:val="0"/>
                  <w:marTop w:val="0"/>
                  <w:marBottom w:val="0"/>
                  <w:divBdr>
                    <w:top w:val="none" w:sz="0" w:space="0" w:color="auto"/>
                    <w:left w:val="none" w:sz="0" w:space="0" w:color="auto"/>
                    <w:bottom w:val="none" w:sz="0" w:space="0" w:color="auto"/>
                    <w:right w:val="none" w:sz="0" w:space="0" w:color="auto"/>
                  </w:divBdr>
                  <w:divsChild>
                    <w:div w:id="1903173687">
                      <w:marLeft w:val="0"/>
                      <w:marRight w:val="0"/>
                      <w:marTop w:val="0"/>
                      <w:marBottom w:val="0"/>
                      <w:divBdr>
                        <w:top w:val="none" w:sz="0" w:space="0" w:color="auto"/>
                        <w:left w:val="none" w:sz="0" w:space="0" w:color="auto"/>
                        <w:bottom w:val="none" w:sz="0" w:space="0" w:color="auto"/>
                        <w:right w:val="none" w:sz="0" w:space="0" w:color="auto"/>
                      </w:divBdr>
                      <w:divsChild>
                        <w:div w:id="1979916333">
                          <w:marLeft w:val="0"/>
                          <w:marRight w:val="0"/>
                          <w:marTop w:val="0"/>
                          <w:marBottom w:val="0"/>
                          <w:divBdr>
                            <w:top w:val="none" w:sz="0" w:space="0" w:color="auto"/>
                            <w:left w:val="none" w:sz="0" w:space="0" w:color="auto"/>
                            <w:bottom w:val="none" w:sz="0" w:space="0" w:color="auto"/>
                            <w:right w:val="none" w:sz="0" w:space="0" w:color="auto"/>
                          </w:divBdr>
                          <w:divsChild>
                            <w:div w:id="11838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394159">
      <w:bodyDiv w:val="1"/>
      <w:marLeft w:val="0"/>
      <w:marRight w:val="0"/>
      <w:marTop w:val="0"/>
      <w:marBottom w:val="0"/>
      <w:divBdr>
        <w:top w:val="none" w:sz="0" w:space="0" w:color="auto"/>
        <w:left w:val="none" w:sz="0" w:space="0" w:color="auto"/>
        <w:bottom w:val="none" w:sz="0" w:space="0" w:color="auto"/>
        <w:right w:val="none" w:sz="0" w:space="0" w:color="auto"/>
      </w:divBdr>
    </w:div>
    <w:div w:id="343096842">
      <w:bodyDiv w:val="1"/>
      <w:marLeft w:val="0"/>
      <w:marRight w:val="0"/>
      <w:marTop w:val="0"/>
      <w:marBottom w:val="0"/>
      <w:divBdr>
        <w:top w:val="none" w:sz="0" w:space="0" w:color="auto"/>
        <w:left w:val="none" w:sz="0" w:space="0" w:color="auto"/>
        <w:bottom w:val="none" w:sz="0" w:space="0" w:color="auto"/>
        <w:right w:val="none" w:sz="0" w:space="0" w:color="auto"/>
      </w:divBdr>
    </w:div>
    <w:div w:id="395015960">
      <w:bodyDiv w:val="1"/>
      <w:marLeft w:val="0"/>
      <w:marRight w:val="0"/>
      <w:marTop w:val="0"/>
      <w:marBottom w:val="0"/>
      <w:divBdr>
        <w:top w:val="none" w:sz="0" w:space="0" w:color="auto"/>
        <w:left w:val="none" w:sz="0" w:space="0" w:color="auto"/>
        <w:bottom w:val="none" w:sz="0" w:space="0" w:color="auto"/>
        <w:right w:val="none" w:sz="0" w:space="0" w:color="auto"/>
      </w:divBdr>
    </w:div>
    <w:div w:id="395205510">
      <w:bodyDiv w:val="1"/>
      <w:marLeft w:val="0"/>
      <w:marRight w:val="0"/>
      <w:marTop w:val="0"/>
      <w:marBottom w:val="0"/>
      <w:divBdr>
        <w:top w:val="none" w:sz="0" w:space="0" w:color="auto"/>
        <w:left w:val="none" w:sz="0" w:space="0" w:color="auto"/>
        <w:bottom w:val="none" w:sz="0" w:space="0" w:color="auto"/>
        <w:right w:val="none" w:sz="0" w:space="0" w:color="auto"/>
      </w:divBdr>
    </w:div>
    <w:div w:id="424155823">
      <w:bodyDiv w:val="1"/>
      <w:marLeft w:val="0"/>
      <w:marRight w:val="0"/>
      <w:marTop w:val="0"/>
      <w:marBottom w:val="0"/>
      <w:divBdr>
        <w:top w:val="none" w:sz="0" w:space="0" w:color="auto"/>
        <w:left w:val="none" w:sz="0" w:space="0" w:color="auto"/>
        <w:bottom w:val="none" w:sz="0" w:space="0" w:color="auto"/>
        <w:right w:val="none" w:sz="0" w:space="0" w:color="auto"/>
      </w:divBdr>
    </w:div>
    <w:div w:id="430856596">
      <w:bodyDiv w:val="1"/>
      <w:marLeft w:val="0"/>
      <w:marRight w:val="0"/>
      <w:marTop w:val="0"/>
      <w:marBottom w:val="0"/>
      <w:divBdr>
        <w:top w:val="none" w:sz="0" w:space="0" w:color="auto"/>
        <w:left w:val="none" w:sz="0" w:space="0" w:color="auto"/>
        <w:bottom w:val="none" w:sz="0" w:space="0" w:color="auto"/>
        <w:right w:val="none" w:sz="0" w:space="0" w:color="auto"/>
      </w:divBdr>
    </w:div>
    <w:div w:id="454178635">
      <w:bodyDiv w:val="1"/>
      <w:marLeft w:val="0"/>
      <w:marRight w:val="0"/>
      <w:marTop w:val="0"/>
      <w:marBottom w:val="0"/>
      <w:divBdr>
        <w:top w:val="none" w:sz="0" w:space="0" w:color="auto"/>
        <w:left w:val="none" w:sz="0" w:space="0" w:color="auto"/>
        <w:bottom w:val="none" w:sz="0" w:space="0" w:color="auto"/>
        <w:right w:val="none" w:sz="0" w:space="0" w:color="auto"/>
      </w:divBdr>
    </w:div>
    <w:div w:id="483201593">
      <w:bodyDiv w:val="1"/>
      <w:marLeft w:val="0"/>
      <w:marRight w:val="0"/>
      <w:marTop w:val="0"/>
      <w:marBottom w:val="0"/>
      <w:divBdr>
        <w:top w:val="none" w:sz="0" w:space="0" w:color="auto"/>
        <w:left w:val="none" w:sz="0" w:space="0" w:color="auto"/>
        <w:bottom w:val="none" w:sz="0" w:space="0" w:color="auto"/>
        <w:right w:val="none" w:sz="0" w:space="0" w:color="auto"/>
      </w:divBdr>
    </w:div>
    <w:div w:id="525098304">
      <w:bodyDiv w:val="1"/>
      <w:marLeft w:val="0"/>
      <w:marRight w:val="0"/>
      <w:marTop w:val="0"/>
      <w:marBottom w:val="0"/>
      <w:divBdr>
        <w:top w:val="none" w:sz="0" w:space="0" w:color="auto"/>
        <w:left w:val="none" w:sz="0" w:space="0" w:color="auto"/>
        <w:bottom w:val="none" w:sz="0" w:space="0" w:color="auto"/>
        <w:right w:val="none" w:sz="0" w:space="0" w:color="auto"/>
      </w:divBdr>
    </w:div>
    <w:div w:id="554702093">
      <w:bodyDiv w:val="1"/>
      <w:marLeft w:val="0"/>
      <w:marRight w:val="0"/>
      <w:marTop w:val="0"/>
      <w:marBottom w:val="0"/>
      <w:divBdr>
        <w:top w:val="none" w:sz="0" w:space="0" w:color="auto"/>
        <w:left w:val="none" w:sz="0" w:space="0" w:color="auto"/>
        <w:bottom w:val="none" w:sz="0" w:space="0" w:color="auto"/>
        <w:right w:val="none" w:sz="0" w:space="0" w:color="auto"/>
      </w:divBdr>
    </w:div>
    <w:div w:id="584530599">
      <w:bodyDiv w:val="1"/>
      <w:marLeft w:val="0"/>
      <w:marRight w:val="0"/>
      <w:marTop w:val="0"/>
      <w:marBottom w:val="0"/>
      <w:divBdr>
        <w:top w:val="none" w:sz="0" w:space="0" w:color="auto"/>
        <w:left w:val="none" w:sz="0" w:space="0" w:color="auto"/>
        <w:bottom w:val="none" w:sz="0" w:space="0" w:color="auto"/>
        <w:right w:val="none" w:sz="0" w:space="0" w:color="auto"/>
      </w:divBdr>
    </w:div>
    <w:div w:id="616379100">
      <w:bodyDiv w:val="1"/>
      <w:marLeft w:val="0"/>
      <w:marRight w:val="0"/>
      <w:marTop w:val="0"/>
      <w:marBottom w:val="0"/>
      <w:divBdr>
        <w:top w:val="none" w:sz="0" w:space="0" w:color="auto"/>
        <w:left w:val="none" w:sz="0" w:space="0" w:color="auto"/>
        <w:bottom w:val="none" w:sz="0" w:space="0" w:color="auto"/>
        <w:right w:val="none" w:sz="0" w:space="0" w:color="auto"/>
      </w:divBdr>
    </w:div>
    <w:div w:id="807668681">
      <w:bodyDiv w:val="1"/>
      <w:marLeft w:val="0"/>
      <w:marRight w:val="0"/>
      <w:marTop w:val="0"/>
      <w:marBottom w:val="0"/>
      <w:divBdr>
        <w:top w:val="none" w:sz="0" w:space="0" w:color="auto"/>
        <w:left w:val="none" w:sz="0" w:space="0" w:color="auto"/>
        <w:bottom w:val="none" w:sz="0" w:space="0" w:color="auto"/>
        <w:right w:val="none" w:sz="0" w:space="0" w:color="auto"/>
      </w:divBdr>
    </w:div>
    <w:div w:id="903106974">
      <w:bodyDiv w:val="1"/>
      <w:marLeft w:val="0"/>
      <w:marRight w:val="0"/>
      <w:marTop w:val="0"/>
      <w:marBottom w:val="0"/>
      <w:divBdr>
        <w:top w:val="none" w:sz="0" w:space="0" w:color="auto"/>
        <w:left w:val="none" w:sz="0" w:space="0" w:color="auto"/>
        <w:bottom w:val="none" w:sz="0" w:space="0" w:color="auto"/>
        <w:right w:val="none" w:sz="0" w:space="0" w:color="auto"/>
      </w:divBdr>
    </w:div>
    <w:div w:id="1079056513">
      <w:bodyDiv w:val="1"/>
      <w:marLeft w:val="0"/>
      <w:marRight w:val="0"/>
      <w:marTop w:val="0"/>
      <w:marBottom w:val="0"/>
      <w:divBdr>
        <w:top w:val="none" w:sz="0" w:space="0" w:color="auto"/>
        <w:left w:val="none" w:sz="0" w:space="0" w:color="auto"/>
        <w:bottom w:val="none" w:sz="0" w:space="0" w:color="auto"/>
        <w:right w:val="none" w:sz="0" w:space="0" w:color="auto"/>
      </w:divBdr>
    </w:div>
    <w:div w:id="1088845000">
      <w:bodyDiv w:val="1"/>
      <w:marLeft w:val="0"/>
      <w:marRight w:val="0"/>
      <w:marTop w:val="0"/>
      <w:marBottom w:val="0"/>
      <w:divBdr>
        <w:top w:val="none" w:sz="0" w:space="0" w:color="auto"/>
        <w:left w:val="none" w:sz="0" w:space="0" w:color="auto"/>
        <w:bottom w:val="none" w:sz="0" w:space="0" w:color="auto"/>
        <w:right w:val="none" w:sz="0" w:space="0" w:color="auto"/>
      </w:divBdr>
    </w:div>
    <w:div w:id="1089227968">
      <w:bodyDiv w:val="1"/>
      <w:marLeft w:val="0"/>
      <w:marRight w:val="0"/>
      <w:marTop w:val="0"/>
      <w:marBottom w:val="0"/>
      <w:divBdr>
        <w:top w:val="none" w:sz="0" w:space="0" w:color="auto"/>
        <w:left w:val="none" w:sz="0" w:space="0" w:color="auto"/>
        <w:bottom w:val="none" w:sz="0" w:space="0" w:color="auto"/>
        <w:right w:val="none" w:sz="0" w:space="0" w:color="auto"/>
      </w:divBdr>
    </w:div>
    <w:div w:id="1089615364">
      <w:bodyDiv w:val="1"/>
      <w:marLeft w:val="0"/>
      <w:marRight w:val="0"/>
      <w:marTop w:val="0"/>
      <w:marBottom w:val="0"/>
      <w:divBdr>
        <w:top w:val="none" w:sz="0" w:space="0" w:color="auto"/>
        <w:left w:val="none" w:sz="0" w:space="0" w:color="auto"/>
        <w:bottom w:val="none" w:sz="0" w:space="0" w:color="auto"/>
        <w:right w:val="none" w:sz="0" w:space="0" w:color="auto"/>
      </w:divBdr>
    </w:div>
    <w:div w:id="1164009996">
      <w:bodyDiv w:val="1"/>
      <w:marLeft w:val="0"/>
      <w:marRight w:val="0"/>
      <w:marTop w:val="0"/>
      <w:marBottom w:val="0"/>
      <w:divBdr>
        <w:top w:val="none" w:sz="0" w:space="0" w:color="auto"/>
        <w:left w:val="none" w:sz="0" w:space="0" w:color="auto"/>
        <w:bottom w:val="none" w:sz="0" w:space="0" w:color="auto"/>
        <w:right w:val="none" w:sz="0" w:space="0" w:color="auto"/>
      </w:divBdr>
    </w:div>
    <w:div w:id="1195382621">
      <w:bodyDiv w:val="1"/>
      <w:marLeft w:val="0"/>
      <w:marRight w:val="0"/>
      <w:marTop w:val="0"/>
      <w:marBottom w:val="0"/>
      <w:divBdr>
        <w:top w:val="none" w:sz="0" w:space="0" w:color="auto"/>
        <w:left w:val="none" w:sz="0" w:space="0" w:color="auto"/>
        <w:bottom w:val="none" w:sz="0" w:space="0" w:color="auto"/>
        <w:right w:val="none" w:sz="0" w:space="0" w:color="auto"/>
      </w:divBdr>
    </w:div>
    <w:div w:id="1309243182">
      <w:bodyDiv w:val="1"/>
      <w:marLeft w:val="0"/>
      <w:marRight w:val="0"/>
      <w:marTop w:val="0"/>
      <w:marBottom w:val="0"/>
      <w:divBdr>
        <w:top w:val="none" w:sz="0" w:space="0" w:color="auto"/>
        <w:left w:val="none" w:sz="0" w:space="0" w:color="auto"/>
        <w:bottom w:val="none" w:sz="0" w:space="0" w:color="auto"/>
        <w:right w:val="none" w:sz="0" w:space="0" w:color="auto"/>
      </w:divBdr>
    </w:div>
    <w:div w:id="1319072618">
      <w:bodyDiv w:val="1"/>
      <w:marLeft w:val="0"/>
      <w:marRight w:val="0"/>
      <w:marTop w:val="0"/>
      <w:marBottom w:val="0"/>
      <w:divBdr>
        <w:top w:val="none" w:sz="0" w:space="0" w:color="auto"/>
        <w:left w:val="none" w:sz="0" w:space="0" w:color="auto"/>
        <w:bottom w:val="none" w:sz="0" w:space="0" w:color="auto"/>
        <w:right w:val="none" w:sz="0" w:space="0" w:color="auto"/>
      </w:divBdr>
    </w:div>
    <w:div w:id="1324816119">
      <w:bodyDiv w:val="1"/>
      <w:marLeft w:val="0"/>
      <w:marRight w:val="0"/>
      <w:marTop w:val="0"/>
      <w:marBottom w:val="0"/>
      <w:divBdr>
        <w:top w:val="none" w:sz="0" w:space="0" w:color="auto"/>
        <w:left w:val="none" w:sz="0" w:space="0" w:color="auto"/>
        <w:bottom w:val="none" w:sz="0" w:space="0" w:color="auto"/>
        <w:right w:val="none" w:sz="0" w:space="0" w:color="auto"/>
      </w:divBdr>
    </w:div>
    <w:div w:id="1337687317">
      <w:bodyDiv w:val="1"/>
      <w:marLeft w:val="0"/>
      <w:marRight w:val="0"/>
      <w:marTop w:val="0"/>
      <w:marBottom w:val="0"/>
      <w:divBdr>
        <w:top w:val="none" w:sz="0" w:space="0" w:color="auto"/>
        <w:left w:val="none" w:sz="0" w:space="0" w:color="auto"/>
        <w:bottom w:val="none" w:sz="0" w:space="0" w:color="auto"/>
        <w:right w:val="none" w:sz="0" w:space="0" w:color="auto"/>
      </w:divBdr>
    </w:div>
    <w:div w:id="1542472488">
      <w:bodyDiv w:val="1"/>
      <w:marLeft w:val="0"/>
      <w:marRight w:val="0"/>
      <w:marTop w:val="0"/>
      <w:marBottom w:val="0"/>
      <w:divBdr>
        <w:top w:val="none" w:sz="0" w:space="0" w:color="auto"/>
        <w:left w:val="none" w:sz="0" w:space="0" w:color="auto"/>
        <w:bottom w:val="none" w:sz="0" w:space="0" w:color="auto"/>
        <w:right w:val="none" w:sz="0" w:space="0" w:color="auto"/>
      </w:divBdr>
    </w:div>
    <w:div w:id="1586498415">
      <w:bodyDiv w:val="1"/>
      <w:marLeft w:val="0"/>
      <w:marRight w:val="0"/>
      <w:marTop w:val="0"/>
      <w:marBottom w:val="0"/>
      <w:divBdr>
        <w:top w:val="none" w:sz="0" w:space="0" w:color="auto"/>
        <w:left w:val="none" w:sz="0" w:space="0" w:color="auto"/>
        <w:bottom w:val="none" w:sz="0" w:space="0" w:color="auto"/>
        <w:right w:val="none" w:sz="0" w:space="0" w:color="auto"/>
      </w:divBdr>
    </w:div>
    <w:div w:id="1623422618">
      <w:bodyDiv w:val="1"/>
      <w:marLeft w:val="0"/>
      <w:marRight w:val="0"/>
      <w:marTop w:val="0"/>
      <w:marBottom w:val="0"/>
      <w:divBdr>
        <w:top w:val="none" w:sz="0" w:space="0" w:color="auto"/>
        <w:left w:val="none" w:sz="0" w:space="0" w:color="auto"/>
        <w:bottom w:val="none" w:sz="0" w:space="0" w:color="auto"/>
        <w:right w:val="none" w:sz="0" w:space="0" w:color="auto"/>
      </w:divBdr>
    </w:div>
    <w:div w:id="1644388059">
      <w:bodyDiv w:val="1"/>
      <w:marLeft w:val="0"/>
      <w:marRight w:val="0"/>
      <w:marTop w:val="0"/>
      <w:marBottom w:val="0"/>
      <w:divBdr>
        <w:top w:val="none" w:sz="0" w:space="0" w:color="auto"/>
        <w:left w:val="none" w:sz="0" w:space="0" w:color="auto"/>
        <w:bottom w:val="none" w:sz="0" w:space="0" w:color="auto"/>
        <w:right w:val="none" w:sz="0" w:space="0" w:color="auto"/>
      </w:divBdr>
      <w:divsChild>
        <w:div w:id="1432777602">
          <w:marLeft w:val="0"/>
          <w:marRight w:val="0"/>
          <w:marTop w:val="0"/>
          <w:marBottom w:val="0"/>
          <w:divBdr>
            <w:top w:val="none" w:sz="0" w:space="0" w:color="auto"/>
            <w:left w:val="none" w:sz="0" w:space="0" w:color="auto"/>
            <w:bottom w:val="none" w:sz="0" w:space="0" w:color="auto"/>
            <w:right w:val="none" w:sz="0" w:space="0" w:color="auto"/>
          </w:divBdr>
          <w:divsChild>
            <w:div w:id="9340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6733">
      <w:bodyDiv w:val="1"/>
      <w:marLeft w:val="0"/>
      <w:marRight w:val="0"/>
      <w:marTop w:val="0"/>
      <w:marBottom w:val="0"/>
      <w:divBdr>
        <w:top w:val="none" w:sz="0" w:space="0" w:color="auto"/>
        <w:left w:val="none" w:sz="0" w:space="0" w:color="auto"/>
        <w:bottom w:val="none" w:sz="0" w:space="0" w:color="auto"/>
        <w:right w:val="none" w:sz="0" w:space="0" w:color="auto"/>
      </w:divBdr>
    </w:div>
    <w:div w:id="1797678429">
      <w:bodyDiv w:val="1"/>
      <w:marLeft w:val="0"/>
      <w:marRight w:val="0"/>
      <w:marTop w:val="0"/>
      <w:marBottom w:val="0"/>
      <w:divBdr>
        <w:top w:val="none" w:sz="0" w:space="0" w:color="auto"/>
        <w:left w:val="none" w:sz="0" w:space="0" w:color="auto"/>
        <w:bottom w:val="none" w:sz="0" w:space="0" w:color="auto"/>
        <w:right w:val="none" w:sz="0" w:space="0" w:color="auto"/>
      </w:divBdr>
    </w:div>
    <w:div w:id="1801260841">
      <w:bodyDiv w:val="1"/>
      <w:marLeft w:val="0"/>
      <w:marRight w:val="0"/>
      <w:marTop w:val="0"/>
      <w:marBottom w:val="0"/>
      <w:divBdr>
        <w:top w:val="none" w:sz="0" w:space="0" w:color="auto"/>
        <w:left w:val="none" w:sz="0" w:space="0" w:color="auto"/>
        <w:bottom w:val="none" w:sz="0" w:space="0" w:color="auto"/>
        <w:right w:val="none" w:sz="0" w:space="0" w:color="auto"/>
      </w:divBdr>
    </w:div>
    <w:div w:id="1804032523">
      <w:bodyDiv w:val="1"/>
      <w:marLeft w:val="0"/>
      <w:marRight w:val="0"/>
      <w:marTop w:val="0"/>
      <w:marBottom w:val="0"/>
      <w:divBdr>
        <w:top w:val="none" w:sz="0" w:space="0" w:color="auto"/>
        <w:left w:val="none" w:sz="0" w:space="0" w:color="auto"/>
        <w:bottom w:val="none" w:sz="0" w:space="0" w:color="auto"/>
        <w:right w:val="none" w:sz="0" w:space="0" w:color="auto"/>
      </w:divBdr>
    </w:div>
    <w:div w:id="1944727825">
      <w:bodyDiv w:val="1"/>
      <w:marLeft w:val="0"/>
      <w:marRight w:val="0"/>
      <w:marTop w:val="0"/>
      <w:marBottom w:val="0"/>
      <w:divBdr>
        <w:top w:val="none" w:sz="0" w:space="0" w:color="auto"/>
        <w:left w:val="none" w:sz="0" w:space="0" w:color="auto"/>
        <w:bottom w:val="none" w:sz="0" w:space="0" w:color="auto"/>
        <w:right w:val="none" w:sz="0" w:space="0" w:color="auto"/>
      </w:divBdr>
    </w:div>
    <w:div w:id="200574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20D20-79D9-4942-AEE0-8600CA32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4777</Words>
  <Characters>27233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HP</cp:lastModifiedBy>
  <cp:revision>2</cp:revision>
  <dcterms:created xsi:type="dcterms:W3CDTF">2026-05-02T09:11:00Z</dcterms:created>
  <dcterms:modified xsi:type="dcterms:W3CDTF">2026-05-02T09:11:00Z</dcterms:modified>
</cp:coreProperties>
</file>